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287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06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Alat Peraga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ABRAAR MANDIRI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Ruko Mall Klender, Jl. I Gusti Ngurah Rai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Klender, Kec. Duren Sawit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5.1.02.01.01.0012 Belanja Bahan-Bahan Lainnya di SD Negeri Tomang 03 pada kegiatan Belanja Alat Peraga.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Basket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Futsal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kasti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Voli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Shuttle Cock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Slop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Stopwatch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Unit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290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Jumat Tanggal Tujuh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104610/SJ/AM/XI/2025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07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Alat Peraga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ACHMAD ARFAN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ABRAAR MANDIRI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Ruko Mall Klender, Jl. I Gusti Ngurah Rai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085884275280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Alat Peraga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Basket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Futsal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kasti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Bola Voli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Shuttle Cock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Slop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Stopwatch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Unit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ACHMAD ARFAN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ABRAAR MANDIRI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5.1.02.01.01.0012 Belanja Bahan-Bahan Lainnya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Alat Peraga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