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3D356F" w14:paraId="7F1FBFE9" w14:textId="77777777" w:rsidTr="00CE3584">
        <w:tc>
          <w:tcPr>
            <w:tcW w:w="1668" w:type="dxa"/>
          </w:tcPr>
          <w:p w14:paraId="613BA8D4" w14:textId="77777777" w:rsidR="003D356F" w:rsidRDefault="003D356F" w:rsidP="00CE3584">
            <w:pPr>
              <w:rPr>
                <w:rFonts w:ascii="Arial" w:eastAsia="Arial" w:hAnsi="Arial" w:cs="Arial"/>
              </w:rPr>
            </w:pPr>
            <w:r>
              <w:rPr>
                <w:noProof/>
              </w:rPr>
              <w:drawing>
                <wp:inline distT="0" distB="0" distL="0" distR="0" wp14:anchorId="5644B1FA" wp14:editId="246CBA36">
                  <wp:extent cx="885536" cy="990600"/>
                  <wp:effectExtent l="0" t="0" r="0" b="0"/>
                  <wp:docPr id="6"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48C8AF19" w14:textId="77777777" w:rsidR="003D356F" w:rsidRPr="00C30283" w:rsidRDefault="003D356F" w:rsidP="00CE3584">
            <w:pPr>
              <w:jc w:val="center"/>
              <w:rPr>
                <w:rFonts w:ascii="Arial" w:eastAsia="Arial" w:hAnsi="Arial" w:cs="Arial"/>
              </w:rPr>
            </w:pPr>
            <w:r w:rsidRPr="00C30283">
              <w:rPr>
                <w:rFonts w:ascii="Arial" w:eastAsia="Arial" w:hAnsi="Arial" w:cs="Arial"/>
              </w:rPr>
              <w:t>PEMERINTAH PROVINSI DAERAH KHUSUS IBUKOTA JAKARTA</w:t>
            </w:r>
          </w:p>
          <w:p w14:paraId="55F22301" w14:textId="77777777" w:rsidR="003D356F" w:rsidRPr="00C30283" w:rsidRDefault="003D356F" w:rsidP="00CE3584">
            <w:pPr>
              <w:jc w:val="center"/>
              <w:rPr>
                <w:rFonts w:ascii="Arial" w:eastAsia="Arial" w:hAnsi="Arial" w:cs="Arial"/>
              </w:rPr>
            </w:pPr>
            <w:r w:rsidRPr="00C30283">
              <w:rPr>
                <w:rFonts w:ascii="Arial" w:eastAsia="Arial" w:hAnsi="Arial" w:cs="Arial"/>
              </w:rPr>
              <w:t>DINAS PENDIDIKAN</w:t>
            </w:r>
          </w:p>
          <w:p w14:paraId="4535BDCC" w14:textId="77777777" w:rsidR="003D356F" w:rsidRPr="00C30283" w:rsidRDefault="003D356F"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39BF0C2F" w14:textId="77777777" w:rsidR="003D356F" w:rsidRPr="00C30283" w:rsidRDefault="003D356F"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xml:space="preserve">, </w:t>
            </w:r>
            <w:proofErr w:type="gramStart"/>
            <w:r w:rsidRPr="00C30283">
              <w:rPr>
                <w:rFonts w:ascii="Arial" w:eastAsia="Arial" w:hAnsi="Arial" w:cs="Arial"/>
              </w:rPr>
              <w:t>Kel.</w:t>
            </w:r>
            <w:r>
              <w:rPr>
                <w:rFonts w:ascii="Arial" w:eastAsia="Arial" w:hAnsi="Arial" w:cs="Arial"/>
              </w:rPr>
              <w:t>Tomang</w:t>
            </w:r>
            <w:r w:rsidRPr="00C30283">
              <w:rPr>
                <w:rFonts w:ascii="Arial" w:eastAsia="Arial" w:hAnsi="Arial" w:cs="Arial"/>
              </w:rPr>
              <w:t xml:space="preserve">, </w:t>
            </w:r>
            <w:proofErr w:type="spellStart"/>
            <w:proofErr w:type="gram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71432F14" w14:textId="77777777" w:rsidR="003D356F" w:rsidRPr="00C30283" w:rsidRDefault="003D356F"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39720176" w14:textId="77777777" w:rsidR="003D356F" w:rsidRPr="00C30283" w:rsidRDefault="003D356F" w:rsidP="00CE3584">
            <w:pPr>
              <w:jc w:val="center"/>
              <w:rPr>
                <w:rFonts w:ascii="Arial" w:eastAsia="Arial" w:hAnsi="Arial" w:cs="Arial"/>
              </w:rPr>
            </w:pPr>
            <w:r w:rsidRPr="00C30283">
              <w:rPr>
                <w:rFonts w:ascii="Arial" w:eastAsia="Arial" w:hAnsi="Arial" w:cs="Arial"/>
              </w:rPr>
              <w:t>JAKARTA</w:t>
            </w:r>
          </w:p>
          <w:p w14:paraId="65AED49F" w14:textId="77777777" w:rsidR="003D356F" w:rsidRDefault="003D356F"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001239EC" w14:textId="77777777" w:rsidR="003D356F" w:rsidRPr="0065292D" w:rsidRDefault="003D356F" w:rsidP="003D356F">
      <w:pPr>
        <w:pBdr>
          <w:bottom w:val="single" w:sz="12" w:space="1" w:color="auto"/>
        </w:pBdr>
        <w:spacing w:after="0" w:line="240" w:lineRule="auto"/>
        <w:rPr>
          <w:rFonts w:ascii="Arial" w:eastAsia="Arial" w:hAnsi="Arial" w:cs="Arial"/>
          <w:sz w:val="4"/>
          <w:szCs w:val="4"/>
        </w:rPr>
      </w:pPr>
    </w:p>
    <w:p w14:paraId="729B748A" w14:textId="77777777" w:rsidR="003D356F" w:rsidRDefault="003D356F" w:rsidP="003D356F">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9"/>
        <w:gridCol w:w="539"/>
        <w:gridCol w:w="446"/>
        <w:gridCol w:w="4513"/>
      </w:tblGrid>
      <w:tr w:rsidR="003D356F" w:rsidRPr="00484B53" w14:paraId="2D6AB3B3" w14:textId="77777777" w:rsidTr="00CE3584">
        <w:tc>
          <w:tcPr>
            <w:tcW w:w="1123" w:type="dxa"/>
          </w:tcPr>
          <w:p w14:paraId="50D2D16F" w14:textId="77777777" w:rsidR="003D356F" w:rsidRPr="00484B53" w:rsidRDefault="003D356F" w:rsidP="00CE3584">
            <w:pPr>
              <w:rPr>
                <w:rFonts w:ascii="Arial" w:hAnsi="Arial" w:cs="Arial"/>
              </w:rPr>
            </w:pPr>
            <w:proofErr w:type="spellStart"/>
            <w:r w:rsidRPr="00484B53">
              <w:rPr>
                <w:rFonts w:ascii="Arial" w:hAnsi="Arial" w:cs="Arial"/>
              </w:rPr>
              <w:t>Nomor</w:t>
            </w:r>
            <w:proofErr w:type="spellEnd"/>
          </w:p>
        </w:tc>
        <w:tc>
          <w:tcPr>
            <w:tcW w:w="157" w:type="dxa"/>
          </w:tcPr>
          <w:p w14:paraId="42B9808B" w14:textId="77777777" w:rsidR="003D356F" w:rsidRPr="00484B53" w:rsidRDefault="003D356F" w:rsidP="00CE3584">
            <w:pPr>
              <w:rPr>
                <w:rFonts w:ascii="Arial" w:hAnsi="Arial" w:cs="Arial"/>
              </w:rPr>
            </w:pPr>
            <w:r w:rsidRPr="00484B53">
              <w:rPr>
                <w:rFonts w:ascii="Arial" w:hAnsi="Arial" w:cs="Arial"/>
              </w:rPr>
              <w:t>:</w:t>
            </w:r>
          </w:p>
        </w:tc>
        <w:tc>
          <w:tcPr>
            <w:tcW w:w="2859" w:type="dxa"/>
          </w:tcPr>
          <w:p w14:paraId="61851994" w14:textId="77777777" w:rsidR="003D356F" w:rsidRPr="00484B53" w:rsidRDefault="003D356F" w:rsidP="00CE3584">
            <w:pPr>
              <w:rPr>
                <w:rFonts w:ascii="Arial" w:hAnsi="Arial" w:cs="Arial"/>
              </w:rPr>
            </w:pPr>
            <w:r w:rsidRPr="00484B53">
              <w:rPr>
                <w:rFonts w:ascii="Arial" w:hAnsi="Arial" w:cs="Arial"/>
              </w:rPr>
              <w:t>277 /UD.02.02</w:t>
            </w:r>
            <w:r w:rsidRPr="00484B53">
              <w:rPr>
                <w:rFonts w:ascii="Arial" w:hAnsi="Arial" w:cs="Arial"/>
              </w:rPr>
              <w:tab/>
            </w:r>
          </w:p>
        </w:tc>
        <w:tc>
          <w:tcPr>
            <w:tcW w:w="539" w:type="dxa"/>
          </w:tcPr>
          <w:p w14:paraId="4A332EBD" w14:textId="77777777" w:rsidR="003D356F" w:rsidRPr="00484B53" w:rsidRDefault="003D356F" w:rsidP="00CE3584">
            <w:pPr>
              <w:rPr>
                <w:rFonts w:ascii="Arial" w:hAnsi="Arial" w:cs="Arial"/>
              </w:rPr>
            </w:pPr>
          </w:p>
        </w:tc>
        <w:tc>
          <w:tcPr>
            <w:tcW w:w="446" w:type="dxa"/>
          </w:tcPr>
          <w:p w14:paraId="2894D8AF" w14:textId="77777777" w:rsidR="003D356F" w:rsidRPr="00484B53" w:rsidRDefault="003D356F" w:rsidP="00CE3584">
            <w:pPr>
              <w:rPr>
                <w:rFonts w:ascii="Arial" w:hAnsi="Arial" w:cs="Arial"/>
              </w:rPr>
            </w:pPr>
          </w:p>
        </w:tc>
        <w:tc>
          <w:tcPr>
            <w:tcW w:w="4513" w:type="dxa"/>
          </w:tcPr>
          <w:p w14:paraId="71498B1C" w14:textId="77777777" w:rsidR="003D356F" w:rsidRPr="00484B53" w:rsidRDefault="003D356F" w:rsidP="00CE3584">
            <w:pPr>
              <w:rPr>
                <w:rFonts w:ascii="Arial" w:hAnsi="Arial" w:cs="Arial"/>
              </w:rPr>
            </w:pPr>
            <w:r w:rsidRPr="00484B53">
              <w:rPr>
                <w:rFonts w:ascii="Arial" w:hAnsi="Arial" w:cs="Arial"/>
              </w:rPr>
              <w:t>23 Oktober 2025</w:t>
            </w:r>
          </w:p>
        </w:tc>
      </w:tr>
      <w:tr w:rsidR="003D356F" w:rsidRPr="00484B53" w14:paraId="2ABE79F2" w14:textId="77777777" w:rsidTr="00CE3584">
        <w:tc>
          <w:tcPr>
            <w:tcW w:w="1123" w:type="dxa"/>
          </w:tcPr>
          <w:p w14:paraId="717C9DAF" w14:textId="77777777" w:rsidR="003D356F" w:rsidRPr="00484B53" w:rsidRDefault="003D356F" w:rsidP="00CE3584">
            <w:pPr>
              <w:rPr>
                <w:rFonts w:ascii="Arial" w:hAnsi="Arial" w:cs="Arial"/>
              </w:rPr>
            </w:pPr>
            <w:r w:rsidRPr="00484B53">
              <w:rPr>
                <w:rFonts w:ascii="Arial" w:hAnsi="Arial" w:cs="Arial"/>
              </w:rPr>
              <w:t>Sifat</w:t>
            </w:r>
          </w:p>
        </w:tc>
        <w:tc>
          <w:tcPr>
            <w:tcW w:w="157" w:type="dxa"/>
          </w:tcPr>
          <w:p w14:paraId="54BA439A" w14:textId="77777777" w:rsidR="003D356F" w:rsidRPr="00484B53" w:rsidRDefault="003D356F" w:rsidP="00CE3584">
            <w:pPr>
              <w:rPr>
                <w:rFonts w:ascii="Arial" w:hAnsi="Arial" w:cs="Arial"/>
              </w:rPr>
            </w:pPr>
            <w:r w:rsidRPr="00484B53">
              <w:rPr>
                <w:rFonts w:ascii="Arial" w:hAnsi="Arial" w:cs="Arial"/>
              </w:rPr>
              <w:t>:</w:t>
            </w:r>
          </w:p>
        </w:tc>
        <w:tc>
          <w:tcPr>
            <w:tcW w:w="2859" w:type="dxa"/>
          </w:tcPr>
          <w:p w14:paraId="08C03CB2" w14:textId="77777777" w:rsidR="003D356F" w:rsidRPr="00484B53" w:rsidRDefault="003D356F" w:rsidP="00CE3584">
            <w:pPr>
              <w:rPr>
                <w:rFonts w:ascii="Arial" w:hAnsi="Arial" w:cs="Arial"/>
                <w:i/>
                <w:iCs/>
              </w:rPr>
            </w:pPr>
            <w:proofErr w:type="spellStart"/>
            <w:r w:rsidRPr="00484B53">
              <w:rPr>
                <w:rFonts w:ascii="Arial" w:hAnsi="Arial" w:cs="Arial"/>
                <w:i/>
                <w:iCs/>
              </w:rPr>
              <w:t>Segera</w:t>
            </w:r>
            <w:proofErr w:type="spellEnd"/>
          </w:p>
        </w:tc>
        <w:tc>
          <w:tcPr>
            <w:tcW w:w="539" w:type="dxa"/>
          </w:tcPr>
          <w:p w14:paraId="51E532A8" w14:textId="77777777" w:rsidR="003D356F" w:rsidRPr="00484B53" w:rsidRDefault="003D356F" w:rsidP="00CE3584">
            <w:pPr>
              <w:rPr>
                <w:rFonts w:ascii="Arial" w:hAnsi="Arial" w:cs="Arial"/>
              </w:rPr>
            </w:pPr>
          </w:p>
        </w:tc>
        <w:tc>
          <w:tcPr>
            <w:tcW w:w="446" w:type="dxa"/>
          </w:tcPr>
          <w:p w14:paraId="60D5477F" w14:textId="77777777" w:rsidR="003D356F" w:rsidRPr="00484B53" w:rsidRDefault="003D356F" w:rsidP="00CE3584">
            <w:pPr>
              <w:rPr>
                <w:rFonts w:ascii="Arial" w:hAnsi="Arial" w:cs="Arial"/>
              </w:rPr>
            </w:pPr>
          </w:p>
        </w:tc>
        <w:tc>
          <w:tcPr>
            <w:tcW w:w="4513" w:type="dxa"/>
          </w:tcPr>
          <w:p w14:paraId="7124C5A0" w14:textId="77777777" w:rsidR="003D356F" w:rsidRPr="00484B53" w:rsidRDefault="003D356F" w:rsidP="00CE3584">
            <w:pPr>
              <w:tabs>
                <w:tab w:val="left" w:pos="450"/>
              </w:tabs>
              <w:rPr>
                <w:rFonts w:ascii="Arial" w:hAnsi="Arial" w:cs="Arial"/>
              </w:rPr>
            </w:pPr>
          </w:p>
        </w:tc>
      </w:tr>
      <w:tr w:rsidR="003D356F" w:rsidRPr="00484B53" w14:paraId="3B70914B" w14:textId="77777777" w:rsidTr="00CE3584">
        <w:tc>
          <w:tcPr>
            <w:tcW w:w="1123" w:type="dxa"/>
          </w:tcPr>
          <w:p w14:paraId="68590544" w14:textId="77777777" w:rsidR="003D356F" w:rsidRPr="00484B53" w:rsidRDefault="003D356F" w:rsidP="00CE3584">
            <w:pPr>
              <w:rPr>
                <w:rFonts w:ascii="Arial" w:hAnsi="Arial" w:cs="Arial"/>
              </w:rPr>
            </w:pPr>
            <w:r w:rsidRPr="00484B53">
              <w:rPr>
                <w:rFonts w:ascii="Arial" w:hAnsi="Arial" w:cs="Arial"/>
              </w:rPr>
              <w:t>Lampiran</w:t>
            </w:r>
          </w:p>
        </w:tc>
        <w:tc>
          <w:tcPr>
            <w:tcW w:w="157" w:type="dxa"/>
          </w:tcPr>
          <w:p w14:paraId="3A2BDF11" w14:textId="77777777" w:rsidR="003D356F" w:rsidRPr="00484B53" w:rsidRDefault="003D356F" w:rsidP="00CE3584">
            <w:pPr>
              <w:rPr>
                <w:rFonts w:ascii="Arial" w:hAnsi="Arial" w:cs="Arial"/>
              </w:rPr>
            </w:pPr>
            <w:r w:rsidRPr="00484B53">
              <w:rPr>
                <w:rFonts w:ascii="Arial" w:hAnsi="Arial" w:cs="Arial"/>
              </w:rPr>
              <w:t>:</w:t>
            </w:r>
          </w:p>
        </w:tc>
        <w:tc>
          <w:tcPr>
            <w:tcW w:w="2859" w:type="dxa"/>
          </w:tcPr>
          <w:p w14:paraId="40194F17" w14:textId="77777777" w:rsidR="003D356F" w:rsidRPr="00484B53" w:rsidRDefault="003D356F" w:rsidP="00CE3584">
            <w:pPr>
              <w:rPr>
                <w:rFonts w:ascii="Arial" w:hAnsi="Arial" w:cs="Arial"/>
              </w:rPr>
            </w:pPr>
            <w:r w:rsidRPr="00484B53">
              <w:rPr>
                <w:rFonts w:ascii="Arial" w:hAnsi="Arial" w:cs="Arial"/>
              </w:rPr>
              <w:t xml:space="preserve"> -</w:t>
            </w:r>
          </w:p>
        </w:tc>
        <w:tc>
          <w:tcPr>
            <w:tcW w:w="539" w:type="dxa"/>
          </w:tcPr>
          <w:p w14:paraId="25FBFCE0" w14:textId="77777777" w:rsidR="003D356F" w:rsidRPr="00484B53" w:rsidRDefault="003D356F" w:rsidP="00CE3584">
            <w:pPr>
              <w:rPr>
                <w:rFonts w:ascii="Arial" w:hAnsi="Arial" w:cs="Arial"/>
              </w:rPr>
            </w:pPr>
          </w:p>
        </w:tc>
        <w:tc>
          <w:tcPr>
            <w:tcW w:w="446" w:type="dxa"/>
          </w:tcPr>
          <w:p w14:paraId="4F20D6D8" w14:textId="77777777" w:rsidR="003D356F" w:rsidRPr="00484B53" w:rsidRDefault="003D356F" w:rsidP="00CE3584">
            <w:pPr>
              <w:rPr>
                <w:rFonts w:ascii="Arial" w:hAnsi="Arial" w:cs="Arial"/>
              </w:rPr>
            </w:pPr>
          </w:p>
        </w:tc>
        <w:tc>
          <w:tcPr>
            <w:tcW w:w="4513" w:type="dxa"/>
          </w:tcPr>
          <w:p w14:paraId="39DF0286" w14:textId="77777777" w:rsidR="003D356F" w:rsidRPr="00484B53" w:rsidRDefault="003D356F" w:rsidP="00CE3584">
            <w:pPr>
              <w:rPr>
                <w:rFonts w:ascii="Arial" w:hAnsi="Arial" w:cs="Arial"/>
              </w:rPr>
            </w:pPr>
          </w:p>
        </w:tc>
      </w:tr>
      <w:tr w:rsidR="003D356F" w:rsidRPr="00484B53" w14:paraId="2F4C4590" w14:textId="77777777" w:rsidTr="00CE3584">
        <w:tc>
          <w:tcPr>
            <w:tcW w:w="1123" w:type="dxa"/>
          </w:tcPr>
          <w:p w14:paraId="6882B014" w14:textId="77777777" w:rsidR="003D356F" w:rsidRPr="00484B53" w:rsidRDefault="003D356F" w:rsidP="00CE3584">
            <w:pPr>
              <w:rPr>
                <w:rFonts w:ascii="Arial" w:hAnsi="Arial" w:cs="Arial"/>
              </w:rPr>
            </w:pPr>
            <w:proofErr w:type="spellStart"/>
            <w:r w:rsidRPr="00484B53">
              <w:rPr>
                <w:rFonts w:ascii="Arial" w:hAnsi="Arial" w:cs="Arial"/>
              </w:rPr>
              <w:t>Perihal</w:t>
            </w:r>
            <w:proofErr w:type="spellEnd"/>
          </w:p>
        </w:tc>
        <w:tc>
          <w:tcPr>
            <w:tcW w:w="157" w:type="dxa"/>
          </w:tcPr>
          <w:p w14:paraId="78A9D431" w14:textId="77777777" w:rsidR="003D356F" w:rsidRPr="00484B53" w:rsidRDefault="003D356F" w:rsidP="00CE3584">
            <w:pPr>
              <w:rPr>
                <w:rFonts w:ascii="Arial" w:hAnsi="Arial" w:cs="Arial"/>
              </w:rPr>
            </w:pPr>
            <w:r w:rsidRPr="00484B53">
              <w:rPr>
                <w:rFonts w:ascii="Arial" w:hAnsi="Arial" w:cs="Arial"/>
              </w:rPr>
              <w:t>:</w:t>
            </w:r>
          </w:p>
        </w:tc>
        <w:tc>
          <w:tcPr>
            <w:tcW w:w="2859" w:type="dxa"/>
            <w:vMerge w:val="restart"/>
          </w:tcPr>
          <w:p w14:paraId="263E4F58" w14:textId="77777777" w:rsidR="003D356F" w:rsidRPr="00484B53" w:rsidRDefault="003D356F" w:rsidP="00CE3584">
            <w:pPr>
              <w:rPr>
                <w:rFonts w:ascii="Arial" w:hAnsi="Arial" w:cs="Arial"/>
              </w:rPr>
            </w:pPr>
            <w:proofErr w:type="spellStart"/>
            <w:r w:rsidRPr="00484B53">
              <w:rPr>
                <w:rFonts w:ascii="Arial" w:hAnsi="Arial" w:cs="Arial"/>
              </w:rPr>
              <w:t>Pesanan</w:t>
            </w:r>
            <w:proofErr w:type="spellEnd"/>
            <w:r w:rsidRPr="00484B53">
              <w:rPr>
                <w:rFonts w:ascii="Arial" w:hAnsi="Arial" w:cs="Arial"/>
              </w:rPr>
              <w:t xml:space="preserve"> Belanja Fotokopi Sumatif Harian 3 Kelas Tinggi</w:t>
            </w:r>
            <w:r w:rsidRPr="00484B53">
              <w:rPr>
                <w:rFonts w:ascii="Arial" w:hAnsi="Arial" w:cs="Arial"/>
              </w:rPr>
              <w:tab/>
            </w:r>
          </w:p>
        </w:tc>
        <w:tc>
          <w:tcPr>
            <w:tcW w:w="539" w:type="dxa"/>
          </w:tcPr>
          <w:p w14:paraId="3F769A0B" w14:textId="77777777" w:rsidR="003D356F" w:rsidRPr="00484B53" w:rsidRDefault="003D356F" w:rsidP="00CE3584">
            <w:pPr>
              <w:rPr>
                <w:rFonts w:ascii="Arial" w:hAnsi="Arial" w:cs="Arial"/>
              </w:rPr>
            </w:pPr>
          </w:p>
        </w:tc>
        <w:tc>
          <w:tcPr>
            <w:tcW w:w="446" w:type="dxa"/>
          </w:tcPr>
          <w:p w14:paraId="44005EE1" w14:textId="77777777" w:rsidR="003D356F" w:rsidRPr="00484B53" w:rsidRDefault="003D356F" w:rsidP="00CE3584">
            <w:pPr>
              <w:rPr>
                <w:rFonts w:ascii="Arial" w:hAnsi="Arial" w:cs="Arial"/>
              </w:rPr>
            </w:pPr>
          </w:p>
        </w:tc>
        <w:tc>
          <w:tcPr>
            <w:tcW w:w="4513" w:type="dxa"/>
          </w:tcPr>
          <w:p w14:paraId="5D44B122" w14:textId="77777777" w:rsidR="003D356F" w:rsidRPr="00484B53" w:rsidRDefault="003D356F" w:rsidP="00CE3584">
            <w:pPr>
              <w:tabs>
                <w:tab w:val="left" w:pos="450"/>
              </w:tabs>
              <w:rPr>
                <w:rFonts w:ascii="Arial" w:hAnsi="Arial" w:cs="Arial"/>
              </w:rPr>
            </w:pPr>
            <w:r w:rsidRPr="00484B53">
              <w:rPr>
                <w:rFonts w:ascii="Arial" w:hAnsi="Arial" w:cs="Arial"/>
              </w:rPr>
              <w:tab/>
            </w:r>
            <w:proofErr w:type="spellStart"/>
            <w:r w:rsidRPr="00484B53">
              <w:rPr>
                <w:rFonts w:ascii="Arial" w:hAnsi="Arial" w:cs="Arial"/>
              </w:rPr>
              <w:t>Kepada</w:t>
            </w:r>
            <w:proofErr w:type="spellEnd"/>
          </w:p>
        </w:tc>
      </w:tr>
      <w:tr w:rsidR="003D356F" w:rsidRPr="00484B53" w14:paraId="23B23618" w14:textId="77777777" w:rsidTr="00CE3584">
        <w:trPr>
          <w:trHeight w:val="60"/>
        </w:trPr>
        <w:tc>
          <w:tcPr>
            <w:tcW w:w="1123" w:type="dxa"/>
          </w:tcPr>
          <w:p w14:paraId="1C15617C" w14:textId="77777777" w:rsidR="003D356F" w:rsidRPr="00484B53" w:rsidRDefault="003D356F" w:rsidP="00CE3584">
            <w:pPr>
              <w:rPr>
                <w:rFonts w:ascii="Arial" w:hAnsi="Arial" w:cs="Arial"/>
              </w:rPr>
            </w:pPr>
          </w:p>
        </w:tc>
        <w:tc>
          <w:tcPr>
            <w:tcW w:w="157" w:type="dxa"/>
          </w:tcPr>
          <w:p w14:paraId="7B49800D" w14:textId="77777777" w:rsidR="003D356F" w:rsidRPr="00484B53" w:rsidRDefault="003D356F" w:rsidP="00CE3584">
            <w:pPr>
              <w:rPr>
                <w:rFonts w:ascii="Arial" w:hAnsi="Arial" w:cs="Arial"/>
              </w:rPr>
            </w:pPr>
          </w:p>
        </w:tc>
        <w:tc>
          <w:tcPr>
            <w:tcW w:w="2859" w:type="dxa"/>
            <w:vMerge/>
          </w:tcPr>
          <w:p w14:paraId="4DC260CB" w14:textId="77777777" w:rsidR="003D356F" w:rsidRPr="00484B53" w:rsidRDefault="003D356F" w:rsidP="00CE3584">
            <w:pPr>
              <w:rPr>
                <w:rFonts w:ascii="Arial" w:hAnsi="Arial" w:cs="Arial"/>
              </w:rPr>
            </w:pPr>
          </w:p>
        </w:tc>
        <w:tc>
          <w:tcPr>
            <w:tcW w:w="539" w:type="dxa"/>
          </w:tcPr>
          <w:p w14:paraId="35081F24" w14:textId="77777777" w:rsidR="003D356F" w:rsidRPr="00484B53" w:rsidRDefault="003D356F" w:rsidP="00CE3584">
            <w:pPr>
              <w:rPr>
                <w:rFonts w:ascii="Arial" w:hAnsi="Arial" w:cs="Arial"/>
              </w:rPr>
            </w:pPr>
          </w:p>
        </w:tc>
        <w:tc>
          <w:tcPr>
            <w:tcW w:w="446" w:type="dxa"/>
          </w:tcPr>
          <w:p w14:paraId="139F884A" w14:textId="77777777" w:rsidR="003D356F" w:rsidRPr="00484B53" w:rsidRDefault="003D356F" w:rsidP="00CE3584">
            <w:pPr>
              <w:rPr>
                <w:rFonts w:ascii="Arial" w:hAnsi="Arial" w:cs="Arial"/>
              </w:rPr>
            </w:pPr>
            <w:proofErr w:type="spellStart"/>
            <w:r w:rsidRPr="00484B53">
              <w:rPr>
                <w:rFonts w:ascii="Arial" w:hAnsi="Arial" w:cs="Arial"/>
              </w:rPr>
              <w:t>Yth</w:t>
            </w:r>
            <w:proofErr w:type="spellEnd"/>
            <w:r w:rsidRPr="00484B53">
              <w:rPr>
                <w:rFonts w:ascii="Arial" w:hAnsi="Arial" w:cs="Arial"/>
              </w:rPr>
              <w:t xml:space="preserve">.  </w:t>
            </w:r>
          </w:p>
        </w:tc>
        <w:tc>
          <w:tcPr>
            <w:tcW w:w="4513" w:type="dxa"/>
          </w:tcPr>
          <w:p w14:paraId="6A3C3B0C" w14:textId="77777777" w:rsidR="003D356F" w:rsidRPr="00484B53" w:rsidRDefault="003D356F" w:rsidP="00CE3584">
            <w:pPr>
              <w:rPr>
                <w:rFonts w:ascii="Arial" w:hAnsi="Arial" w:cs="Arial"/>
              </w:rPr>
            </w:pPr>
            <w:r w:rsidRPr="00484B53">
              <w:rPr>
                <w:rFonts w:ascii="Arial" w:hAnsi="Arial" w:cs="Arial"/>
              </w:rPr>
              <w:t>CV. ROYAL JAYA INDONESIA</w:t>
            </w:r>
          </w:p>
        </w:tc>
      </w:tr>
      <w:tr w:rsidR="003D356F" w:rsidRPr="00484B53" w14:paraId="4F230786" w14:textId="77777777" w:rsidTr="00CE3584">
        <w:tc>
          <w:tcPr>
            <w:tcW w:w="1123" w:type="dxa"/>
          </w:tcPr>
          <w:p w14:paraId="06D1FE6E" w14:textId="77777777" w:rsidR="003D356F" w:rsidRPr="00484B53" w:rsidRDefault="003D356F" w:rsidP="00CE3584">
            <w:pPr>
              <w:rPr>
                <w:rFonts w:ascii="Arial" w:hAnsi="Arial" w:cs="Arial"/>
              </w:rPr>
            </w:pPr>
          </w:p>
        </w:tc>
        <w:tc>
          <w:tcPr>
            <w:tcW w:w="157" w:type="dxa"/>
          </w:tcPr>
          <w:p w14:paraId="411A6EEB" w14:textId="77777777" w:rsidR="003D356F" w:rsidRPr="00484B53" w:rsidRDefault="003D356F" w:rsidP="00CE3584">
            <w:pPr>
              <w:rPr>
                <w:rFonts w:ascii="Arial" w:hAnsi="Arial" w:cs="Arial"/>
              </w:rPr>
            </w:pPr>
          </w:p>
        </w:tc>
        <w:tc>
          <w:tcPr>
            <w:tcW w:w="2859" w:type="dxa"/>
            <w:vMerge/>
          </w:tcPr>
          <w:p w14:paraId="2E1E069D" w14:textId="77777777" w:rsidR="003D356F" w:rsidRPr="00484B53" w:rsidRDefault="003D356F" w:rsidP="00CE3584">
            <w:pPr>
              <w:rPr>
                <w:rFonts w:ascii="Arial" w:hAnsi="Arial" w:cs="Arial"/>
              </w:rPr>
            </w:pPr>
          </w:p>
        </w:tc>
        <w:tc>
          <w:tcPr>
            <w:tcW w:w="539" w:type="dxa"/>
          </w:tcPr>
          <w:p w14:paraId="50F07553" w14:textId="77777777" w:rsidR="003D356F" w:rsidRPr="00484B53" w:rsidRDefault="003D356F" w:rsidP="00CE3584">
            <w:pPr>
              <w:rPr>
                <w:rFonts w:ascii="Arial" w:hAnsi="Arial" w:cs="Arial"/>
              </w:rPr>
            </w:pPr>
          </w:p>
        </w:tc>
        <w:tc>
          <w:tcPr>
            <w:tcW w:w="446" w:type="dxa"/>
          </w:tcPr>
          <w:p w14:paraId="33D1C526" w14:textId="77777777" w:rsidR="003D356F" w:rsidRPr="00484B53" w:rsidRDefault="003D356F" w:rsidP="00CE3584">
            <w:pPr>
              <w:rPr>
                <w:rFonts w:ascii="Arial" w:hAnsi="Arial" w:cs="Arial"/>
              </w:rPr>
            </w:pPr>
          </w:p>
        </w:tc>
        <w:tc>
          <w:tcPr>
            <w:tcW w:w="4513" w:type="dxa"/>
          </w:tcPr>
          <w:p w14:paraId="11850E09" w14:textId="77777777" w:rsidR="003D356F" w:rsidRPr="00484B53" w:rsidRDefault="003D356F" w:rsidP="00CE3584">
            <w:pPr>
              <w:rPr>
                <w:rFonts w:ascii="Arial" w:hAnsi="Arial" w:cs="Arial"/>
              </w:rPr>
            </w:pPr>
            <w:r w:rsidRPr="00484B53">
              <w:rPr>
                <w:rFonts w:ascii="Arial" w:hAnsi="Arial" w:cs="Arial"/>
              </w:rPr>
              <w:t>Ruko Kebun Jeruk Blok B6</w:t>
            </w:r>
          </w:p>
          <w:p w14:paraId="387830D5" w14:textId="77777777" w:rsidR="003D356F" w:rsidRPr="00484B53" w:rsidRDefault="003D356F" w:rsidP="00CE3584">
            <w:pPr>
              <w:rPr>
                <w:rFonts w:ascii="Arial" w:hAnsi="Arial" w:cs="Arial"/>
              </w:rPr>
            </w:pPr>
            <w:r w:rsidRPr="00484B53">
              <w:rPr>
                <w:rFonts w:ascii="Arial" w:hAnsi="Arial" w:cs="Arial"/>
              </w:rPr>
              <w:t xml:space="preserve">Kel. Kebon Jeruk, Kec. Kebon Jeruk </w:t>
            </w:r>
          </w:p>
          <w:p w14:paraId="75F632BE" w14:textId="77777777" w:rsidR="003D356F" w:rsidRPr="00484B53" w:rsidRDefault="003D356F" w:rsidP="00CE3584">
            <w:pPr>
              <w:rPr>
                <w:rFonts w:ascii="Arial" w:hAnsi="Arial" w:cs="Arial"/>
              </w:rPr>
            </w:pPr>
            <w:r w:rsidRPr="00484B53">
              <w:rPr>
                <w:rFonts w:ascii="Arial" w:hAnsi="Arial" w:cs="Arial"/>
              </w:rPr>
              <w:t>di</w:t>
            </w:r>
          </w:p>
          <w:p w14:paraId="01059B4A" w14:textId="77777777" w:rsidR="003D356F" w:rsidRPr="00484B53" w:rsidRDefault="003D356F" w:rsidP="00CE3584">
            <w:pPr>
              <w:tabs>
                <w:tab w:val="left" w:pos="409"/>
              </w:tabs>
              <w:rPr>
                <w:rFonts w:ascii="Arial" w:hAnsi="Arial" w:cs="Arial"/>
              </w:rPr>
            </w:pPr>
            <w:r w:rsidRPr="00484B53">
              <w:rPr>
                <w:rFonts w:ascii="Arial" w:hAnsi="Arial" w:cs="Arial"/>
              </w:rPr>
              <w:tab/>
              <w:t>Jakarta</w:t>
            </w:r>
          </w:p>
        </w:tc>
      </w:tr>
      <w:tr w:rsidR="003D356F" w:rsidRPr="00484B53" w14:paraId="6FBCB2B8" w14:textId="77777777" w:rsidTr="00CE3584">
        <w:tc>
          <w:tcPr>
            <w:tcW w:w="1123" w:type="dxa"/>
          </w:tcPr>
          <w:p w14:paraId="0DE48EE1" w14:textId="77777777" w:rsidR="003D356F" w:rsidRPr="00484B53" w:rsidRDefault="003D356F" w:rsidP="00CE3584">
            <w:pPr>
              <w:rPr>
                <w:rFonts w:ascii="Arial" w:hAnsi="Arial" w:cs="Arial"/>
              </w:rPr>
            </w:pPr>
          </w:p>
        </w:tc>
        <w:tc>
          <w:tcPr>
            <w:tcW w:w="157" w:type="dxa"/>
          </w:tcPr>
          <w:p w14:paraId="1449FB99" w14:textId="77777777" w:rsidR="003D356F" w:rsidRPr="00484B53" w:rsidRDefault="003D356F" w:rsidP="00CE3584">
            <w:pPr>
              <w:rPr>
                <w:rFonts w:ascii="Arial" w:hAnsi="Arial" w:cs="Arial"/>
              </w:rPr>
            </w:pPr>
          </w:p>
        </w:tc>
        <w:tc>
          <w:tcPr>
            <w:tcW w:w="2859" w:type="dxa"/>
          </w:tcPr>
          <w:p w14:paraId="7545D659" w14:textId="77777777" w:rsidR="003D356F" w:rsidRPr="00484B53" w:rsidRDefault="003D356F" w:rsidP="00CE3584">
            <w:pPr>
              <w:rPr>
                <w:rFonts w:ascii="Arial" w:hAnsi="Arial" w:cs="Arial"/>
              </w:rPr>
            </w:pPr>
          </w:p>
        </w:tc>
        <w:tc>
          <w:tcPr>
            <w:tcW w:w="539" w:type="dxa"/>
          </w:tcPr>
          <w:p w14:paraId="133D1643" w14:textId="77777777" w:rsidR="003D356F" w:rsidRPr="00484B53" w:rsidRDefault="003D356F" w:rsidP="00CE3584">
            <w:pPr>
              <w:rPr>
                <w:rFonts w:ascii="Arial" w:hAnsi="Arial" w:cs="Arial"/>
              </w:rPr>
            </w:pPr>
          </w:p>
        </w:tc>
        <w:tc>
          <w:tcPr>
            <w:tcW w:w="446" w:type="dxa"/>
          </w:tcPr>
          <w:p w14:paraId="298BBA9E" w14:textId="77777777" w:rsidR="003D356F" w:rsidRPr="00484B53" w:rsidRDefault="003D356F" w:rsidP="00CE3584">
            <w:pPr>
              <w:rPr>
                <w:rFonts w:ascii="Arial" w:hAnsi="Arial" w:cs="Arial"/>
              </w:rPr>
            </w:pPr>
          </w:p>
        </w:tc>
        <w:tc>
          <w:tcPr>
            <w:tcW w:w="4513" w:type="dxa"/>
          </w:tcPr>
          <w:p w14:paraId="708314AA" w14:textId="77777777" w:rsidR="003D356F" w:rsidRPr="00484B53" w:rsidRDefault="003D356F" w:rsidP="00CE3584">
            <w:pPr>
              <w:rPr>
                <w:rFonts w:ascii="Arial" w:hAnsi="Arial" w:cs="Arial"/>
              </w:rPr>
            </w:pPr>
          </w:p>
        </w:tc>
      </w:tr>
      <w:tr w:rsidR="003D356F" w:rsidRPr="00484B53" w14:paraId="6C565D2E" w14:textId="77777777" w:rsidTr="00CE3584">
        <w:trPr>
          <w:trHeight w:val="333"/>
        </w:trPr>
        <w:tc>
          <w:tcPr>
            <w:tcW w:w="1123" w:type="dxa"/>
          </w:tcPr>
          <w:p w14:paraId="35212B84" w14:textId="77777777" w:rsidR="003D356F" w:rsidRPr="00484B53" w:rsidRDefault="003D356F" w:rsidP="00CE3584">
            <w:pPr>
              <w:rPr>
                <w:rFonts w:ascii="Arial" w:hAnsi="Arial" w:cs="Arial"/>
              </w:rPr>
            </w:pPr>
          </w:p>
        </w:tc>
        <w:tc>
          <w:tcPr>
            <w:tcW w:w="157" w:type="dxa"/>
          </w:tcPr>
          <w:p w14:paraId="548F255E" w14:textId="77777777" w:rsidR="003D356F" w:rsidRPr="00484B53" w:rsidRDefault="003D356F" w:rsidP="00CE3584">
            <w:pPr>
              <w:rPr>
                <w:rFonts w:ascii="Arial" w:hAnsi="Arial" w:cs="Arial"/>
              </w:rPr>
            </w:pPr>
          </w:p>
        </w:tc>
        <w:tc>
          <w:tcPr>
            <w:tcW w:w="2859" w:type="dxa"/>
          </w:tcPr>
          <w:p w14:paraId="12996CC1" w14:textId="77777777" w:rsidR="003D356F" w:rsidRPr="00484B53" w:rsidRDefault="003D356F" w:rsidP="00CE3584">
            <w:pPr>
              <w:rPr>
                <w:rFonts w:ascii="Arial" w:hAnsi="Arial" w:cs="Arial"/>
              </w:rPr>
            </w:pPr>
          </w:p>
        </w:tc>
        <w:tc>
          <w:tcPr>
            <w:tcW w:w="539" w:type="dxa"/>
          </w:tcPr>
          <w:p w14:paraId="22EDE748" w14:textId="77777777" w:rsidR="003D356F" w:rsidRPr="00484B53" w:rsidRDefault="003D356F" w:rsidP="00CE3584">
            <w:pPr>
              <w:rPr>
                <w:rFonts w:ascii="Arial" w:hAnsi="Arial" w:cs="Arial"/>
              </w:rPr>
            </w:pPr>
          </w:p>
        </w:tc>
        <w:tc>
          <w:tcPr>
            <w:tcW w:w="446" w:type="dxa"/>
          </w:tcPr>
          <w:p w14:paraId="1BCE6D5B" w14:textId="77777777" w:rsidR="003D356F" w:rsidRPr="00484B53" w:rsidRDefault="003D356F" w:rsidP="00CE3584">
            <w:pPr>
              <w:rPr>
                <w:rFonts w:ascii="Arial" w:hAnsi="Arial" w:cs="Arial"/>
              </w:rPr>
            </w:pPr>
          </w:p>
        </w:tc>
        <w:tc>
          <w:tcPr>
            <w:tcW w:w="4513" w:type="dxa"/>
          </w:tcPr>
          <w:p w14:paraId="5945F860" w14:textId="77777777" w:rsidR="003D356F" w:rsidRPr="00484B53" w:rsidRDefault="003D356F" w:rsidP="00CE3584">
            <w:pPr>
              <w:rPr>
                <w:rFonts w:ascii="Arial" w:hAnsi="Arial" w:cs="Arial"/>
              </w:rPr>
            </w:pPr>
          </w:p>
        </w:tc>
      </w:tr>
      <w:tr w:rsidR="003D356F" w:rsidRPr="00484B53" w14:paraId="448A93B0" w14:textId="77777777" w:rsidTr="00CE3584">
        <w:tc>
          <w:tcPr>
            <w:tcW w:w="1123" w:type="dxa"/>
          </w:tcPr>
          <w:p w14:paraId="4841938A" w14:textId="77777777" w:rsidR="003D356F" w:rsidRPr="00484B53" w:rsidRDefault="003D356F" w:rsidP="00CE3584">
            <w:pPr>
              <w:rPr>
                <w:rFonts w:ascii="Arial" w:hAnsi="Arial" w:cs="Arial"/>
              </w:rPr>
            </w:pPr>
          </w:p>
        </w:tc>
        <w:tc>
          <w:tcPr>
            <w:tcW w:w="157" w:type="dxa"/>
          </w:tcPr>
          <w:p w14:paraId="16C5E948" w14:textId="77777777" w:rsidR="003D356F" w:rsidRPr="00484B53" w:rsidRDefault="003D356F" w:rsidP="00CE3584">
            <w:pPr>
              <w:rPr>
                <w:rFonts w:ascii="Arial" w:hAnsi="Arial" w:cs="Arial"/>
              </w:rPr>
            </w:pPr>
          </w:p>
        </w:tc>
        <w:tc>
          <w:tcPr>
            <w:tcW w:w="8357" w:type="dxa"/>
            <w:gridSpan w:val="4"/>
          </w:tcPr>
          <w:p w14:paraId="419321F5" w14:textId="77777777" w:rsidR="003D356F" w:rsidRPr="00484B53" w:rsidRDefault="003D356F" w:rsidP="00CE3584">
            <w:pPr>
              <w:spacing w:after="120" w:line="276" w:lineRule="auto"/>
              <w:jc w:val="both"/>
              <w:rPr>
                <w:rFonts w:ascii="Arial" w:hAnsi="Arial" w:cs="Arial"/>
              </w:rPr>
            </w:pPr>
            <w:r w:rsidRPr="00484B53">
              <w:rPr>
                <w:rFonts w:ascii="Arial" w:hAnsi="Arial" w:cs="Arial"/>
              </w:rPr>
              <w:t xml:space="preserve">         Berdasarkan kebutuhan sekolah yang tertuang pada Anggaran Bantuan Operasional Pendidikan Triwulan IV Tahun Anggaran 2025 dengan Kode Rekening 5.1.02.02.04.0115 Belanja Sewa Alat Reproduksi (Penggandaan) di SD Negeri Tomang 03 pada kegiatan Belanja Fotokopi Sumatif Harian 3 Kelas Tinggi. Maka dengan ini kami bermaksud untuk melakukan pemesanan Barang/Jasa sesuai dengan Komponen Barang / Jasa yang kami perlukan sebagai berikut :</w:t>
            </w:r>
          </w:p>
        </w:tc>
      </w:tr>
    </w:tbl>
    <w:tbl>
      <w:tblPr>
        <w:tblW w:w="8340" w:type="dxa"/>
        <w:tblInd w:w="1384" w:type="dxa"/>
        <w:tblCellMar>
          <w:left w:w="85" w:type="dxa"/>
          <w:right w:w="57" w:type="dxa"/>
        </w:tblCellMar>
        <w:tblLook w:val="04A0" w:firstRow="1" w:lastRow="0" w:firstColumn="1" w:lastColumn="0" w:noHBand="0" w:noVBand="1"/>
      </w:tblPr>
      <w:tblGrid>
        <w:gridCol w:w="779"/>
        <w:gridCol w:w="4585"/>
        <w:gridCol w:w="1134"/>
        <w:gridCol w:w="1842"/>
      </w:tblGrid>
      <w:tr w:rsidR="003D356F" w:rsidRPr="00484B53" w14:paraId="61C448C0" w14:textId="77777777" w:rsidTr="00CE3584">
        <w:trPr>
          <w:trHeight w:val="510"/>
        </w:trPr>
        <w:tc>
          <w:tcPr>
            <w:tcW w:w="779" w:type="dxa"/>
            <w:tcBorders>
              <w:top w:val="single" w:sz="4" w:space="0" w:color="auto"/>
              <w:left w:val="single" w:sz="4" w:space="0" w:color="auto"/>
              <w:bottom w:val="single" w:sz="4" w:space="0" w:color="auto"/>
              <w:right w:val="single" w:sz="4" w:space="0" w:color="auto"/>
            </w:tcBorders>
            <w:noWrap/>
            <w:vAlign w:val="center"/>
            <w:hideMark/>
          </w:tcPr>
          <w:p w14:paraId="13509F0E" w14:textId="77777777" w:rsidR="003D356F" w:rsidRPr="00484B53" w:rsidRDefault="003D356F" w:rsidP="00CE3584">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No</w:t>
            </w:r>
          </w:p>
        </w:tc>
        <w:tc>
          <w:tcPr>
            <w:tcW w:w="4585" w:type="dxa"/>
            <w:tcBorders>
              <w:top w:val="single" w:sz="4" w:space="0" w:color="auto"/>
              <w:left w:val="nil"/>
              <w:bottom w:val="single" w:sz="4" w:space="0" w:color="auto"/>
              <w:right w:val="single" w:sz="4" w:space="0" w:color="000000"/>
            </w:tcBorders>
            <w:noWrap/>
            <w:vAlign w:val="center"/>
            <w:hideMark/>
          </w:tcPr>
          <w:p w14:paraId="16F2A6F1" w14:textId="77777777" w:rsidR="003D356F" w:rsidRPr="00484B53" w:rsidRDefault="003D356F" w:rsidP="00CE3584">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Komponen</w:t>
            </w:r>
            <w:proofErr w:type="spellEnd"/>
            <w:r w:rsidRPr="00484B53">
              <w:rPr>
                <w:rFonts w:ascii="Arial" w:eastAsia="Times New Roman" w:hAnsi="Arial" w:cs="Arial"/>
                <w:b/>
                <w:bCs/>
                <w:sz w:val="20"/>
                <w:szCs w:val="20"/>
                <w:lang w:val="en-ID" w:eastAsia="en-ID"/>
              </w:rPr>
              <w:t xml:space="preserve"> Barang / Jasa</w:t>
            </w:r>
          </w:p>
        </w:tc>
        <w:tc>
          <w:tcPr>
            <w:tcW w:w="1134" w:type="dxa"/>
            <w:tcBorders>
              <w:top w:val="single" w:sz="4" w:space="0" w:color="auto"/>
              <w:left w:val="nil"/>
              <w:bottom w:val="single" w:sz="4" w:space="0" w:color="auto"/>
              <w:right w:val="single" w:sz="4" w:space="0" w:color="auto"/>
            </w:tcBorders>
            <w:noWrap/>
            <w:vAlign w:val="center"/>
            <w:hideMark/>
          </w:tcPr>
          <w:p w14:paraId="75FB30A2" w14:textId="77777777" w:rsidR="003D356F" w:rsidRPr="00484B53" w:rsidRDefault="003D356F" w:rsidP="00CE3584">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Kuantitas</w:t>
            </w:r>
            <w:proofErr w:type="spellEnd"/>
          </w:p>
        </w:tc>
        <w:tc>
          <w:tcPr>
            <w:tcW w:w="1842" w:type="dxa"/>
            <w:tcBorders>
              <w:top w:val="single" w:sz="4" w:space="0" w:color="auto"/>
              <w:left w:val="nil"/>
              <w:bottom w:val="single" w:sz="4" w:space="0" w:color="auto"/>
              <w:right w:val="single" w:sz="4" w:space="0" w:color="auto"/>
            </w:tcBorders>
            <w:vAlign w:val="center"/>
          </w:tcPr>
          <w:p w14:paraId="4085A2D3" w14:textId="77777777" w:rsidR="003D356F" w:rsidRPr="00484B53" w:rsidRDefault="003D356F" w:rsidP="00CE3584">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Satuan</w:t>
            </w:r>
          </w:p>
        </w:tc>
      </w:tr>
      <w:tr w:rsidR="003D356F" w:rsidRPr="00484B53" w14:paraId="438A03BD" w14:textId="77777777" w:rsidTr="00CE3584">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4227CE42" w14:textId="77777777" w:rsidR="003D356F" w:rsidRPr="00484B53" w:rsidRDefault="003D356F"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4585" w:type="dxa"/>
            <w:tcBorders>
              <w:top w:val="single" w:sz="4" w:space="0" w:color="auto"/>
              <w:left w:val="nil"/>
              <w:bottom w:val="single" w:sz="4" w:space="0" w:color="auto"/>
              <w:right w:val="single" w:sz="4" w:space="0" w:color="auto"/>
            </w:tcBorders>
            <w:noWrap/>
            <w:vAlign w:val="center"/>
          </w:tcPr>
          <w:p w14:paraId="0C209205" w14:textId="77777777" w:rsidR="003D356F" w:rsidRDefault="003D356F" w:rsidP="00CE3584">
            <w:pPr>
              <w:spacing w:after="0" w:line="240" w:lineRule="auto"/>
              <w:rPr>
                <w:rFonts w:ascii="Arial" w:hAnsi="Arial" w:cs="Arial"/>
                <w:sz w:val="20"/>
                <w:szCs w:val="20"/>
              </w:rPr>
            </w:pPr>
            <w:r w:rsidRPr="00484B53">
              <w:rPr>
                <w:rFonts w:ascii="Arial" w:hAnsi="Arial" w:cs="Arial"/>
                <w:sz w:val="20"/>
                <w:szCs w:val="20"/>
              </w:rPr>
              <w:t>Foto Copy</w:t>
            </w:r>
          </w:p>
          <w:p w14:paraId="588E8DB3" w14:textId="77777777" w:rsidR="003D356F" w:rsidRDefault="003D356F" w:rsidP="00CE3584">
            <w:pPr>
              <w:spacing w:after="0" w:line="240" w:lineRule="auto"/>
              <w:rPr>
                <w:rFonts w:ascii="Arial" w:eastAsia="Times New Roman" w:hAnsi="Arial" w:cs="Arial"/>
                <w:color w:val="000000"/>
                <w:sz w:val="20"/>
                <w:szCs w:val="20"/>
                <w:lang w:val="en-ID" w:eastAsia="en-ID"/>
              </w:rPr>
            </w:pPr>
            <w:proofErr w:type="spellStart"/>
            <w:r>
              <w:rPr>
                <w:rFonts w:ascii="Arial" w:eastAsia="Times New Roman" w:hAnsi="Arial" w:cs="Arial"/>
                <w:color w:val="000000"/>
                <w:sz w:val="20"/>
                <w:szCs w:val="20"/>
                <w:lang w:val="en-ID" w:eastAsia="en-ID"/>
              </w:rPr>
              <w:t>Keterangan</w:t>
            </w:r>
            <w:proofErr w:type="spellEnd"/>
            <w:r>
              <w:rPr>
                <w:rFonts w:ascii="Arial" w:eastAsia="Times New Roman" w:hAnsi="Arial" w:cs="Arial"/>
                <w:color w:val="000000"/>
                <w:sz w:val="20"/>
                <w:szCs w:val="20"/>
                <w:lang w:val="en-ID" w:eastAsia="en-ID"/>
              </w:rPr>
              <w:t>:</w:t>
            </w:r>
          </w:p>
          <w:p w14:paraId="6FDEFB98" w14:textId="77777777" w:rsidR="003D356F" w:rsidRPr="00484B53" w:rsidRDefault="003D356F" w:rsidP="00CE3584">
            <w:pPr>
              <w:spacing w:after="0" w:line="240" w:lineRule="auto"/>
              <w:rPr>
                <w:rFonts w:ascii="Arial" w:eastAsia="Times New Roman" w:hAnsi="Arial" w:cs="Arial"/>
                <w:color w:val="000000"/>
                <w:sz w:val="20"/>
                <w:szCs w:val="20"/>
                <w:lang w:val="en-ID" w:eastAsia="en-ID"/>
              </w:rPr>
            </w:pPr>
            <w:r>
              <w:rPr>
                <w:rFonts w:ascii="Arial" w:eastAsia="Times New Roman" w:hAnsi="Arial" w:cs="Arial"/>
                <w:color w:val="000000"/>
                <w:sz w:val="20"/>
                <w:szCs w:val="20"/>
                <w:lang w:val="en-ID" w:eastAsia="en-ID"/>
              </w:rPr>
              <w:t>3 Lembar x 180 Orang x 8 Materi = 4.320 Lembar</w:t>
            </w:r>
          </w:p>
        </w:tc>
        <w:tc>
          <w:tcPr>
            <w:tcW w:w="1134" w:type="dxa"/>
            <w:tcBorders>
              <w:top w:val="single" w:sz="4" w:space="0" w:color="auto"/>
              <w:left w:val="nil"/>
              <w:bottom w:val="single" w:sz="4" w:space="0" w:color="auto"/>
              <w:right w:val="single" w:sz="4" w:space="0" w:color="auto"/>
            </w:tcBorders>
            <w:noWrap/>
            <w:vAlign w:val="center"/>
          </w:tcPr>
          <w:p w14:paraId="5866E1D1" w14:textId="77777777" w:rsidR="003D356F" w:rsidRPr="00484B53" w:rsidRDefault="003D356F"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4.320</w:t>
            </w:r>
          </w:p>
        </w:tc>
        <w:tc>
          <w:tcPr>
            <w:tcW w:w="1842" w:type="dxa"/>
            <w:tcBorders>
              <w:top w:val="single" w:sz="4" w:space="0" w:color="auto"/>
              <w:left w:val="nil"/>
              <w:bottom w:val="single" w:sz="4" w:space="0" w:color="auto"/>
              <w:right w:val="single" w:sz="4" w:space="0" w:color="auto"/>
            </w:tcBorders>
            <w:vAlign w:val="center"/>
          </w:tcPr>
          <w:p w14:paraId="7DF1E278" w14:textId="77777777" w:rsidR="003D356F" w:rsidRPr="00484B53" w:rsidRDefault="003D356F" w:rsidP="00CE3584">
            <w:pPr>
              <w:spacing w:after="0" w:line="240" w:lineRule="auto"/>
              <w:jc w:val="center"/>
              <w:rPr>
                <w:rFonts w:ascii="Arial" w:hAnsi="Arial" w:cs="Arial"/>
                <w:sz w:val="20"/>
                <w:szCs w:val="20"/>
              </w:rPr>
            </w:pPr>
            <w:r w:rsidRPr="00484B53">
              <w:rPr>
                <w:rFonts w:ascii="Arial" w:hAnsi="Arial" w:cs="Arial"/>
                <w:sz w:val="20"/>
                <w:szCs w:val="20"/>
              </w:rPr>
              <w:t>Lembar</w:t>
            </w:r>
          </w:p>
        </w:tc>
      </w:tr>
    </w:tbl>
    <w:p w14:paraId="20BE441A" w14:textId="77777777" w:rsidR="003D356F" w:rsidRPr="00A12E15" w:rsidRDefault="003D356F" w:rsidP="003D356F">
      <w:pPr>
        <w:rPr>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2"/>
        <w:gridCol w:w="157"/>
        <w:gridCol w:w="8358"/>
      </w:tblGrid>
      <w:tr w:rsidR="003D356F" w:rsidRPr="00484B53" w14:paraId="0B4489C2" w14:textId="77777777" w:rsidTr="00CE3584">
        <w:tc>
          <w:tcPr>
            <w:tcW w:w="1122" w:type="dxa"/>
          </w:tcPr>
          <w:p w14:paraId="3E475623" w14:textId="77777777" w:rsidR="003D356F" w:rsidRPr="00484B53" w:rsidRDefault="003D356F" w:rsidP="00CE3584"/>
        </w:tc>
        <w:tc>
          <w:tcPr>
            <w:tcW w:w="157" w:type="dxa"/>
          </w:tcPr>
          <w:p w14:paraId="51C05B80" w14:textId="77777777" w:rsidR="003D356F" w:rsidRPr="00484B53" w:rsidRDefault="003D356F" w:rsidP="00CE3584"/>
        </w:tc>
        <w:tc>
          <w:tcPr>
            <w:tcW w:w="8358" w:type="dxa"/>
          </w:tcPr>
          <w:p w14:paraId="5B830EB9" w14:textId="77777777" w:rsidR="003D356F" w:rsidRPr="00484B53" w:rsidRDefault="003D356F" w:rsidP="00CE3584">
            <w:pPr>
              <w:spacing w:line="276" w:lineRule="auto"/>
              <w:jc w:val="both"/>
              <w:rPr>
                <w:rFonts w:ascii="Arial" w:hAnsi="Arial" w:cs="Arial"/>
              </w:rPr>
            </w:pPr>
            <w:r w:rsidRPr="00484B53">
              <w:rPr>
                <w:rFonts w:ascii="Arial" w:hAnsi="Arial" w:cs="Arial"/>
              </w:rPr>
              <w:t xml:space="preserve">         </w:t>
            </w:r>
            <w:proofErr w:type="spellStart"/>
            <w:r w:rsidRPr="00484B53">
              <w:rPr>
                <w:rFonts w:ascii="Arial" w:hAnsi="Arial" w:cs="Arial"/>
              </w:rPr>
              <w:t>Pentingnya</w:t>
            </w:r>
            <w:proofErr w:type="spellEnd"/>
            <w:r w:rsidRPr="00484B53">
              <w:rPr>
                <w:rFonts w:ascii="Arial" w:hAnsi="Arial" w:cs="Arial"/>
              </w:rPr>
              <w:t xml:space="preserve"> </w:t>
            </w:r>
            <w:proofErr w:type="spellStart"/>
            <w:r w:rsidRPr="00484B53">
              <w:rPr>
                <w:rFonts w:ascii="Arial" w:hAnsi="Arial" w:cs="Arial"/>
              </w:rPr>
              <w:t>Komponen</w:t>
            </w:r>
            <w:proofErr w:type="spellEnd"/>
            <w:r w:rsidRPr="00484B53">
              <w:rPr>
                <w:rFonts w:ascii="Arial" w:hAnsi="Arial" w:cs="Arial"/>
              </w:rPr>
              <w:t xml:space="preserve"> Barang / Jasa </w:t>
            </w:r>
            <w:proofErr w:type="spellStart"/>
            <w:r w:rsidRPr="00484B53">
              <w:rPr>
                <w:rFonts w:ascii="Arial" w:hAnsi="Arial" w:cs="Arial"/>
              </w:rPr>
              <w:t>tersebut</w:t>
            </w:r>
            <w:proofErr w:type="spellEnd"/>
            <w:r w:rsidRPr="00484B53">
              <w:rPr>
                <w:rFonts w:ascii="Arial" w:hAnsi="Arial" w:cs="Arial"/>
              </w:rPr>
              <w:t xml:space="preserve"> demi </w:t>
            </w:r>
            <w:proofErr w:type="spellStart"/>
            <w:r w:rsidRPr="00484B53">
              <w:rPr>
                <w:rFonts w:ascii="Arial" w:hAnsi="Arial" w:cs="Arial"/>
              </w:rPr>
              <w:t>kelancaran</w:t>
            </w:r>
            <w:proofErr w:type="spellEnd"/>
            <w:r w:rsidRPr="00484B53">
              <w:rPr>
                <w:rFonts w:ascii="Arial" w:hAnsi="Arial" w:cs="Arial"/>
              </w:rPr>
              <w:t xml:space="preserve"> pada </w:t>
            </w:r>
            <w:proofErr w:type="spellStart"/>
            <w:r w:rsidRPr="00484B53">
              <w:rPr>
                <w:rFonts w:ascii="Arial" w:hAnsi="Arial" w:cs="Arial"/>
              </w:rPr>
              <w:t>kegiatan</w:t>
            </w:r>
            <w:proofErr w:type="spellEnd"/>
            <w:r w:rsidRPr="00484B53">
              <w:rPr>
                <w:rFonts w:ascii="Arial" w:hAnsi="Arial" w:cs="Arial"/>
              </w:rPr>
              <w:t xml:space="preserve"> </w:t>
            </w:r>
            <w:proofErr w:type="spellStart"/>
            <w:r w:rsidRPr="00484B53">
              <w:rPr>
                <w:rFonts w:ascii="Arial" w:hAnsi="Arial" w:cs="Arial"/>
              </w:rPr>
              <w:t>sekolah</w:t>
            </w:r>
            <w:proofErr w:type="spellEnd"/>
            <w:r w:rsidRPr="00484B53">
              <w:rPr>
                <w:rFonts w:ascii="Arial" w:hAnsi="Arial" w:cs="Arial"/>
              </w:rPr>
              <w:t xml:space="preserve"> kami, </w:t>
            </w:r>
            <w:proofErr w:type="spellStart"/>
            <w:r w:rsidRPr="00484B53">
              <w:rPr>
                <w:rFonts w:ascii="Arial" w:hAnsi="Arial" w:cs="Arial"/>
              </w:rPr>
              <w:t>maka</w:t>
            </w:r>
            <w:proofErr w:type="spellEnd"/>
            <w:r w:rsidRPr="00484B53">
              <w:rPr>
                <w:rFonts w:ascii="Arial" w:hAnsi="Arial" w:cs="Arial"/>
              </w:rPr>
              <w:t xml:space="preserve"> </w:t>
            </w:r>
            <w:proofErr w:type="spellStart"/>
            <w:r w:rsidRPr="00484B53">
              <w:rPr>
                <w:rFonts w:ascii="Arial" w:hAnsi="Arial" w:cs="Arial"/>
              </w:rPr>
              <w:t>diharapkan</w:t>
            </w:r>
            <w:proofErr w:type="spellEnd"/>
            <w:r w:rsidRPr="00484B53">
              <w:rPr>
                <w:rFonts w:ascii="Arial" w:hAnsi="Arial" w:cs="Arial"/>
              </w:rPr>
              <w:t xml:space="preserve"> </w:t>
            </w:r>
            <w:proofErr w:type="spellStart"/>
            <w:r w:rsidRPr="00484B53">
              <w:rPr>
                <w:rFonts w:ascii="Arial" w:hAnsi="Arial" w:cs="Arial"/>
              </w:rPr>
              <w:t>dapat</w:t>
            </w:r>
            <w:proofErr w:type="spellEnd"/>
            <w:r w:rsidRPr="00484B53">
              <w:rPr>
                <w:rFonts w:ascii="Arial" w:hAnsi="Arial" w:cs="Arial"/>
              </w:rPr>
              <w:t xml:space="preserve"> di </w:t>
            </w:r>
            <w:proofErr w:type="spellStart"/>
            <w:r w:rsidRPr="00484B53">
              <w:rPr>
                <w:rFonts w:ascii="Arial" w:hAnsi="Arial" w:cs="Arial"/>
              </w:rPr>
              <w:t>kirim</w:t>
            </w:r>
            <w:proofErr w:type="spellEnd"/>
            <w:r w:rsidRPr="00484B53">
              <w:rPr>
                <w:rFonts w:ascii="Arial" w:hAnsi="Arial" w:cs="Arial"/>
              </w:rPr>
              <w:t xml:space="preserve"> dan kami </w:t>
            </w:r>
            <w:proofErr w:type="spellStart"/>
            <w:r w:rsidRPr="00484B53">
              <w:rPr>
                <w:rFonts w:ascii="Arial" w:hAnsi="Arial" w:cs="Arial"/>
              </w:rPr>
              <w:t>terima</w:t>
            </w:r>
            <w:proofErr w:type="spellEnd"/>
            <w:r w:rsidRPr="00484B53">
              <w:rPr>
                <w:rFonts w:ascii="Arial" w:hAnsi="Arial" w:cs="Arial"/>
              </w:rPr>
              <w:t xml:space="preserve"> paling </w:t>
            </w:r>
            <w:proofErr w:type="spellStart"/>
            <w:r w:rsidRPr="00484B53">
              <w:rPr>
                <w:rFonts w:ascii="Arial" w:hAnsi="Arial" w:cs="Arial"/>
              </w:rPr>
              <w:t>lambat</w:t>
            </w:r>
            <w:proofErr w:type="spellEnd"/>
            <w:r w:rsidRPr="00484B53">
              <w:rPr>
                <w:rFonts w:ascii="Arial" w:hAnsi="Arial" w:cs="Arial"/>
              </w:rPr>
              <w:t xml:space="preserve"> 5 (lima) </w:t>
            </w:r>
            <w:proofErr w:type="spellStart"/>
            <w:r w:rsidRPr="00484B53">
              <w:rPr>
                <w:rFonts w:ascii="Arial" w:hAnsi="Arial" w:cs="Arial"/>
              </w:rPr>
              <w:t>hari</w:t>
            </w:r>
            <w:proofErr w:type="spellEnd"/>
            <w:r w:rsidRPr="00484B53">
              <w:rPr>
                <w:rFonts w:ascii="Arial" w:hAnsi="Arial" w:cs="Arial"/>
              </w:rPr>
              <w:t xml:space="preserve"> kerja.</w:t>
            </w:r>
            <w:r w:rsidRPr="00484B53">
              <w:rPr>
                <w:rFonts w:ascii="Arial" w:hAnsi="Arial" w:cs="Arial"/>
              </w:rPr>
              <w:tab/>
            </w:r>
          </w:p>
          <w:p w14:paraId="4DD8A526" w14:textId="77777777" w:rsidR="003D356F" w:rsidRPr="00484B53" w:rsidRDefault="003D356F" w:rsidP="00CE3584">
            <w:pPr>
              <w:spacing w:line="276" w:lineRule="auto"/>
              <w:jc w:val="both"/>
              <w:rPr>
                <w:rFonts w:ascii="Arial" w:hAnsi="Arial" w:cs="Arial"/>
              </w:rPr>
            </w:pPr>
            <w:r w:rsidRPr="00484B53">
              <w:rPr>
                <w:rFonts w:ascii="Arial" w:hAnsi="Arial" w:cs="Arial"/>
              </w:rPr>
              <w:tab/>
            </w:r>
          </w:p>
        </w:tc>
      </w:tr>
      <w:tr w:rsidR="003D356F" w:rsidRPr="00484B53" w14:paraId="4877ADFB" w14:textId="77777777" w:rsidTr="00CE3584">
        <w:tc>
          <w:tcPr>
            <w:tcW w:w="1122" w:type="dxa"/>
          </w:tcPr>
          <w:p w14:paraId="5F65A0FB" w14:textId="77777777" w:rsidR="003D356F" w:rsidRPr="00484B53" w:rsidRDefault="003D356F" w:rsidP="00CE3584"/>
        </w:tc>
        <w:tc>
          <w:tcPr>
            <w:tcW w:w="157" w:type="dxa"/>
          </w:tcPr>
          <w:p w14:paraId="58DD9E4A" w14:textId="77777777" w:rsidR="003D356F" w:rsidRPr="00484B53" w:rsidRDefault="003D356F" w:rsidP="00CE3584"/>
        </w:tc>
        <w:tc>
          <w:tcPr>
            <w:tcW w:w="8358" w:type="dxa"/>
          </w:tcPr>
          <w:p w14:paraId="490E664F" w14:textId="77777777" w:rsidR="003D356F" w:rsidRPr="00484B53" w:rsidRDefault="003D356F" w:rsidP="00CE3584">
            <w:pPr>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w:t>
            </w:r>
            <w:proofErr w:type="spellStart"/>
            <w:r w:rsidRPr="00484B53">
              <w:rPr>
                <w:rFonts w:ascii="Arial" w:hAnsi="Arial" w:cs="Arial"/>
              </w:rPr>
              <w:t>surat</w:t>
            </w:r>
            <w:proofErr w:type="spellEnd"/>
            <w:r w:rsidRPr="00484B53">
              <w:rPr>
                <w:rFonts w:ascii="Arial" w:hAnsi="Arial" w:cs="Arial"/>
              </w:rPr>
              <w:t xml:space="preserve"> </w:t>
            </w:r>
            <w:proofErr w:type="spellStart"/>
            <w:r w:rsidRPr="00484B53">
              <w:rPr>
                <w:rFonts w:ascii="Arial" w:hAnsi="Arial" w:cs="Arial"/>
              </w:rPr>
              <w:t>pesanan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kami </w:t>
            </w:r>
            <w:proofErr w:type="spellStart"/>
            <w:r w:rsidRPr="00484B53">
              <w:rPr>
                <w:rFonts w:ascii="Arial" w:hAnsi="Arial" w:cs="Arial"/>
              </w:rPr>
              <w:t>sampaikan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perhatian</w:t>
            </w:r>
            <w:proofErr w:type="spellEnd"/>
            <w:r w:rsidRPr="00484B53">
              <w:rPr>
                <w:rFonts w:ascii="Arial" w:hAnsi="Arial" w:cs="Arial"/>
              </w:rPr>
              <w:t xml:space="preserve"> dan </w:t>
            </w:r>
            <w:proofErr w:type="spellStart"/>
            <w:r w:rsidRPr="00484B53">
              <w:rPr>
                <w:rFonts w:ascii="Arial" w:hAnsi="Arial" w:cs="Arial"/>
              </w:rPr>
              <w:t>kerja</w:t>
            </w:r>
            <w:proofErr w:type="spellEnd"/>
            <w:r w:rsidRPr="00484B53">
              <w:rPr>
                <w:rFonts w:ascii="Arial" w:hAnsi="Arial" w:cs="Arial"/>
              </w:rPr>
              <w:t xml:space="preserve"> </w:t>
            </w:r>
            <w:proofErr w:type="spellStart"/>
            <w:r w:rsidRPr="00484B53">
              <w:rPr>
                <w:rFonts w:ascii="Arial" w:hAnsi="Arial" w:cs="Arial"/>
              </w:rPr>
              <w:t>sama</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kami </w:t>
            </w:r>
            <w:proofErr w:type="spellStart"/>
            <w:r w:rsidRPr="00484B53">
              <w:rPr>
                <w:rFonts w:ascii="Arial" w:hAnsi="Arial" w:cs="Arial"/>
              </w:rPr>
              <w:t>ucapkan</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kasih</w:t>
            </w:r>
            <w:proofErr w:type="spellEnd"/>
            <w:r w:rsidRPr="00484B53">
              <w:rPr>
                <w:rFonts w:ascii="Arial" w:hAnsi="Arial" w:cs="Arial"/>
              </w:rPr>
              <w:t>.</w:t>
            </w:r>
          </w:p>
        </w:tc>
      </w:tr>
    </w:tbl>
    <w:p w14:paraId="325A4263" w14:textId="77777777" w:rsidR="003D356F" w:rsidRPr="00484B53" w:rsidRDefault="003D356F" w:rsidP="003D356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8"/>
        <w:gridCol w:w="5499"/>
      </w:tblGrid>
      <w:tr w:rsidR="003D356F" w:rsidRPr="00484B53" w14:paraId="5689E705" w14:textId="77777777" w:rsidTr="00CE3584">
        <w:trPr>
          <w:cantSplit/>
        </w:trPr>
        <w:tc>
          <w:tcPr>
            <w:tcW w:w="1124" w:type="dxa"/>
          </w:tcPr>
          <w:p w14:paraId="4BB19F63" w14:textId="77777777" w:rsidR="003D356F" w:rsidRPr="00484B53" w:rsidRDefault="003D356F" w:rsidP="00CE3584">
            <w:pPr>
              <w:rPr>
                <w:rFonts w:ascii="Arial" w:hAnsi="Arial" w:cs="Arial"/>
              </w:rPr>
            </w:pPr>
          </w:p>
        </w:tc>
        <w:tc>
          <w:tcPr>
            <w:tcW w:w="157" w:type="dxa"/>
          </w:tcPr>
          <w:p w14:paraId="783C877B" w14:textId="77777777" w:rsidR="003D356F" w:rsidRPr="00484B53" w:rsidRDefault="003D356F" w:rsidP="00CE3584">
            <w:pPr>
              <w:rPr>
                <w:rFonts w:ascii="Arial" w:hAnsi="Arial" w:cs="Arial"/>
              </w:rPr>
            </w:pPr>
          </w:p>
        </w:tc>
        <w:tc>
          <w:tcPr>
            <w:tcW w:w="2862" w:type="dxa"/>
          </w:tcPr>
          <w:p w14:paraId="452676D0" w14:textId="77777777" w:rsidR="003D356F" w:rsidRPr="00484B53" w:rsidRDefault="003D356F" w:rsidP="00CE3584">
            <w:pPr>
              <w:rPr>
                <w:rFonts w:ascii="Arial" w:hAnsi="Arial" w:cs="Arial"/>
              </w:rPr>
            </w:pPr>
          </w:p>
        </w:tc>
        <w:tc>
          <w:tcPr>
            <w:tcW w:w="5504" w:type="dxa"/>
          </w:tcPr>
          <w:p w14:paraId="6FA8F096" w14:textId="77777777" w:rsidR="003D356F" w:rsidRPr="00484B53" w:rsidRDefault="003D356F" w:rsidP="00CE3584">
            <w:pPr>
              <w:jc w:val="center"/>
              <w:rPr>
                <w:rFonts w:ascii="Arial" w:hAnsi="Arial" w:cs="Arial"/>
              </w:rPr>
            </w:pPr>
            <w:proofErr w:type="spellStart"/>
            <w:r w:rsidRPr="00484B53">
              <w:rPr>
                <w:rFonts w:ascii="Arial" w:hAnsi="Arial" w:cs="Arial"/>
              </w:rPr>
              <w:t>Kepala</w:t>
            </w:r>
            <w:proofErr w:type="spellEnd"/>
            <w:r w:rsidRPr="00484B53">
              <w:rPr>
                <w:rFonts w:ascii="Arial" w:hAnsi="Arial" w:cs="Arial"/>
              </w:rPr>
              <w:t xml:space="preserve"> SD Negeri Tomang 03</w:t>
            </w:r>
          </w:p>
          <w:p w14:paraId="3F22A154" w14:textId="77777777" w:rsidR="003D356F" w:rsidRPr="00484B53" w:rsidRDefault="003D356F" w:rsidP="00CE3584">
            <w:pPr>
              <w:jc w:val="center"/>
              <w:rPr>
                <w:rFonts w:ascii="Arial" w:hAnsi="Arial" w:cs="Arial"/>
              </w:rPr>
            </w:pPr>
          </w:p>
          <w:p w14:paraId="2E93F0A7" w14:textId="77777777" w:rsidR="003D356F" w:rsidRPr="00484B53" w:rsidRDefault="003D356F" w:rsidP="00CE3584">
            <w:pPr>
              <w:jc w:val="center"/>
              <w:rPr>
                <w:rFonts w:ascii="Arial" w:hAnsi="Arial" w:cs="Arial"/>
              </w:rPr>
            </w:pPr>
          </w:p>
          <w:p w14:paraId="7C840809" w14:textId="77777777" w:rsidR="003D356F" w:rsidRPr="00484B53" w:rsidRDefault="003D356F" w:rsidP="00CE3584">
            <w:pPr>
              <w:jc w:val="center"/>
              <w:rPr>
                <w:rFonts w:ascii="Arial" w:hAnsi="Arial" w:cs="Arial"/>
              </w:rPr>
            </w:pPr>
          </w:p>
          <w:p w14:paraId="70354B82" w14:textId="77777777" w:rsidR="003D356F" w:rsidRPr="00484B53" w:rsidRDefault="003D356F" w:rsidP="00CE3584">
            <w:pPr>
              <w:jc w:val="center"/>
              <w:rPr>
                <w:rFonts w:ascii="Arial" w:hAnsi="Arial" w:cs="Arial"/>
              </w:rPr>
            </w:pPr>
          </w:p>
          <w:p w14:paraId="479EBF60" w14:textId="77777777" w:rsidR="003D356F" w:rsidRPr="00484B53" w:rsidRDefault="003D356F" w:rsidP="00CE3584">
            <w:pPr>
              <w:jc w:val="center"/>
              <w:rPr>
                <w:rFonts w:ascii="Arial" w:hAnsi="Arial" w:cs="Arial"/>
              </w:rPr>
            </w:pPr>
            <w:r w:rsidRPr="00484B53">
              <w:rPr>
                <w:rFonts w:ascii="Arial" w:hAnsi="Arial" w:cs="Arial"/>
              </w:rPr>
              <w:t>HARYATI, S.Pd.I.</w:t>
            </w:r>
          </w:p>
          <w:p w14:paraId="3020972C" w14:textId="77777777" w:rsidR="003D356F" w:rsidRPr="00484B53" w:rsidRDefault="003D356F" w:rsidP="00CE3584">
            <w:pPr>
              <w:jc w:val="center"/>
              <w:rPr>
                <w:rFonts w:ascii="Arial" w:hAnsi="Arial" w:cs="Arial"/>
              </w:rPr>
            </w:pPr>
            <w:r w:rsidRPr="00484B53">
              <w:rPr>
                <w:rFonts w:ascii="Arial" w:hAnsi="Arial" w:cs="Arial"/>
              </w:rPr>
              <w:t>NIP ‌197110161996062001</w:t>
            </w:r>
          </w:p>
          <w:p w14:paraId="6D544FE5" w14:textId="77777777" w:rsidR="003D356F" w:rsidRPr="00484B53" w:rsidRDefault="003D356F" w:rsidP="00CE3584">
            <w:pPr>
              <w:jc w:val="center"/>
              <w:rPr>
                <w:rFonts w:ascii="Arial" w:hAnsi="Arial" w:cs="Arial"/>
              </w:rPr>
            </w:pPr>
          </w:p>
        </w:tc>
      </w:tr>
    </w:tbl>
    <w:p w14:paraId="2C44EBF7" w14:textId="0E1FBCD2" w:rsidR="00815C0A" w:rsidRDefault="00815C0A">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3D356F" w14:paraId="4AF158AE" w14:textId="77777777" w:rsidTr="00CE3584">
        <w:tc>
          <w:tcPr>
            <w:tcW w:w="1668" w:type="dxa"/>
          </w:tcPr>
          <w:p w14:paraId="7A306A6D" w14:textId="77777777" w:rsidR="003D356F" w:rsidRDefault="003D356F" w:rsidP="00CE3584">
            <w:pPr>
              <w:rPr>
                <w:rFonts w:ascii="Arial" w:eastAsia="Arial" w:hAnsi="Arial" w:cs="Arial"/>
              </w:rPr>
            </w:pPr>
            <w:r>
              <w:rPr>
                <w:noProof/>
              </w:rPr>
              <w:lastRenderedPageBreak/>
              <w:drawing>
                <wp:inline distT="0" distB="0" distL="0" distR="0" wp14:anchorId="6F57F88D" wp14:editId="1CE73AB4">
                  <wp:extent cx="885536" cy="990600"/>
                  <wp:effectExtent l="0" t="0" r="0" b="0"/>
                  <wp:docPr id="981369137"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2E6FDC5F" w14:textId="77777777" w:rsidR="003D356F" w:rsidRPr="00C30283" w:rsidRDefault="003D356F" w:rsidP="00CE3584">
            <w:pPr>
              <w:jc w:val="center"/>
              <w:rPr>
                <w:rFonts w:ascii="Arial" w:eastAsia="Arial" w:hAnsi="Arial" w:cs="Arial"/>
              </w:rPr>
            </w:pPr>
            <w:r w:rsidRPr="00C30283">
              <w:rPr>
                <w:rFonts w:ascii="Arial" w:eastAsia="Arial" w:hAnsi="Arial" w:cs="Arial"/>
              </w:rPr>
              <w:t>PEMERINTAH PROVINSI DAERAH KHUSUS IBUKOTA JAKARTA</w:t>
            </w:r>
          </w:p>
          <w:p w14:paraId="1465FD42" w14:textId="77777777" w:rsidR="003D356F" w:rsidRPr="00C30283" w:rsidRDefault="003D356F" w:rsidP="00CE3584">
            <w:pPr>
              <w:jc w:val="center"/>
              <w:rPr>
                <w:rFonts w:ascii="Arial" w:eastAsia="Arial" w:hAnsi="Arial" w:cs="Arial"/>
              </w:rPr>
            </w:pPr>
            <w:r w:rsidRPr="00C30283">
              <w:rPr>
                <w:rFonts w:ascii="Arial" w:eastAsia="Arial" w:hAnsi="Arial" w:cs="Arial"/>
              </w:rPr>
              <w:t>DINAS PENDIDIKAN</w:t>
            </w:r>
          </w:p>
          <w:p w14:paraId="27B1912A" w14:textId="77777777" w:rsidR="003D356F" w:rsidRPr="00C30283" w:rsidRDefault="003D356F"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621AB6F9" w14:textId="77777777" w:rsidR="003D356F" w:rsidRPr="00C30283" w:rsidRDefault="003D356F"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xml:space="preserve">, </w:t>
            </w:r>
            <w:proofErr w:type="gramStart"/>
            <w:r w:rsidRPr="00C30283">
              <w:rPr>
                <w:rFonts w:ascii="Arial" w:eastAsia="Arial" w:hAnsi="Arial" w:cs="Arial"/>
              </w:rPr>
              <w:t>Kel.</w:t>
            </w:r>
            <w:r>
              <w:rPr>
                <w:rFonts w:ascii="Arial" w:eastAsia="Arial" w:hAnsi="Arial" w:cs="Arial"/>
              </w:rPr>
              <w:t>Tomang</w:t>
            </w:r>
            <w:r w:rsidRPr="00C30283">
              <w:rPr>
                <w:rFonts w:ascii="Arial" w:eastAsia="Arial" w:hAnsi="Arial" w:cs="Arial"/>
              </w:rPr>
              <w:t xml:space="preserve">, </w:t>
            </w:r>
            <w:proofErr w:type="spellStart"/>
            <w:proofErr w:type="gram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35EA4992" w14:textId="77777777" w:rsidR="003D356F" w:rsidRPr="00C30283" w:rsidRDefault="003D356F"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78153B14" w14:textId="77777777" w:rsidR="003D356F" w:rsidRPr="00C30283" w:rsidRDefault="003D356F" w:rsidP="00CE3584">
            <w:pPr>
              <w:jc w:val="center"/>
              <w:rPr>
                <w:rFonts w:ascii="Arial" w:eastAsia="Arial" w:hAnsi="Arial" w:cs="Arial"/>
              </w:rPr>
            </w:pPr>
            <w:r w:rsidRPr="00C30283">
              <w:rPr>
                <w:rFonts w:ascii="Arial" w:eastAsia="Arial" w:hAnsi="Arial" w:cs="Arial"/>
              </w:rPr>
              <w:t>JAKARTA</w:t>
            </w:r>
          </w:p>
          <w:p w14:paraId="618874AF" w14:textId="77777777" w:rsidR="003D356F" w:rsidRDefault="003D356F" w:rsidP="00CE3584">
            <w:pPr>
              <w:jc w:val="right"/>
              <w:rPr>
                <w:rFonts w:ascii="Arial" w:eastAsia="Arial" w:hAnsi="Arial" w:cs="Arial"/>
              </w:rPr>
            </w:pPr>
            <w:r w:rsidRPr="00C30283">
              <w:rPr>
                <w:rFonts w:ascii="Arial" w:eastAsia="Arial" w:hAnsi="Arial" w:cs="Arial"/>
              </w:rPr>
              <w:t xml:space="preserve">Kode </w:t>
            </w:r>
            <w:proofErr w:type="gramStart"/>
            <w:r w:rsidRPr="00C30283">
              <w:rPr>
                <w:rFonts w:ascii="Arial" w:eastAsia="Arial" w:hAnsi="Arial" w:cs="Arial"/>
              </w:rPr>
              <w:t>Pos :</w:t>
            </w:r>
            <w:proofErr w:type="gramEnd"/>
            <w:r w:rsidRPr="00C30283">
              <w:rPr>
                <w:rFonts w:ascii="Arial" w:eastAsia="Arial" w:hAnsi="Arial" w:cs="Arial"/>
              </w:rPr>
              <w:t xml:space="preserve"> </w:t>
            </w:r>
            <w:r>
              <w:rPr>
                <w:rFonts w:ascii="Arial" w:eastAsia="Arial" w:hAnsi="Arial" w:cs="Arial"/>
              </w:rPr>
              <w:t>11440</w:t>
            </w:r>
          </w:p>
        </w:tc>
      </w:tr>
    </w:tbl>
    <w:p w14:paraId="27E3F5C3" w14:textId="77777777" w:rsidR="003D356F" w:rsidRPr="0065292D" w:rsidRDefault="003D356F" w:rsidP="003D356F">
      <w:pPr>
        <w:pBdr>
          <w:bottom w:val="single" w:sz="12" w:space="1" w:color="auto"/>
        </w:pBdr>
        <w:spacing w:after="0" w:line="240" w:lineRule="auto"/>
        <w:rPr>
          <w:rFonts w:ascii="Arial" w:eastAsia="Arial" w:hAnsi="Arial" w:cs="Arial"/>
          <w:sz w:val="4"/>
          <w:szCs w:val="4"/>
        </w:rPr>
      </w:pPr>
    </w:p>
    <w:p w14:paraId="494C13E0" w14:textId="0B42938C" w:rsidR="00DD3A51" w:rsidRPr="00314051" w:rsidRDefault="00DD3A51" w:rsidP="00DD3A51">
      <w:pPr>
        <w:spacing w:after="0" w:line="240" w:lineRule="auto"/>
        <w:rPr>
          <w:rFonts w:ascii="Arial" w:eastAsia="Arial" w:hAnsi="Arial" w:cs="Arial"/>
        </w:rPr>
      </w:pPr>
    </w:p>
    <w:p w14:paraId="6353FA21" w14:textId="7858E7A4" w:rsidR="00DD3A51" w:rsidRPr="00484B53" w:rsidRDefault="00DD3A51" w:rsidP="00DD3A51">
      <w:pPr>
        <w:spacing w:after="0"/>
        <w:jc w:val="center"/>
        <w:rPr>
          <w:rFonts w:ascii="Arial" w:hAnsi="Arial" w:cs="Arial"/>
          <w:b/>
          <w:bCs/>
        </w:rPr>
      </w:pPr>
      <w:r w:rsidRPr="00484B53">
        <w:rPr>
          <w:rFonts w:ascii="Arial" w:hAnsi="Arial" w:cs="Arial"/>
          <w:b/>
          <w:bCs/>
        </w:rPr>
        <w:t>BERITA ACARA PEMERIKSAAN BARANG/PEKERJAAN</w:t>
      </w:r>
    </w:p>
    <w:p w14:paraId="1D321A0E" w14:textId="2DF6010C" w:rsidR="0096457E" w:rsidRPr="00484B53" w:rsidRDefault="00DD3A51" w:rsidP="00DD3A51">
      <w:pPr>
        <w:jc w:val="center"/>
        <w:rPr>
          <w:rFonts w:ascii="Arial" w:hAnsi="Arial" w:cs="Arial"/>
        </w:rPr>
      </w:pPr>
      <w:proofErr w:type="spellStart"/>
      <w:r w:rsidRPr="00484B53">
        <w:rPr>
          <w:rFonts w:ascii="Arial" w:hAnsi="Arial" w:cs="Arial"/>
        </w:rPr>
        <w:t>Nomor</w:t>
      </w:r>
      <w:proofErr w:type="spellEnd"/>
      <w:r w:rsidR="00F579CC">
        <w:rPr>
          <w:rFonts w:ascii="Arial" w:hAnsi="Arial" w:cs="Arial"/>
        </w:rPr>
        <w:t xml:space="preserve"> </w:t>
      </w:r>
      <w:r w:rsidRPr="00484B53">
        <w:rPr>
          <w:rFonts w:ascii="Arial" w:hAnsi="Arial" w:cs="Arial"/>
        </w:rPr>
        <w:t xml:space="preserve">:  </w:t>
      </w:r>
      <w:r w:rsidR="008376C6" w:rsidRPr="00484B53">
        <w:rPr>
          <w:rFonts w:ascii="Arial" w:hAnsi="Arial" w:cs="Arial"/>
        </w:rPr>
        <w:t>280 /UD.02.02</w:t>
      </w:r>
    </w:p>
    <w:p w14:paraId="67086CDD" w14:textId="1722F059" w:rsidR="00DD3A51" w:rsidRPr="00484B53" w:rsidRDefault="00E71C39" w:rsidP="00DD3A51">
      <w:pPr>
        <w:spacing w:after="0"/>
        <w:rPr>
          <w:rFonts w:ascii="Arial" w:hAnsi="Arial" w:cs="Arial"/>
        </w:rPr>
      </w:pPr>
      <w:r w:rsidRPr="00E71C39">
        <w:rPr>
          <w:rFonts w:ascii="Arial" w:hAnsi="Arial" w:cs="Arial"/>
        </w:rPr>
        <w:t>Pada hari ini, Jumat Tanggal Dua Puluh Empat Bulan Oktober Tahun Dua Ribu Dua Puluh Lima sesuai dengan: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4"/>
        <w:gridCol w:w="278"/>
        <w:gridCol w:w="6735"/>
      </w:tblGrid>
      <w:tr w:rsidR="00124A29" w:rsidRPr="00484B53" w14:paraId="4D6F12C2" w14:textId="77777777" w:rsidTr="00124A29">
        <w:tc>
          <w:tcPr>
            <w:tcW w:w="2624" w:type="dxa"/>
            <w:tcMar>
              <w:left w:w="0" w:type="dxa"/>
              <w:right w:w="0" w:type="dxa"/>
            </w:tcMar>
          </w:tcPr>
          <w:p w14:paraId="6639E73D" w14:textId="6F52F8BA" w:rsidR="00124A29" w:rsidRPr="00484B53" w:rsidRDefault="00124A29" w:rsidP="00124A29">
            <w:pPr>
              <w:spacing w:line="276" w:lineRule="auto"/>
              <w:rPr>
                <w:rFonts w:ascii="Arial" w:hAnsi="Arial" w:cs="Arial"/>
              </w:rPr>
            </w:pPr>
            <w:r w:rsidRPr="00484B53">
              <w:rPr>
                <w:rFonts w:ascii="Arial" w:hAnsi="Arial" w:cs="Arial"/>
              </w:rPr>
              <w:t xml:space="preserve">No. </w:t>
            </w:r>
            <w:proofErr w:type="spellStart"/>
            <w:r w:rsidRPr="00484B53">
              <w:rPr>
                <w:rFonts w:ascii="Arial" w:hAnsi="Arial" w:cs="Arial"/>
              </w:rPr>
              <w:t>Faktur</w:t>
            </w:r>
            <w:proofErr w:type="spellEnd"/>
            <w:r w:rsidRPr="00484B53">
              <w:rPr>
                <w:rFonts w:ascii="Arial" w:hAnsi="Arial" w:cs="Arial"/>
              </w:rPr>
              <w:t>/Surat Jalan</w:t>
            </w:r>
          </w:p>
        </w:tc>
        <w:tc>
          <w:tcPr>
            <w:tcW w:w="278" w:type="dxa"/>
            <w:tcMar>
              <w:left w:w="0" w:type="dxa"/>
              <w:right w:w="0" w:type="dxa"/>
            </w:tcMar>
          </w:tcPr>
          <w:p w14:paraId="5668FB95" w14:textId="2635782A"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1488569A" w14:textId="2B2AB050" w:rsidR="00124A29" w:rsidRPr="00484B53" w:rsidRDefault="003D57EF" w:rsidP="00124A29">
            <w:pPr>
              <w:spacing w:line="276" w:lineRule="auto"/>
              <w:rPr>
                <w:rFonts w:ascii="Arial" w:hAnsi="Arial" w:cs="Arial"/>
              </w:rPr>
            </w:pPr>
            <w:r w:rsidRPr="00484B53">
              <w:rPr>
                <w:rFonts w:ascii="Arial" w:hAnsi="Arial" w:cs="Arial"/>
              </w:rPr>
              <w:t>416/RJI-T03/SJ/0I/2025</w:t>
            </w:r>
          </w:p>
        </w:tc>
      </w:tr>
      <w:tr w:rsidR="00124A29" w:rsidRPr="00484B53" w14:paraId="227BEFB4" w14:textId="77777777" w:rsidTr="00124A29">
        <w:tc>
          <w:tcPr>
            <w:tcW w:w="2624" w:type="dxa"/>
            <w:tcMar>
              <w:left w:w="0" w:type="dxa"/>
              <w:right w:w="0" w:type="dxa"/>
            </w:tcMar>
          </w:tcPr>
          <w:p w14:paraId="392F7AE3" w14:textId="6E612680" w:rsidR="00124A29" w:rsidRPr="00484B53" w:rsidRDefault="00124A29" w:rsidP="00124A29">
            <w:pPr>
              <w:spacing w:line="276" w:lineRule="auto"/>
              <w:rPr>
                <w:rFonts w:ascii="Arial" w:hAnsi="Arial" w:cs="Arial"/>
              </w:rPr>
            </w:pPr>
            <w:proofErr w:type="spellStart"/>
            <w:r w:rsidRPr="00484B53">
              <w:rPr>
                <w:rFonts w:ascii="Arial" w:hAnsi="Arial" w:cs="Arial"/>
              </w:rPr>
              <w:t>Tanggal</w:t>
            </w:r>
            <w:proofErr w:type="spellEnd"/>
          </w:p>
        </w:tc>
        <w:tc>
          <w:tcPr>
            <w:tcW w:w="278" w:type="dxa"/>
            <w:tcMar>
              <w:left w:w="0" w:type="dxa"/>
              <w:right w:w="0" w:type="dxa"/>
            </w:tcMar>
          </w:tcPr>
          <w:p w14:paraId="6D8A2B35" w14:textId="6C4FAC9C"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68A87ACD" w14:textId="577D5062" w:rsidR="00124A29" w:rsidRPr="00484B53" w:rsidRDefault="003D57EF" w:rsidP="00124A29">
            <w:pPr>
              <w:spacing w:line="276" w:lineRule="auto"/>
              <w:rPr>
                <w:rFonts w:ascii="Arial" w:hAnsi="Arial" w:cs="Arial"/>
              </w:rPr>
            </w:pPr>
            <w:r w:rsidRPr="00484B53">
              <w:rPr>
                <w:rFonts w:ascii="Arial" w:hAnsi="Arial" w:cs="Arial"/>
              </w:rPr>
              <w:t>24 Oktober 2025</w:t>
            </w:r>
          </w:p>
        </w:tc>
      </w:tr>
      <w:tr w:rsidR="00124A29" w:rsidRPr="00484B53" w14:paraId="41D5C419" w14:textId="77777777" w:rsidTr="00124A29">
        <w:tc>
          <w:tcPr>
            <w:tcW w:w="2624" w:type="dxa"/>
            <w:tcMar>
              <w:left w:w="0" w:type="dxa"/>
              <w:right w:w="0" w:type="dxa"/>
            </w:tcMar>
          </w:tcPr>
          <w:p w14:paraId="07A78F15" w14:textId="231A4CC8" w:rsidR="00124A29" w:rsidRPr="00484B53" w:rsidRDefault="00124A29" w:rsidP="00124A29">
            <w:pPr>
              <w:spacing w:line="276" w:lineRule="auto"/>
              <w:rPr>
                <w:rFonts w:ascii="Arial" w:hAnsi="Arial" w:cs="Arial"/>
              </w:rPr>
            </w:pPr>
            <w:r w:rsidRPr="00484B53">
              <w:rPr>
                <w:rFonts w:ascii="Arial" w:hAnsi="Arial" w:cs="Arial"/>
              </w:rPr>
              <w:t xml:space="preserve">Nama </w:t>
            </w:r>
            <w:proofErr w:type="spellStart"/>
            <w:r w:rsidRPr="00484B53">
              <w:rPr>
                <w:rFonts w:ascii="Arial" w:hAnsi="Arial" w:cs="Arial"/>
              </w:rPr>
              <w:t>Pekerjaan</w:t>
            </w:r>
            <w:proofErr w:type="spellEnd"/>
          </w:p>
        </w:tc>
        <w:tc>
          <w:tcPr>
            <w:tcW w:w="278" w:type="dxa"/>
            <w:tcMar>
              <w:left w:w="0" w:type="dxa"/>
              <w:right w:w="0" w:type="dxa"/>
            </w:tcMar>
          </w:tcPr>
          <w:p w14:paraId="4228BF11" w14:textId="479DD635"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3036CFFC" w14:textId="586244F9" w:rsidR="00124A29" w:rsidRPr="00484B53" w:rsidRDefault="00C23FD9" w:rsidP="00124A29">
            <w:pPr>
              <w:spacing w:line="276" w:lineRule="auto"/>
              <w:rPr>
                <w:rFonts w:ascii="Arial" w:hAnsi="Arial" w:cs="Arial"/>
              </w:rPr>
            </w:pPr>
            <w:r w:rsidRPr="00484B53">
              <w:rPr>
                <w:rFonts w:ascii="Arial" w:hAnsi="Arial" w:cs="Arial"/>
              </w:rPr>
              <w:t>Belanja Fotokopi Sumatif Harian 3 Kelas Tinggi</w:t>
            </w:r>
          </w:p>
        </w:tc>
      </w:tr>
      <w:tr w:rsidR="00124A29" w:rsidRPr="00484B53" w14:paraId="2D914C02" w14:textId="77777777" w:rsidTr="00124A29">
        <w:tc>
          <w:tcPr>
            <w:tcW w:w="2624" w:type="dxa"/>
            <w:tcMar>
              <w:left w:w="0" w:type="dxa"/>
              <w:right w:w="0" w:type="dxa"/>
            </w:tcMar>
          </w:tcPr>
          <w:p w14:paraId="40D0CCD9" w14:textId="7890F57D" w:rsidR="00124A29" w:rsidRPr="00484B53" w:rsidRDefault="00124A29" w:rsidP="00124A29">
            <w:pPr>
              <w:spacing w:line="276" w:lineRule="auto"/>
              <w:rPr>
                <w:rFonts w:ascii="Arial" w:hAnsi="Arial" w:cs="Arial"/>
              </w:rPr>
            </w:pPr>
            <w:proofErr w:type="spellStart"/>
            <w:r w:rsidRPr="00484B53">
              <w:rPr>
                <w:rFonts w:ascii="Arial" w:hAnsi="Arial" w:cs="Arial"/>
              </w:rPr>
              <w:t>Tahun</w:t>
            </w:r>
            <w:proofErr w:type="spellEnd"/>
          </w:p>
        </w:tc>
        <w:tc>
          <w:tcPr>
            <w:tcW w:w="278" w:type="dxa"/>
            <w:tcMar>
              <w:left w:w="0" w:type="dxa"/>
              <w:right w:w="0" w:type="dxa"/>
            </w:tcMar>
          </w:tcPr>
          <w:p w14:paraId="254F6B8A" w14:textId="0D2F7AB6"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72DD4447" w14:textId="1EA453F1" w:rsidR="00124A29" w:rsidRPr="00484B53" w:rsidRDefault="00761789" w:rsidP="00124A29">
            <w:pPr>
              <w:spacing w:line="276" w:lineRule="auto"/>
              <w:rPr>
                <w:rFonts w:ascii="Arial" w:hAnsi="Arial" w:cs="Arial"/>
              </w:rPr>
            </w:pPr>
            <w:r w:rsidRPr="00484B53">
              <w:rPr>
                <w:rFonts w:ascii="Arial" w:hAnsi="Arial" w:cs="Arial"/>
              </w:rPr>
              <w:t>2025</w:t>
            </w:r>
          </w:p>
        </w:tc>
      </w:tr>
    </w:tbl>
    <w:p w14:paraId="290B4874" w14:textId="7E0F7E18" w:rsidR="00DD3A51" w:rsidRPr="00484B53" w:rsidRDefault="00124A29" w:rsidP="00124A29">
      <w:pPr>
        <w:spacing w:after="0"/>
        <w:rPr>
          <w:rFonts w:ascii="Arial" w:hAnsi="Arial" w:cs="Arial"/>
        </w:rPr>
      </w:pPr>
      <w:r w:rsidRPr="00484B53">
        <w:rPr>
          <w:rFonts w:ascii="Arial" w:hAnsi="Arial" w:cs="Arial"/>
        </w:rPr>
        <w:t xml:space="preserve">Yang </w:t>
      </w:r>
      <w:proofErr w:type="spellStart"/>
      <w:r w:rsidRPr="00484B53">
        <w:rPr>
          <w:rFonts w:ascii="Arial" w:hAnsi="Arial" w:cs="Arial"/>
        </w:rPr>
        <w:t>bertandatangan</w:t>
      </w:r>
      <w:proofErr w:type="spellEnd"/>
      <w:r w:rsidRPr="00484B53">
        <w:rPr>
          <w:rFonts w:ascii="Arial" w:hAnsi="Arial" w:cs="Arial"/>
        </w:rPr>
        <w:t xml:space="preserve"> di </w:t>
      </w:r>
      <w:proofErr w:type="spellStart"/>
      <w:r w:rsidRPr="00484B53">
        <w:rPr>
          <w:rFonts w:ascii="Arial" w:hAnsi="Arial" w:cs="Arial"/>
        </w:rPr>
        <w:t>bawah</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
    <w:tbl>
      <w:tblPr>
        <w:tblStyle w:val="TableGrid"/>
        <w:tblW w:w="0" w:type="auto"/>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
        <w:gridCol w:w="2547"/>
        <w:gridCol w:w="284"/>
        <w:gridCol w:w="5951"/>
      </w:tblGrid>
      <w:tr w:rsidR="00546C6B" w:rsidRPr="00484B53" w14:paraId="6769611C" w14:textId="77777777" w:rsidTr="00C538C8">
        <w:tc>
          <w:tcPr>
            <w:tcW w:w="283" w:type="dxa"/>
            <w:tcMar>
              <w:left w:w="0" w:type="dxa"/>
              <w:right w:w="0" w:type="dxa"/>
            </w:tcMar>
          </w:tcPr>
          <w:p w14:paraId="5E28E573" w14:textId="0D983E98" w:rsidR="00546C6B" w:rsidRPr="00484B53" w:rsidRDefault="00546C6B" w:rsidP="00546C6B">
            <w:pPr>
              <w:rPr>
                <w:rFonts w:ascii="Arial" w:hAnsi="Arial" w:cs="Arial"/>
              </w:rPr>
            </w:pPr>
            <w:r w:rsidRPr="00484B53">
              <w:rPr>
                <w:rFonts w:ascii="Arial" w:hAnsi="Arial" w:cs="Arial"/>
              </w:rPr>
              <w:t>1.</w:t>
            </w:r>
          </w:p>
        </w:tc>
        <w:tc>
          <w:tcPr>
            <w:tcW w:w="2547" w:type="dxa"/>
            <w:tcMar>
              <w:left w:w="0" w:type="dxa"/>
              <w:right w:w="0" w:type="dxa"/>
            </w:tcMar>
          </w:tcPr>
          <w:p w14:paraId="61F765C9" w14:textId="2A8A8949" w:rsidR="00546C6B" w:rsidRPr="00484B53" w:rsidRDefault="00546C6B" w:rsidP="00546C6B">
            <w:pPr>
              <w:rPr>
                <w:rFonts w:ascii="Arial" w:hAnsi="Arial" w:cs="Arial"/>
              </w:rPr>
            </w:pPr>
            <w:r w:rsidRPr="00484B53">
              <w:rPr>
                <w:rFonts w:ascii="Arial" w:hAnsi="Arial" w:cs="Arial"/>
              </w:rPr>
              <w:t>Nama</w:t>
            </w:r>
          </w:p>
        </w:tc>
        <w:tc>
          <w:tcPr>
            <w:tcW w:w="284" w:type="dxa"/>
            <w:tcMar>
              <w:left w:w="0" w:type="dxa"/>
              <w:right w:w="0" w:type="dxa"/>
            </w:tcMar>
          </w:tcPr>
          <w:p w14:paraId="6B08B745" w14:textId="693D725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86BB772" w14:textId="281D4F58" w:rsidR="00546C6B" w:rsidRPr="00484B53" w:rsidRDefault="00EB0704" w:rsidP="00546C6B">
            <w:pPr>
              <w:rPr>
                <w:rFonts w:ascii="Arial" w:hAnsi="Arial" w:cs="Arial"/>
              </w:rPr>
            </w:pPr>
            <w:r w:rsidRPr="00484B53">
              <w:rPr>
                <w:rFonts w:ascii="Arial" w:hAnsi="Arial" w:cs="Arial"/>
              </w:rPr>
              <w:t>NELLA FARAH DHIENA MUKHSHY</w:t>
            </w:r>
          </w:p>
        </w:tc>
      </w:tr>
      <w:tr w:rsidR="00546C6B" w:rsidRPr="00484B53" w14:paraId="3C6D2C98" w14:textId="77777777" w:rsidTr="00C538C8">
        <w:tc>
          <w:tcPr>
            <w:tcW w:w="283" w:type="dxa"/>
            <w:tcMar>
              <w:left w:w="0" w:type="dxa"/>
              <w:right w:w="0" w:type="dxa"/>
            </w:tcMar>
          </w:tcPr>
          <w:p w14:paraId="50BF6110" w14:textId="77777777" w:rsidR="00546C6B" w:rsidRPr="00484B53" w:rsidRDefault="00546C6B" w:rsidP="00546C6B">
            <w:pPr>
              <w:rPr>
                <w:rFonts w:ascii="Arial" w:hAnsi="Arial" w:cs="Arial"/>
              </w:rPr>
            </w:pPr>
          </w:p>
        </w:tc>
        <w:tc>
          <w:tcPr>
            <w:tcW w:w="2547" w:type="dxa"/>
            <w:tcMar>
              <w:left w:w="0" w:type="dxa"/>
              <w:right w:w="0" w:type="dxa"/>
            </w:tcMar>
          </w:tcPr>
          <w:p w14:paraId="58FB803F" w14:textId="5A7E2974" w:rsidR="00546C6B" w:rsidRPr="00484B53" w:rsidRDefault="00546C6B" w:rsidP="00546C6B">
            <w:pPr>
              <w:rPr>
                <w:rFonts w:ascii="Arial" w:hAnsi="Arial" w:cs="Arial"/>
              </w:rPr>
            </w:pPr>
            <w:r w:rsidRPr="00484B53">
              <w:rPr>
                <w:rFonts w:ascii="Arial" w:hAnsi="Arial" w:cs="Arial"/>
              </w:rPr>
              <w:t>NIP</w:t>
            </w:r>
          </w:p>
        </w:tc>
        <w:tc>
          <w:tcPr>
            <w:tcW w:w="284" w:type="dxa"/>
            <w:tcMar>
              <w:left w:w="0" w:type="dxa"/>
              <w:right w:w="0" w:type="dxa"/>
            </w:tcMar>
          </w:tcPr>
          <w:p w14:paraId="4373DE22" w14:textId="7558FE59"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F1D91BF" w14:textId="1DC2FD13" w:rsidR="00546C6B" w:rsidRPr="00484B53" w:rsidRDefault="00EB0704" w:rsidP="00546C6B">
            <w:pPr>
              <w:rPr>
                <w:rFonts w:ascii="Arial" w:hAnsi="Arial" w:cs="Arial"/>
              </w:rPr>
            </w:pPr>
            <w:r w:rsidRPr="00484B53">
              <w:rPr>
                <w:rFonts w:ascii="Arial" w:hAnsi="Arial" w:cs="Arial"/>
              </w:rPr>
              <w:t>199411282019032019</w:t>
            </w:r>
          </w:p>
        </w:tc>
      </w:tr>
      <w:tr w:rsidR="00546C6B" w:rsidRPr="00484B53" w14:paraId="35DB27C0" w14:textId="77777777" w:rsidTr="00C538C8">
        <w:tc>
          <w:tcPr>
            <w:tcW w:w="283" w:type="dxa"/>
            <w:tcMar>
              <w:left w:w="0" w:type="dxa"/>
              <w:right w:w="0" w:type="dxa"/>
            </w:tcMar>
          </w:tcPr>
          <w:p w14:paraId="4354A5C0" w14:textId="77777777" w:rsidR="00546C6B" w:rsidRPr="00484B53" w:rsidRDefault="00546C6B" w:rsidP="00546C6B">
            <w:pPr>
              <w:rPr>
                <w:rFonts w:ascii="Arial" w:hAnsi="Arial" w:cs="Arial"/>
              </w:rPr>
            </w:pPr>
          </w:p>
        </w:tc>
        <w:tc>
          <w:tcPr>
            <w:tcW w:w="2547" w:type="dxa"/>
            <w:tcMar>
              <w:left w:w="0" w:type="dxa"/>
              <w:right w:w="0" w:type="dxa"/>
            </w:tcMar>
          </w:tcPr>
          <w:p w14:paraId="21678B1F" w14:textId="3BF51B54" w:rsidR="00546C6B" w:rsidRPr="00484B53" w:rsidRDefault="00546C6B" w:rsidP="00546C6B">
            <w:pPr>
              <w:rPr>
                <w:rFonts w:ascii="Arial" w:hAnsi="Arial" w:cs="Arial"/>
              </w:rPr>
            </w:pPr>
            <w:proofErr w:type="spellStart"/>
            <w:r w:rsidRPr="00484B53">
              <w:rPr>
                <w:rFonts w:ascii="Arial" w:hAnsi="Arial" w:cs="Arial"/>
              </w:rPr>
              <w:t>Jabatan</w:t>
            </w:r>
            <w:proofErr w:type="spellEnd"/>
          </w:p>
        </w:tc>
        <w:tc>
          <w:tcPr>
            <w:tcW w:w="284" w:type="dxa"/>
            <w:tcMar>
              <w:left w:w="0" w:type="dxa"/>
              <w:right w:w="0" w:type="dxa"/>
            </w:tcMar>
          </w:tcPr>
          <w:p w14:paraId="1C50EBF8" w14:textId="72228EBF"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67795C69" w14:textId="0FCA4D0E" w:rsidR="00546C6B" w:rsidRPr="00484B53" w:rsidRDefault="00EB0704" w:rsidP="00546C6B">
            <w:pPr>
              <w:rPr>
                <w:rFonts w:ascii="Arial" w:hAnsi="Arial" w:cs="Arial"/>
              </w:rPr>
            </w:pPr>
            <w:proofErr w:type="spellStart"/>
            <w:r w:rsidRPr="00484B53">
              <w:rPr>
                <w:rFonts w:ascii="Arial" w:hAnsi="Arial" w:cs="Arial"/>
              </w:rPr>
              <w:t>Bendahara</w:t>
            </w:r>
            <w:proofErr w:type="spellEnd"/>
            <w:r w:rsidRPr="00484B53">
              <w:rPr>
                <w:rFonts w:ascii="Arial" w:hAnsi="Arial" w:cs="Arial"/>
              </w:rPr>
              <w:t xml:space="preserve"> Barang Sekolah</w:t>
            </w:r>
          </w:p>
        </w:tc>
      </w:tr>
      <w:tr w:rsidR="00546C6B" w:rsidRPr="00484B53" w14:paraId="6D2D9438" w14:textId="77777777" w:rsidTr="00C538C8">
        <w:tc>
          <w:tcPr>
            <w:tcW w:w="283" w:type="dxa"/>
            <w:tcMar>
              <w:left w:w="0" w:type="dxa"/>
              <w:right w:w="0" w:type="dxa"/>
            </w:tcMar>
          </w:tcPr>
          <w:p w14:paraId="3390B10A" w14:textId="77777777" w:rsidR="00546C6B" w:rsidRPr="00484B53" w:rsidRDefault="00546C6B" w:rsidP="00546C6B">
            <w:pPr>
              <w:rPr>
                <w:rFonts w:ascii="Arial" w:hAnsi="Arial" w:cs="Arial"/>
              </w:rPr>
            </w:pPr>
          </w:p>
        </w:tc>
        <w:tc>
          <w:tcPr>
            <w:tcW w:w="2547" w:type="dxa"/>
            <w:tcMar>
              <w:left w:w="0" w:type="dxa"/>
              <w:right w:w="0" w:type="dxa"/>
            </w:tcMar>
          </w:tcPr>
          <w:p w14:paraId="50E4A0A0" w14:textId="6603471E" w:rsidR="00546C6B" w:rsidRPr="00484B53" w:rsidRDefault="00546C6B" w:rsidP="00546C6B">
            <w:pPr>
              <w:rPr>
                <w:rFonts w:ascii="Arial" w:hAnsi="Arial" w:cs="Arial"/>
              </w:rPr>
            </w:pPr>
            <w:r w:rsidRPr="00484B53">
              <w:rPr>
                <w:rFonts w:ascii="Arial" w:hAnsi="Arial" w:cs="Arial"/>
              </w:rPr>
              <w:t xml:space="preserve">Nama </w:t>
            </w:r>
            <w:proofErr w:type="spellStart"/>
            <w:r w:rsidRPr="00484B53">
              <w:rPr>
                <w:rFonts w:ascii="Arial" w:hAnsi="Arial" w:cs="Arial"/>
              </w:rPr>
              <w:t>Instansi</w:t>
            </w:r>
            <w:proofErr w:type="spellEnd"/>
          </w:p>
        </w:tc>
        <w:tc>
          <w:tcPr>
            <w:tcW w:w="284" w:type="dxa"/>
            <w:tcMar>
              <w:left w:w="0" w:type="dxa"/>
              <w:right w:w="0" w:type="dxa"/>
            </w:tcMar>
          </w:tcPr>
          <w:p w14:paraId="6DF30BB7" w14:textId="32CB1D50"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20155369" w14:textId="013DFD1D" w:rsidR="00546C6B" w:rsidRPr="00484B53" w:rsidRDefault="00EB0704" w:rsidP="00546C6B">
            <w:pPr>
              <w:rPr>
                <w:rFonts w:ascii="Arial" w:hAnsi="Arial" w:cs="Arial"/>
              </w:rPr>
            </w:pPr>
            <w:r w:rsidRPr="00484B53">
              <w:rPr>
                <w:rFonts w:ascii="Arial" w:hAnsi="Arial" w:cs="Arial"/>
              </w:rPr>
              <w:t>SD Negeri Tomang 03</w:t>
            </w:r>
          </w:p>
        </w:tc>
      </w:tr>
      <w:tr w:rsidR="00546C6B" w:rsidRPr="00484B53" w14:paraId="240F6D9B" w14:textId="77777777" w:rsidTr="00C538C8">
        <w:tc>
          <w:tcPr>
            <w:tcW w:w="283" w:type="dxa"/>
            <w:tcMar>
              <w:left w:w="0" w:type="dxa"/>
              <w:right w:w="0" w:type="dxa"/>
            </w:tcMar>
          </w:tcPr>
          <w:p w14:paraId="089C2793" w14:textId="77777777" w:rsidR="00546C6B" w:rsidRPr="00484B53" w:rsidRDefault="00546C6B" w:rsidP="00546C6B">
            <w:pPr>
              <w:rPr>
                <w:rFonts w:ascii="Arial" w:hAnsi="Arial" w:cs="Arial"/>
              </w:rPr>
            </w:pPr>
          </w:p>
        </w:tc>
        <w:tc>
          <w:tcPr>
            <w:tcW w:w="2547" w:type="dxa"/>
            <w:tcMar>
              <w:left w:w="0" w:type="dxa"/>
              <w:right w:w="0" w:type="dxa"/>
            </w:tcMar>
          </w:tcPr>
          <w:p w14:paraId="69A6F65C" w14:textId="26CC4156" w:rsidR="00546C6B" w:rsidRPr="00484B53" w:rsidRDefault="00546C6B" w:rsidP="00546C6B">
            <w:pPr>
              <w:rPr>
                <w:rFonts w:ascii="Arial" w:hAnsi="Arial" w:cs="Arial"/>
              </w:rPr>
            </w:pPr>
            <w:r w:rsidRPr="00484B53">
              <w:rPr>
                <w:rFonts w:ascii="Arial" w:hAnsi="Arial" w:cs="Arial"/>
              </w:rPr>
              <w:t>Alamat</w:t>
            </w:r>
          </w:p>
        </w:tc>
        <w:tc>
          <w:tcPr>
            <w:tcW w:w="284" w:type="dxa"/>
            <w:tcMar>
              <w:left w:w="0" w:type="dxa"/>
              <w:right w:w="0" w:type="dxa"/>
            </w:tcMar>
          </w:tcPr>
          <w:p w14:paraId="45461DF5" w14:textId="35305D81"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2DF8277B" w14:textId="32E74876" w:rsidR="00546C6B" w:rsidRPr="00484B53" w:rsidRDefault="00EB0704" w:rsidP="00546C6B">
            <w:pPr>
              <w:rPr>
                <w:rFonts w:ascii="Arial" w:hAnsi="Arial" w:cs="Arial"/>
              </w:rPr>
            </w:pPr>
            <w:r w:rsidRPr="00484B53">
              <w:rPr>
                <w:rFonts w:ascii="Arial" w:hAnsi="Arial" w:cs="Arial"/>
              </w:rPr>
              <w:t>Jl.Gelong Baru No.29A RT 001/RW 003</w:t>
            </w:r>
          </w:p>
        </w:tc>
      </w:tr>
      <w:tr w:rsidR="00124A29" w:rsidRPr="00484B53" w14:paraId="28927E3C" w14:textId="77777777" w:rsidTr="00C538C8">
        <w:tc>
          <w:tcPr>
            <w:tcW w:w="283" w:type="dxa"/>
            <w:tcMar>
              <w:left w:w="0" w:type="dxa"/>
              <w:right w:w="0" w:type="dxa"/>
            </w:tcMar>
          </w:tcPr>
          <w:p w14:paraId="7EEC9791" w14:textId="77777777" w:rsidR="00124A29" w:rsidRPr="00484B53" w:rsidRDefault="00124A29" w:rsidP="00124A29">
            <w:pPr>
              <w:rPr>
                <w:rFonts w:ascii="Arial" w:hAnsi="Arial" w:cs="Arial"/>
              </w:rPr>
            </w:pPr>
          </w:p>
        </w:tc>
        <w:tc>
          <w:tcPr>
            <w:tcW w:w="8782" w:type="dxa"/>
            <w:gridSpan w:val="3"/>
            <w:tcMar>
              <w:left w:w="0" w:type="dxa"/>
              <w:right w:w="0" w:type="dxa"/>
            </w:tcMar>
          </w:tcPr>
          <w:p w14:paraId="008FD2B1" w14:textId="3D8CB920" w:rsidR="00124A29" w:rsidRPr="00484B53" w:rsidRDefault="00124A29" w:rsidP="00124A29">
            <w:pPr>
              <w:rPr>
                <w:rFonts w:ascii="Arial" w:hAnsi="Arial" w:cs="Arial"/>
              </w:rPr>
            </w:pP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pihak</w:t>
            </w:r>
            <w:proofErr w:type="spellEnd"/>
            <w:r w:rsidRPr="00484B53">
              <w:rPr>
                <w:rFonts w:ascii="Arial" w:hAnsi="Arial" w:cs="Arial"/>
              </w:rPr>
              <w:t xml:space="preserve"> yang </w:t>
            </w:r>
            <w:proofErr w:type="spellStart"/>
            <w:r w:rsidRPr="00484B53">
              <w:rPr>
                <w:rFonts w:ascii="Arial" w:hAnsi="Arial" w:cs="Arial"/>
              </w:rPr>
              <w:t>menyerahkan</w:t>
            </w:r>
            <w:proofErr w:type="spellEnd"/>
            <w:r w:rsidRPr="00484B53">
              <w:rPr>
                <w:rFonts w:ascii="Arial" w:hAnsi="Arial" w:cs="Arial"/>
              </w:rPr>
              <w:t xml:space="preserve">, </w:t>
            </w:r>
            <w:proofErr w:type="spellStart"/>
            <w:r w:rsidRPr="00484B53">
              <w:rPr>
                <w:rFonts w:ascii="Arial" w:hAnsi="Arial" w:cs="Arial"/>
              </w:rPr>
              <w:t>selanjutnya</w:t>
            </w:r>
            <w:proofErr w:type="spellEnd"/>
            <w:r w:rsidRPr="00484B53">
              <w:rPr>
                <w:rFonts w:ascii="Arial" w:hAnsi="Arial" w:cs="Arial"/>
              </w:rPr>
              <w:t xml:space="preserve"> </w:t>
            </w:r>
            <w:proofErr w:type="spellStart"/>
            <w:r w:rsidRPr="00484B53">
              <w:rPr>
                <w:rFonts w:ascii="Arial" w:hAnsi="Arial" w:cs="Arial"/>
              </w:rPr>
              <w:t>disebut</w:t>
            </w:r>
            <w:proofErr w:type="spellEnd"/>
            <w:r w:rsidRPr="00484B53">
              <w:rPr>
                <w:rFonts w:ascii="Arial" w:hAnsi="Arial" w:cs="Arial"/>
              </w:rPr>
              <w:t xml:space="preserve"> PIHAK PERTAMA.</w:t>
            </w:r>
          </w:p>
        </w:tc>
      </w:tr>
      <w:tr w:rsidR="00546C6B" w:rsidRPr="00484B53" w14:paraId="6FFC2E50" w14:textId="77777777" w:rsidTr="00C538C8">
        <w:tc>
          <w:tcPr>
            <w:tcW w:w="283" w:type="dxa"/>
            <w:tcMar>
              <w:left w:w="0" w:type="dxa"/>
              <w:right w:w="0" w:type="dxa"/>
            </w:tcMar>
          </w:tcPr>
          <w:p w14:paraId="0759862A" w14:textId="34CF8E2F" w:rsidR="00546C6B" w:rsidRPr="00484B53" w:rsidRDefault="00546C6B" w:rsidP="00546C6B">
            <w:pPr>
              <w:rPr>
                <w:rFonts w:ascii="Arial" w:hAnsi="Arial" w:cs="Arial"/>
              </w:rPr>
            </w:pPr>
            <w:r w:rsidRPr="00484B53">
              <w:rPr>
                <w:rFonts w:ascii="Arial" w:hAnsi="Arial" w:cs="Arial"/>
              </w:rPr>
              <w:t>2.</w:t>
            </w:r>
          </w:p>
        </w:tc>
        <w:tc>
          <w:tcPr>
            <w:tcW w:w="2547" w:type="dxa"/>
            <w:tcMar>
              <w:left w:w="0" w:type="dxa"/>
              <w:right w:w="0" w:type="dxa"/>
            </w:tcMar>
          </w:tcPr>
          <w:p w14:paraId="107CADDC" w14:textId="297C3668" w:rsidR="00546C6B" w:rsidRPr="00484B53" w:rsidRDefault="00546C6B" w:rsidP="00546C6B">
            <w:pPr>
              <w:rPr>
                <w:rFonts w:ascii="Arial" w:hAnsi="Arial" w:cs="Arial"/>
              </w:rPr>
            </w:pPr>
            <w:r w:rsidRPr="00484B53">
              <w:rPr>
                <w:rFonts w:ascii="Arial" w:hAnsi="Arial" w:cs="Arial"/>
              </w:rPr>
              <w:t>Nama</w:t>
            </w:r>
          </w:p>
        </w:tc>
        <w:tc>
          <w:tcPr>
            <w:tcW w:w="284" w:type="dxa"/>
            <w:tcMar>
              <w:left w:w="0" w:type="dxa"/>
              <w:right w:w="0" w:type="dxa"/>
            </w:tcMar>
          </w:tcPr>
          <w:p w14:paraId="1A269808" w14:textId="01349194"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55A32CD8" w14:textId="4A5E7D65" w:rsidR="00546C6B" w:rsidRPr="00484B53" w:rsidRDefault="00BE36E6" w:rsidP="00546C6B">
            <w:pPr>
              <w:rPr>
                <w:rFonts w:ascii="Arial" w:hAnsi="Arial" w:cs="Arial"/>
              </w:rPr>
            </w:pPr>
            <w:r w:rsidRPr="00484B53">
              <w:rPr>
                <w:rFonts w:ascii="Arial" w:hAnsi="Arial" w:cs="Arial"/>
              </w:rPr>
              <w:t>YANUAR ARFAN</w:t>
            </w:r>
          </w:p>
        </w:tc>
      </w:tr>
      <w:tr w:rsidR="00546C6B" w:rsidRPr="00484B53" w14:paraId="5766D442" w14:textId="77777777" w:rsidTr="00C538C8">
        <w:tc>
          <w:tcPr>
            <w:tcW w:w="283" w:type="dxa"/>
            <w:tcMar>
              <w:left w:w="0" w:type="dxa"/>
              <w:right w:w="0" w:type="dxa"/>
            </w:tcMar>
          </w:tcPr>
          <w:p w14:paraId="6E6E85DF" w14:textId="77777777" w:rsidR="00546C6B" w:rsidRPr="00484B53" w:rsidRDefault="00546C6B" w:rsidP="00546C6B">
            <w:pPr>
              <w:rPr>
                <w:rFonts w:ascii="Arial" w:hAnsi="Arial" w:cs="Arial"/>
              </w:rPr>
            </w:pPr>
          </w:p>
        </w:tc>
        <w:tc>
          <w:tcPr>
            <w:tcW w:w="2547" w:type="dxa"/>
            <w:tcMar>
              <w:left w:w="0" w:type="dxa"/>
              <w:right w:w="0" w:type="dxa"/>
            </w:tcMar>
          </w:tcPr>
          <w:p w14:paraId="2112B3F9" w14:textId="1D4004C8" w:rsidR="00546C6B" w:rsidRPr="00484B53" w:rsidRDefault="00546C6B" w:rsidP="00546C6B">
            <w:pPr>
              <w:rPr>
                <w:rFonts w:ascii="Arial" w:hAnsi="Arial" w:cs="Arial"/>
              </w:rPr>
            </w:pPr>
            <w:proofErr w:type="spellStart"/>
            <w:r w:rsidRPr="00484B53">
              <w:rPr>
                <w:rFonts w:ascii="Arial" w:hAnsi="Arial" w:cs="Arial"/>
              </w:rPr>
              <w:t>Jabatan</w:t>
            </w:r>
            <w:proofErr w:type="spellEnd"/>
          </w:p>
        </w:tc>
        <w:tc>
          <w:tcPr>
            <w:tcW w:w="284" w:type="dxa"/>
            <w:tcMar>
              <w:left w:w="0" w:type="dxa"/>
              <w:right w:w="0" w:type="dxa"/>
            </w:tcMar>
          </w:tcPr>
          <w:p w14:paraId="658F29F3" w14:textId="58C17CD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0494EF5" w14:textId="2C05D198" w:rsidR="00546C6B" w:rsidRPr="00484B53" w:rsidRDefault="00546C6B" w:rsidP="00546C6B">
            <w:pPr>
              <w:rPr>
                <w:rFonts w:ascii="Arial" w:hAnsi="Arial" w:cs="Arial"/>
              </w:rPr>
            </w:pPr>
            <w:proofErr w:type="spellStart"/>
            <w:r w:rsidRPr="00484B53">
              <w:rPr>
                <w:rFonts w:ascii="Arial" w:hAnsi="Arial" w:cs="Arial"/>
              </w:rPr>
              <w:t>Direktur</w:t>
            </w:r>
            <w:proofErr w:type="spellEnd"/>
          </w:p>
        </w:tc>
      </w:tr>
      <w:tr w:rsidR="00546C6B" w:rsidRPr="00484B53" w14:paraId="51A6408A" w14:textId="77777777" w:rsidTr="00C538C8">
        <w:tc>
          <w:tcPr>
            <w:tcW w:w="283" w:type="dxa"/>
            <w:tcMar>
              <w:left w:w="0" w:type="dxa"/>
              <w:right w:w="0" w:type="dxa"/>
            </w:tcMar>
          </w:tcPr>
          <w:p w14:paraId="74E57A2C" w14:textId="77777777" w:rsidR="00546C6B" w:rsidRPr="00484B53" w:rsidRDefault="00546C6B" w:rsidP="00546C6B">
            <w:pPr>
              <w:rPr>
                <w:rFonts w:ascii="Arial" w:hAnsi="Arial" w:cs="Arial"/>
              </w:rPr>
            </w:pPr>
          </w:p>
        </w:tc>
        <w:tc>
          <w:tcPr>
            <w:tcW w:w="2547" w:type="dxa"/>
            <w:tcMar>
              <w:left w:w="0" w:type="dxa"/>
              <w:right w:w="0" w:type="dxa"/>
            </w:tcMar>
          </w:tcPr>
          <w:p w14:paraId="228CED30" w14:textId="3C042DB2" w:rsidR="00546C6B" w:rsidRPr="00484B53" w:rsidRDefault="00546C6B" w:rsidP="00546C6B">
            <w:pPr>
              <w:rPr>
                <w:rFonts w:ascii="Arial" w:hAnsi="Arial" w:cs="Arial"/>
              </w:rPr>
            </w:pPr>
            <w:r w:rsidRPr="00484B53">
              <w:rPr>
                <w:rFonts w:ascii="Arial" w:hAnsi="Arial" w:cs="Arial"/>
              </w:rPr>
              <w:t>Nama Perusahaan</w:t>
            </w:r>
          </w:p>
        </w:tc>
        <w:tc>
          <w:tcPr>
            <w:tcW w:w="284" w:type="dxa"/>
            <w:tcMar>
              <w:left w:w="0" w:type="dxa"/>
              <w:right w:w="0" w:type="dxa"/>
            </w:tcMar>
          </w:tcPr>
          <w:p w14:paraId="13740004" w14:textId="11DFD034"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6431480F" w14:textId="5E0A23FC" w:rsidR="00546C6B" w:rsidRPr="00484B53" w:rsidRDefault="00C74B50" w:rsidP="00546C6B">
            <w:pPr>
              <w:rPr>
                <w:rFonts w:ascii="Arial" w:hAnsi="Arial" w:cs="Arial"/>
              </w:rPr>
            </w:pPr>
            <w:r w:rsidRPr="00484B53">
              <w:rPr>
                <w:rFonts w:ascii="Arial" w:hAnsi="Arial" w:cs="Arial"/>
              </w:rPr>
              <w:t>CV. ROYAL JAYA INDONESIA</w:t>
            </w:r>
          </w:p>
        </w:tc>
      </w:tr>
      <w:tr w:rsidR="00546C6B" w:rsidRPr="00484B53" w14:paraId="247E97F3" w14:textId="77777777" w:rsidTr="00C538C8">
        <w:tc>
          <w:tcPr>
            <w:tcW w:w="283" w:type="dxa"/>
            <w:tcMar>
              <w:left w:w="0" w:type="dxa"/>
              <w:right w:w="0" w:type="dxa"/>
            </w:tcMar>
          </w:tcPr>
          <w:p w14:paraId="50CC8B7D" w14:textId="77777777" w:rsidR="00546C6B" w:rsidRPr="00484B53" w:rsidRDefault="00546C6B" w:rsidP="00546C6B">
            <w:pPr>
              <w:rPr>
                <w:rFonts w:ascii="Arial" w:hAnsi="Arial" w:cs="Arial"/>
              </w:rPr>
            </w:pPr>
          </w:p>
        </w:tc>
        <w:tc>
          <w:tcPr>
            <w:tcW w:w="2547" w:type="dxa"/>
            <w:tcMar>
              <w:left w:w="0" w:type="dxa"/>
              <w:right w:w="0" w:type="dxa"/>
            </w:tcMar>
          </w:tcPr>
          <w:p w14:paraId="521016DF" w14:textId="0759D29F" w:rsidR="00546C6B" w:rsidRPr="00484B53" w:rsidRDefault="00546C6B" w:rsidP="00546C6B">
            <w:pPr>
              <w:rPr>
                <w:rFonts w:ascii="Arial" w:hAnsi="Arial" w:cs="Arial"/>
              </w:rPr>
            </w:pPr>
            <w:r w:rsidRPr="00484B53">
              <w:rPr>
                <w:rFonts w:ascii="Arial" w:hAnsi="Arial" w:cs="Arial"/>
              </w:rPr>
              <w:t>Alamat Perusahaan</w:t>
            </w:r>
          </w:p>
        </w:tc>
        <w:tc>
          <w:tcPr>
            <w:tcW w:w="284" w:type="dxa"/>
            <w:tcMar>
              <w:left w:w="0" w:type="dxa"/>
              <w:right w:w="0" w:type="dxa"/>
            </w:tcMar>
          </w:tcPr>
          <w:p w14:paraId="4E4A4865" w14:textId="52431662"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12C82D4D" w14:textId="17A01DA9" w:rsidR="00546C6B" w:rsidRPr="00484B53" w:rsidRDefault="00B44E4A" w:rsidP="00546C6B">
            <w:pPr>
              <w:rPr>
                <w:rFonts w:ascii="Arial" w:hAnsi="Arial" w:cs="Arial"/>
              </w:rPr>
            </w:pPr>
            <w:r w:rsidRPr="00484B53">
              <w:rPr>
                <w:rFonts w:ascii="Arial" w:hAnsi="Arial" w:cs="Arial"/>
              </w:rPr>
              <w:t>Ruko Kebun Jeruk Blok B6</w:t>
            </w:r>
          </w:p>
        </w:tc>
      </w:tr>
      <w:tr w:rsidR="00546C6B" w:rsidRPr="00484B53" w14:paraId="5E9F2356" w14:textId="77777777" w:rsidTr="00C538C8">
        <w:tc>
          <w:tcPr>
            <w:tcW w:w="283" w:type="dxa"/>
            <w:tcMar>
              <w:left w:w="0" w:type="dxa"/>
              <w:right w:w="0" w:type="dxa"/>
            </w:tcMar>
          </w:tcPr>
          <w:p w14:paraId="3A30EB99" w14:textId="77777777" w:rsidR="00546C6B" w:rsidRPr="00484B53" w:rsidRDefault="00546C6B" w:rsidP="00546C6B">
            <w:pPr>
              <w:rPr>
                <w:rFonts w:ascii="Arial" w:hAnsi="Arial" w:cs="Arial"/>
              </w:rPr>
            </w:pPr>
          </w:p>
        </w:tc>
        <w:tc>
          <w:tcPr>
            <w:tcW w:w="2547" w:type="dxa"/>
            <w:tcMar>
              <w:left w:w="0" w:type="dxa"/>
              <w:right w:w="0" w:type="dxa"/>
            </w:tcMar>
          </w:tcPr>
          <w:p w14:paraId="01CB2C92" w14:textId="1BF1BFC8" w:rsidR="00546C6B" w:rsidRPr="00484B53" w:rsidRDefault="00546C6B" w:rsidP="00546C6B">
            <w:pPr>
              <w:rPr>
                <w:rFonts w:ascii="Arial" w:hAnsi="Arial" w:cs="Arial"/>
              </w:rPr>
            </w:pPr>
            <w:r w:rsidRPr="00484B53">
              <w:rPr>
                <w:rFonts w:ascii="Arial" w:hAnsi="Arial" w:cs="Arial"/>
              </w:rPr>
              <w:t xml:space="preserve">No. </w:t>
            </w:r>
            <w:proofErr w:type="spellStart"/>
            <w:r w:rsidRPr="00484B53">
              <w:rPr>
                <w:rFonts w:ascii="Arial" w:hAnsi="Arial" w:cs="Arial"/>
              </w:rPr>
              <w:t>Telepon</w:t>
            </w:r>
            <w:proofErr w:type="spellEnd"/>
          </w:p>
        </w:tc>
        <w:tc>
          <w:tcPr>
            <w:tcW w:w="284" w:type="dxa"/>
            <w:tcMar>
              <w:left w:w="0" w:type="dxa"/>
              <w:right w:w="0" w:type="dxa"/>
            </w:tcMar>
          </w:tcPr>
          <w:p w14:paraId="6A79844D" w14:textId="72BE8FF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52D55EB5" w14:textId="132D37CC" w:rsidR="00546C6B" w:rsidRPr="00484B53" w:rsidRDefault="00B44E4A" w:rsidP="00546C6B">
            <w:pPr>
              <w:rPr>
                <w:rFonts w:ascii="Arial" w:hAnsi="Arial" w:cs="Arial"/>
              </w:rPr>
            </w:pPr>
            <w:r w:rsidRPr="00484B53">
              <w:rPr>
                <w:rFonts w:ascii="Arial" w:hAnsi="Arial" w:cs="Arial"/>
              </w:rPr>
              <w:t>081314083382</w:t>
            </w:r>
          </w:p>
        </w:tc>
      </w:tr>
      <w:tr w:rsidR="00124A29" w:rsidRPr="00484B53" w14:paraId="4308F1AA" w14:textId="77777777" w:rsidTr="00C538C8">
        <w:tc>
          <w:tcPr>
            <w:tcW w:w="283" w:type="dxa"/>
            <w:tcMar>
              <w:left w:w="0" w:type="dxa"/>
              <w:right w:w="0" w:type="dxa"/>
            </w:tcMar>
          </w:tcPr>
          <w:p w14:paraId="0728E60D" w14:textId="77777777" w:rsidR="00124A29" w:rsidRPr="00484B53" w:rsidRDefault="00124A29" w:rsidP="00124A29">
            <w:pPr>
              <w:rPr>
                <w:rFonts w:ascii="Arial" w:hAnsi="Arial" w:cs="Arial"/>
              </w:rPr>
            </w:pPr>
          </w:p>
        </w:tc>
        <w:tc>
          <w:tcPr>
            <w:tcW w:w="8782" w:type="dxa"/>
            <w:gridSpan w:val="3"/>
            <w:tcMar>
              <w:left w:w="0" w:type="dxa"/>
              <w:right w:w="0" w:type="dxa"/>
            </w:tcMar>
          </w:tcPr>
          <w:p w14:paraId="58C2C4E9" w14:textId="05EB0181" w:rsidR="00124A29" w:rsidRPr="00484B53" w:rsidRDefault="00124A29" w:rsidP="00124A29">
            <w:pPr>
              <w:rPr>
                <w:rFonts w:ascii="Arial" w:hAnsi="Arial" w:cs="Arial"/>
              </w:rPr>
            </w:pP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pihak</w:t>
            </w:r>
            <w:proofErr w:type="spellEnd"/>
            <w:r w:rsidRPr="00484B53">
              <w:rPr>
                <w:rFonts w:ascii="Arial" w:hAnsi="Arial" w:cs="Arial"/>
              </w:rPr>
              <w:t xml:space="preserve"> yang </w:t>
            </w:r>
            <w:proofErr w:type="spellStart"/>
            <w:r w:rsidRPr="00484B53">
              <w:rPr>
                <w:rFonts w:ascii="Arial" w:hAnsi="Arial" w:cs="Arial"/>
              </w:rPr>
              <w:t>menyerahkan</w:t>
            </w:r>
            <w:proofErr w:type="spellEnd"/>
            <w:r w:rsidRPr="00484B53">
              <w:rPr>
                <w:rFonts w:ascii="Arial" w:hAnsi="Arial" w:cs="Arial"/>
              </w:rPr>
              <w:t xml:space="preserve">, </w:t>
            </w:r>
            <w:proofErr w:type="spellStart"/>
            <w:r w:rsidRPr="00484B53">
              <w:rPr>
                <w:rFonts w:ascii="Arial" w:hAnsi="Arial" w:cs="Arial"/>
              </w:rPr>
              <w:t>selanjutnya</w:t>
            </w:r>
            <w:proofErr w:type="spellEnd"/>
            <w:r w:rsidRPr="00484B53">
              <w:rPr>
                <w:rFonts w:ascii="Arial" w:hAnsi="Arial" w:cs="Arial"/>
              </w:rPr>
              <w:t xml:space="preserve"> </w:t>
            </w:r>
            <w:proofErr w:type="spellStart"/>
            <w:r w:rsidRPr="00484B53">
              <w:rPr>
                <w:rFonts w:ascii="Arial" w:hAnsi="Arial" w:cs="Arial"/>
              </w:rPr>
              <w:t>disebut</w:t>
            </w:r>
            <w:proofErr w:type="spellEnd"/>
            <w:r w:rsidRPr="00484B53">
              <w:rPr>
                <w:rFonts w:ascii="Arial" w:hAnsi="Arial" w:cs="Arial"/>
              </w:rPr>
              <w:t xml:space="preserve"> PIHAK KEDUA.</w:t>
            </w:r>
          </w:p>
        </w:tc>
      </w:tr>
    </w:tbl>
    <w:p w14:paraId="50A4502D" w14:textId="77777777" w:rsidR="00124A29" w:rsidRPr="00484B53" w:rsidRDefault="00124A29" w:rsidP="00124A29">
      <w:pPr>
        <w:spacing w:after="0"/>
        <w:rPr>
          <w:rFonts w:ascii="Arial" w:hAnsi="Arial" w:cs="Arial"/>
        </w:rPr>
      </w:pPr>
    </w:p>
    <w:p w14:paraId="2B1F9C3D" w14:textId="12BCFA56" w:rsidR="00124A29" w:rsidRPr="00484B53" w:rsidRDefault="00124A29" w:rsidP="000A4DED">
      <w:pPr>
        <w:spacing w:after="0"/>
        <w:jc w:val="both"/>
        <w:rPr>
          <w:rFonts w:ascii="Arial" w:hAnsi="Arial" w:cs="Arial"/>
        </w:rPr>
      </w:pPr>
      <w:r w:rsidRPr="00484B53">
        <w:rPr>
          <w:rFonts w:ascii="Arial" w:hAnsi="Arial" w:cs="Arial"/>
        </w:rPr>
        <w:t xml:space="preserve">PIHAK KEDUA </w:t>
      </w:r>
      <w:proofErr w:type="spellStart"/>
      <w:r w:rsidRPr="00484B53">
        <w:rPr>
          <w:rFonts w:ascii="Arial" w:hAnsi="Arial" w:cs="Arial"/>
        </w:rPr>
        <w:t>mengirim</w:t>
      </w:r>
      <w:proofErr w:type="spellEnd"/>
      <w:r w:rsidRPr="00484B53">
        <w:rPr>
          <w:rFonts w:ascii="Arial" w:hAnsi="Arial" w:cs="Arial"/>
        </w:rPr>
        <w:t xml:space="preserve"> </w:t>
      </w:r>
      <w:proofErr w:type="spellStart"/>
      <w:r w:rsidRPr="00484B53">
        <w:rPr>
          <w:rFonts w:ascii="Arial" w:hAnsi="Arial" w:cs="Arial"/>
        </w:rPr>
        <w:t>bukti</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pengiriman</w:t>
      </w:r>
      <w:proofErr w:type="spellEnd"/>
      <w:r w:rsidRPr="00484B53">
        <w:rPr>
          <w:rFonts w:ascii="Arial" w:hAnsi="Arial" w:cs="Arial"/>
        </w:rPr>
        <w:t xml:space="preserve"> </w:t>
      </w:r>
      <w:proofErr w:type="spellStart"/>
      <w:r w:rsidRPr="00484B53">
        <w:rPr>
          <w:rFonts w:ascii="Arial" w:hAnsi="Arial" w:cs="Arial"/>
        </w:rPr>
        <w:t>barang</w:t>
      </w:r>
      <w:proofErr w:type="spellEnd"/>
      <w:r w:rsidRPr="00484B53">
        <w:rPr>
          <w:rFonts w:ascii="Arial" w:hAnsi="Arial" w:cs="Arial"/>
        </w:rPr>
        <w:t>/</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kegiatan</w:t>
      </w:r>
      <w:proofErr w:type="spellEnd"/>
      <w:r w:rsidRPr="00484B53">
        <w:rPr>
          <w:rFonts w:ascii="Arial" w:hAnsi="Arial" w:cs="Arial"/>
        </w:rPr>
        <w:t xml:space="preserve"> </w:t>
      </w:r>
      <w:r w:rsidR="001C6C23" w:rsidRPr="00484B53">
        <w:rPr>
          <w:rFonts w:ascii="Arial" w:hAnsi="Arial" w:cs="Arial"/>
        </w:rPr>
        <w:t>Belanja Fotokopi Sumatif Harian 3 Kelas Tinggi</w:t>
      </w:r>
      <w:r w:rsidRPr="00484B53">
        <w:rPr>
          <w:rFonts w:ascii="Arial" w:hAnsi="Arial" w:cs="Arial"/>
        </w:rPr>
        <w:t xml:space="preserve"> </w:t>
      </w:r>
      <w:proofErr w:type="spellStart"/>
      <w:r w:rsidRPr="00484B53">
        <w:rPr>
          <w:rFonts w:ascii="Arial" w:hAnsi="Arial" w:cs="Arial"/>
        </w:rPr>
        <w:t>kepada</w:t>
      </w:r>
      <w:proofErr w:type="spellEnd"/>
      <w:r w:rsidRPr="00484B53">
        <w:rPr>
          <w:rFonts w:ascii="Arial" w:hAnsi="Arial" w:cs="Arial"/>
        </w:rPr>
        <w:t xml:space="preserve"> PIHAK PERTAMA, dan PIHAK PERTAMA </w:t>
      </w:r>
      <w:proofErr w:type="spellStart"/>
      <w:r w:rsidRPr="00484B53">
        <w:rPr>
          <w:rFonts w:ascii="Arial" w:hAnsi="Arial" w:cs="Arial"/>
        </w:rPr>
        <w:t>telah</w:t>
      </w:r>
      <w:proofErr w:type="spellEnd"/>
      <w:r w:rsidRPr="00484B53">
        <w:rPr>
          <w:rFonts w:ascii="Arial" w:hAnsi="Arial" w:cs="Arial"/>
        </w:rPr>
        <w:t xml:space="preserve"> </w:t>
      </w:r>
      <w:proofErr w:type="spellStart"/>
      <w:r w:rsidRPr="00484B53">
        <w:rPr>
          <w:rFonts w:ascii="Arial" w:hAnsi="Arial" w:cs="Arial"/>
        </w:rPr>
        <w:t>menerima</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pengiriman</w:t>
      </w:r>
      <w:proofErr w:type="spellEnd"/>
      <w:r w:rsidRPr="00484B53">
        <w:rPr>
          <w:rFonts w:ascii="Arial" w:hAnsi="Arial" w:cs="Arial"/>
        </w:rPr>
        <w:t xml:space="preserve"> </w:t>
      </w:r>
      <w:proofErr w:type="spellStart"/>
      <w:r w:rsidRPr="00484B53">
        <w:rPr>
          <w:rFonts w:ascii="Arial" w:hAnsi="Arial" w:cs="Arial"/>
        </w:rPr>
        <w:t>barang</w:t>
      </w:r>
      <w:proofErr w:type="spellEnd"/>
      <w:r w:rsidRPr="00484B53">
        <w:rPr>
          <w:rFonts w:ascii="Arial" w:hAnsi="Arial" w:cs="Arial"/>
        </w:rPr>
        <w:t>/</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tersebut</w:t>
      </w:r>
      <w:proofErr w:type="spellEnd"/>
      <w:r w:rsidRPr="00484B53">
        <w:rPr>
          <w:rFonts w:ascii="Arial" w:hAnsi="Arial" w:cs="Arial"/>
        </w:rPr>
        <w:t xml:space="preserve"> </w:t>
      </w:r>
      <w:proofErr w:type="spellStart"/>
      <w:r w:rsidRPr="00484B53">
        <w:rPr>
          <w:rFonts w:ascii="Arial" w:hAnsi="Arial" w:cs="Arial"/>
        </w:rPr>
        <w:t>dalam</w:t>
      </w:r>
      <w:proofErr w:type="spellEnd"/>
      <w:r w:rsidRPr="00484B53">
        <w:rPr>
          <w:rFonts w:ascii="Arial" w:hAnsi="Arial" w:cs="Arial"/>
        </w:rPr>
        <w:t xml:space="preserve"> </w:t>
      </w:r>
      <w:proofErr w:type="spellStart"/>
      <w:r w:rsidRPr="00484B53">
        <w:rPr>
          <w:rFonts w:ascii="Arial" w:hAnsi="Arial" w:cs="Arial"/>
        </w:rPr>
        <w:t>jumlah</w:t>
      </w:r>
      <w:proofErr w:type="spellEnd"/>
      <w:r w:rsidRPr="00484B53">
        <w:rPr>
          <w:rFonts w:ascii="Arial" w:hAnsi="Arial" w:cs="Arial"/>
        </w:rPr>
        <w:t xml:space="preserve"> yang </w:t>
      </w:r>
      <w:proofErr w:type="spellStart"/>
      <w:r w:rsidRPr="00484B53">
        <w:rPr>
          <w:rFonts w:ascii="Arial" w:hAnsi="Arial" w:cs="Arial"/>
        </w:rPr>
        <w:t>lengkap</w:t>
      </w:r>
      <w:proofErr w:type="spellEnd"/>
      <w:r w:rsidRPr="00484B53">
        <w:rPr>
          <w:rFonts w:ascii="Arial" w:hAnsi="Arial" w:cs="Arial"/>
        </w:rPr>
        <w:t xml:space="preserve"> dan </w:t>
      </w:r>
      <w:proofErr w:type="spellStart"/>
      <w:r w:rsidRPr="00484B53">
        <w:rPr>
          <w:rFonts w:ascii="Arial" w:hAnsi="Arial" w:cs="Arial"/>
        </w:rPr>
        <w:t>kondisi</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w:t>
      </w:r>
      <w:proofErr w:type="spellStart"/>
      <w:r w:rsidRPr="00484B53">
        <w:rPr>
          <w:rFonts w:ascii="Arial" w:hAnsi="Arial" w:cs="Arial"/>
        </w:rPr>
        <w:t>sesuai</w:t>
      </w:r>
      <w:proofErr w:type="spellEnd"/>
      <w:r w:rsidRPr="00484B53">
        <w:rPr>
          <w:rFonts w:ascii="Arial" w:hAnsi="Arial" w:cs="Arial"/>
        </w:rPr>
        <w:t xml:space="preserve"> </w:t>
      </w:r>
      <w:proofErr w:type="spellStart"/>
      <w:r w:rsidRPr="00484B53">
        <w:rPr>
          <w:rFonts w:ascii="Arial" w:hAnsi="Arial" w:cs="Arial"/>
        </w:rPr>
        <w:t>dengan</w:t>
      </w:r>
      <w:proofErr w:type="spellEnd"/>
      <w:r w:rsidRPr="00484B53">
        <w:rPr>
          <w:rFonts w:ascii="Arial" w:hAnsi="Arial" w:cs="Arial"/>
        </w:rPr>
        <w:t xml:space="preserve"> rincian </w:t>
      </w:r>
      <w:proofErr w:type="spellStart"/>
      <w:r w:rsidRPr="00484B53">
        <w:rPr>
          <w:rFonts w:ascii="Arial" w:hAnsi="Arial" w:cs="Arial"/>
        </w:rPr>
        <w:t>berikut</w:t>
      </w:r>
      <w:proofErr w:type="spellEnd"/>
      <w:r w:rsidRPr="00484B53">
        <w:rPr>
          <w:rFonts w:ascii="Arial" w:hAnsi="Arial" w:cs="Arial"/>
        </w:rPr>
        <w:t xml:space="preserve"> :</w:t>
      </w:r>
    </w:p>
    <w:tbl>
      <w:tblPr>
        <w:tblW w:w="9634" w:type="dxa"/>
        <w:tblInd w:w="113" w:type="dxa"/>
        <w:tblLayout w:type="fixed"/>
        <w:tblLook w:val="04A0" w:firstRow="1" w:lastRow="0" w:firstColumn="1" w:lastColumn="0" w:noHBand="0" w:noVBand="1"/>
      </w:tblPr>
      <w:tblGrid>
        <w:gridCol w:w="565"/>
        <w:gridCol w:w="3541"/>
        <w:gridCol w:w="1276"/>
        <w:gridCol w:w="1134"/>
        <w:gridCol w:w="1134"/>
        <w:gridCol w:w="992"/>
        <w:gridCol w:w="992"/>
      </w:tblGrid>
      <w:tr w:rsidR="009735A7" w:rsidRPr="00484B53" w14:paraId="5EC559C7" w14:textId="77777777" w:rsidTr="009735A7">
        <w:trPr>
          <w:trHeight w:val="1053"/>
        </w:trPr>
        <w:tc>
          <w:tcPr>
            <w:tcW w:w="565" w:type="dxa"/>
            <w:tcBorders>
              <w:top w:val="single" w:sz="4" w:space="0" w:color="auto"/>
              <w:left w:val="single" w:sz="4" w:space="0" w:color="auto"/>
              <w:bottom w:val="single" w:sz="4" w:space="0" w:color="auto"/>
              <w:right w:val="single" w:sz="4" w:space="0" w:color="auto"/>
            </w:tcBorders>
            <w:noWrap/>
            <w:vAlign w:val="center"/>
            <w:hideMark/>
          </w:tcPr>
          <w:p w14:paraId="3B579E33"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No</w:t>
            </w:r>
          </w:p>
        </w:tc>
        <w:tc>
          <w:tcPr>
            <w:tcW w:w="3541" w:type="dxa"/>
            <w:tcBorders>
              <w:top w:val="single" w:sz="4" w:space="0" w:color="auto"/>
              <w:left w:val="nil"/>
              <w:bottom w:val="single" w:sz="4" w:space="0" w:color="auto"/>
              <w:right w:val="single" w:sz="4" w:space="0" w:color="auto"/>
            </w:tcBorders>
            <w:noWrap/>
            <w:vAlign w:val="center"/>
            <w:hideMark/>
          </w:tcPr>
          <w:p w14:paraId="2B5CD6F5"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Nama Barang/Jasa</w:t>
            </w:r>
          </w:p>
        </w:tc>
        <w:tc>
          <w:tcPr>
            <w:tcW w:w="1276" w:type="dxa"/>
            <w:tcBorders>
              <w:top w:val="single" w:sz="4" w:space="0" w:color="auto"/>
              <w:left w:val="nil"/>
              <w:bottom w:val="single" w:sz="4" w:space="0" w:color="auto"/>
              <w:right w:val="single" w:sz="4" w:space="0" w:color="auto"/>
            </w:tcBorders>
            <w:vAlign w:val="center"/>
            <w:hideMark/>
          </w:tcPr>
          <w:p w14:paraId="23AF32F9"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Dipesan</w:t>
            </w:r>
            <w:proofErr w:type="spellEnd"/>
          </w:p>
        </w:tc>
        <w:tc>
          <w:tcPr>
            <w:tcW w:w="1134" w:type="dxa"/>
            <w:tcBorders>
              <w:top w:val="single" w:sz="4" w:space="0" w:color="auto"/>
              <w:left w:val="nil"/>
              <w:bottom w:val="single" w:sz="4" w:space="0" w:color="auto"/>
              <w:right w:val="single" w:sz="4" w:space="0" w:color="auto"/>
            </w:tcBorders>
            <w:noWrap/>
            <w:vAlign w:val="center"/>
            <w:hideMark/>
          </w:tcPr>
          <w:p w14:paraId="13433641"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Satuan</w:t>
            </w:r>
          </w:p>
        </w:tc>
        <w:tc>
          <w:tcPr>
            <w:tcW w:w="1134" w:type="dxa"/>
            <w:tcBorders>
              <w:top w:val="single" w:sz="4" w:space="0" w:color="auto"/>
              <w:left w:val="nil"/>
              <w:bottom w:val="single" w:sz="4" w:space="0" w:color="auto"/>
              <w:right w:val="single" w:sz="4" w:space="0" w:color="auto"/>
            </w:tcBorders>
            <w:vAlign w:val="center"/>
            <w:hideMark/>
          </w:tcPr>
          <w:p w14:paraId="14850D25"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Diterima</w:t>
            </w:r>
            <w:proofErr w:type="spellEnd"/>
          </w:p>
        </w:tc>
        <w:tc>
          <w:tcPr>
            <w:tcW w:w="992" w:type="dxa"/>
            <w:tcBorders>
              <w:top w:val="single" w:sz="4" w:space="0" w:color="auto"/>
              <w:left w:val="nil"/>
              <w:bottom w:val="single" w:sz="4" w:space="0" w:color="auto"/>
              <w:right w:val="single" w:sz="4" w:space="0" w:color="auto"/>
            </w:tcBorders>
            <w:vAlign w:val="center"/>
            <w:hideMark/>
          </w:tcPr>
          <w:p w14:paraId="4F55FA64"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t xml:space="preserve">Tidak </w:t>
            </w:r>
            <w:proofErr w:type="spellStart"/>
            <w:r w:rsidRPr="00484B53">
              <w:rPr>
                <w:rFonts w:ascii="Arial" w:eastAsia="Times New Roman" w:hAnsi="Arial" w:cs="Arial"/>
                <w:color w:val="000000"/>
                <w:sz w:val="20"/>
                <w:szCs w:val="20"/>
                <w:lang w:val="en-ID" w:eastAsia="en-ID"/>
              </w:rPr>
              <w:t>Sesuai</w:t>
            </w:r>
            <w:proofErr w:type="spellEnd"/>
          </w:p>
        </w:tc>
        <w:tc>
          <w:tcPr>
            <w:tcW w:w="992" w:type="dxa"/>
            <w:tcBorders>
              <w:top w:val="single" w:sz="4" w:space="0" w:color="auto"/>
              <w:left w:val="nil"/>
              <w:bottom w:val="single" w:sz="4" w:space="0" w:color="auto"/>
              <w:right w:val="single" w:sz="4" w:space="0" w:color="auto"/>
            </w:tcBorders>
            <w:vAlign w:val="center"/>
            <w:hideMark/>
          </w:tcPr>
          <w:p w14:paraId="30739FC7"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Sesuai</w:t>
            </w:r>
            <w:proofErr w:type="spellEnd"/>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6503E07B"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3541" w:type="dxa"/>
            <w:tcBorders>
              <w:top w:val="single" w:sz="4" w:space="0" w:color="auto"/>
              <w:left w:val="nil"/>
              <w:bottom w:val="single" w:sz="4" w:space="0" w:color="auto"/>
              <w:right w:val="single" w:sz="4" w:space="0" w:color="auto"/>
            </w:tcBorders>
            <w:noWrap/>
            <w:vAlign w:val="center"/>
          </w:tcPr>
          <w:p w14:paraId="16EF5D7C" w14:textId="77777777" w:rsidR="009735A7" w:rsidRDefault="009735A7" w:rsidP="009735A7">
            <w:pPr>
              <w:spacing w:after="0" w:line="240" w:lineRule="auto"/>
              <w:rPr>
                <w:rFonts w:ascii="Arial" w:hAnsi="Arial" w:cs="Arial"/>
                <w:sz w:val="20"/>
                <w:szCs w:val="20"/>
              </w:rPr>
            </w:pPr>
            <w:r w:rsidRPr="00484B53">
              <w:rPr>
                <w:rFonts w:ascii="Arial" w:hAnsi="Arial" w:cs="Arial"/>
                <w:sz w:val="20"/>
                <w:szCs w:val="20"/>
              </w:rPr>
              <w:t>Foto Copy</w:t>
            </w:r>
          </w:p>
          <w:p w14:paraId="77E2229A" w14:textId="77777777" w:rsidR="00301ABA" w:rsidRDefault="00301ABA" w:rsidP="00301ABA">
            <w:pPr>
              <w:spacing w:after="0" w:line="240" w:lineRule="auto"/>
              <w:rPr>
                <w:rFonts w:ascii="Arial" w:eastAsia="Times New Roman" w:hAnsi="Arial" w:cs="Arial"/>
                <w:color w:val="000000"/>
                <w:sz w:val="20"/>
                <w:szCs w:val="20"/>
                <w:lang w:val="en-ID" w:eastAsia="en-ID"/>
              </w:rPr>
            </w:pPr>
            <w:proofErr w:type="spellStart"/>
            <w:r>
              <w:rPr>
                <w:rFonts w:ascii="Arial" w:eastAsia="Times New Roman" w:hAnsi="Arial" w:cs="Arial"/>
                <w:color w:val="000000"/>
                <w:sz w:val="20"/>
                <w:szCs w:val="20"/>
                <w:lang w:val="en-ID" w:eastAsia="en-ID"/>
              </w:rPr>
              <w:t>Keterangan</w:t>
            </w:r>
            <w:proofErr w:type="spellEnd"/>
            <w:r>
              <w:rPr>
                <w:rFonts w:ascii="Arial" w:eastAsia="Times New Roman" w:hAnsi="Arial" w:cs="Arial"/>
                <w:color w:val="000000"/>
                <w:sz w:val="20"/>
                <w:szCs w:val="20"/>
                <w:lang w:val="en-ID" w:eastAsia="en-ID"/>
              </w:rPr>
              <w:t>:</w:t>
            </w:r>
          </w:p>
          <w:p w14:paraId="51DF05BB" w14:textId="395675DE" w:rsidR="00301ABA" w:rsidRPr="00484B53" w:rsidRDefault="00301ABA" w:rsidP="00301ABA">
            <w:pPr>
              <w:spacing w:after="0" w:line="240" w:lineRule="auto"/>
              <w:rPr>
                <w:rFonts w:ascii="Arial" w:eastAsia="Times New Roman" w:hAnsi="Arial" w:cs="Arial"/>
                <w:color w:val="000000"/>
                <w:sz w:val="20"/>
                <w:szCs w:val="20"/>
                <w:lang w:val="en-ID" w:eastAsia="en-ID"/>
              </w:rPr>
            </w:pPr>
            <w:r>
              <w:rPr>
                <w:rFonts w:ascii="Arial" w:eastAsia="Times New Roman" w:hAnsi="Arial" w:cs="Arial"/>
                <w:color w:val="000000"/>
                <w:sz w:val="20"/>
                <w:szCs w:val="20"/>
                <w:lang w:val="en-ID" w:eastAsia="en-ID"/>
              </w:rPr>
              <w:t>3 Lembar x 180 Orang x 8 Materi = 4.320 Lembar</w:t>
            </w:r>
          </w:p>
        </w:tc>
        <w:tc>
          <w:tcPr>
            <w:tcW w:w="1276" w:type="dxa"/>
            <w:tcBorders>
              <w:top w:val="nil"/>
              <w:left w:val="nil"/>
              <w:bottom w:val="single" w:sz="4" w:space="0" w:color="auto"/>
              <w:right w:val="single" w:sz="4" w:space="0" w:color="auto"/>
            </w:tcBorders>
            <w:noWrap/>
            <w:vAlign w:val="center"/>
          </w:tcPr>
          <w:p w14:paraId="73EBAD79" w14:textId="6C27E556"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4.320</w:t>
            </w:r>
          </w:p>
        </w:tc>
        <w:tc>
          <w:tcPr>
            <w:tcW w:w="1134" w:type="dxa"/>
            <w:tcBorders>
              <w:top w:val="nil"/>
              <w:left w:val="nil"/>
              <w:bottom w:val="single" w:sz="4" w:space="0" w:color="auto"/>
              <w:right w:val="single" w:sz="4" w:space="0" w:color="auto"/>
            </w:tcBorders>
            <w:noWrap/>
            <w:vAlign w:val="center"/>
          </w:tcPr>
          <w:p w14:paraId="336AF34B" w14:textId="02999D64"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Lembar</w:t>
            </w:r>
          </w:p>
        </w:tc>
        <w:tc>
          <w:tcPr>
            <w:tcW w:w="1134" w:type="dxa"/>
            <w:tcBorders>
              <w:top w:val="nil"/>
              <w:left w:val="nil"/>
              <w:bottom w:val="single" w:sz="4" w:space="0" w:color="auto"/>
              <w:right w:val="single" w:sz="4" w:space="0" w:color="auto"/>
            </w:tcBorders>
            <w:noWrap/>
            <w:vAlign w:val="center"/>
          </w:tcPr>
          <w:p w14:paraId="2904534C" w14:textId="5196044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4.320</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032E4719"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4.320</w:t>
            </w:r>
          </w:p>
        </w:tc>
      </w:tr>
    </w:tbl>
    <w:p w14:paraId="50F6FB66" w14:textId="77777777" w:rsidR="009735A7" w:rsidRPr="009A5E9B" w:rsidRDefault="009735A7" w:rsidP="00124A29">
      <w:pPr>
        <w:spacing w:after="0"/>
        <w:rPr>
          <w:rFonts w:ascii="Arial" w:hAnsi="Arial" w:cs="Arial"/>
          <w:sz w:val="24"/>
          <w:szCs w:val="24"/>
        </w:rPr>
      </w:pPr>
    </w:p>
    <w:p w14:paraId="7A9567D8" w14:textId="15051E23" w:rsidR="009A5E9B" w:rsidRPr="00484B53" w:rsidRDefault="00070B4A" w:rsidP="00C44D5F">
      <w:pPr>
        <w:spacing w:after="120"/>
        <w:jc w:val="both"/>
        <w:rPr>
          <w:rFonts w:ascii="Arial" w:hAnsi="Arial" w:cs="Arial"/>
        </w:rPr>
      </w:pPr>
      <w:r w:rsidRPr="00484B53">
        <w:rPr>
          <w:rFonts w:ascii="Arial" w:hAnsi="Arial" w:cs="Arial"/>
        </w:rPr>
        <w:t xml:space="preserve">         Berita Acara </w:t>
      </w:r>
      <w:proofErr w:type="spellStart"/>
      <w:r w:rsidRPr="00484B53">
        <w:rPr>
          <w:rFonts w:ascii="Arial" w:hAnsi="Arial" w:cs="Arial"/>
        </w:rPr>
        <w:t>Pemeriksaan</w:t>
      </w:r>
      <w:proofErr w:type="spellEnd"/>
      <w:r w:rsidRPr="00484B53">
        <w:rPr>
          <w:rFonts w:ascii="Arial" w:hAnsi="Arial" w:cs="Arial"/>
        </w:rPr>
        <w:t xml:space="preserve"> Barang/</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roofErr w:type="spellStart"/>
      <w:r w:rsidRPr="00484B53">
        <w:rPr>
          <w:rFonts w:ascii="Arial" w:hAnsi="Arial" w:cs="Arial"/>
        </w:rPr>
        <w:t>berfungsi</w:t>
      </w:r>
      <w:proofErr w:type="spellEnd"/>
      <w:r w:rsidRPr="00484B53">
        <w:rPr>
          <w:rFonts w:ascii="Arial" w:hAnsi="Arial" w:cs="Arial"/>
        </w:rPr>
        <w:t xml:space="preserve"> </w:t>
      </w: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bukti</w:t>
      </w:r>
      <w:proofErr w:type="spellEnd"/>
      <w:r w:rsidRPr="00484B53">
        <w:rPr>
          <w:rFonts w:ascii="Arial" w:hAnsi="Arial" w:cs="Arial"/>
        </w:rPr>
        <w:t xml:space="preserve"> </w:t>
      </w:r>
      <w:proofErr w:type="spellStart"/>
      <w:r w:rsidRPr="00484B53">
        <w:rPr>
          <w:rFonts w:ascii="Arial" w:hAnsi="Arial" w:cs="Arial"/>
        </w:rPr>
        <w:t>serah</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kepada</w:t>
      </w:r>
      <w:proofErr w:type="spellEnd"/>
      <w:r w:rsidRPr="00484B53">
        <w:rPr>
          <w:rFonts w:ascii="Arial" w:hAnsi="Arial" w:cs="Arial"/>
        </w:rPr>
        <w:t xml:space="preserve"> PIHAK PERTAMA.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3"/>
      </w:tblGrid>
      <w:tr w:rsidR="00842A5E" w:rsidRPr="00484B53" w14:paraId="5113405E" w14:textId="77777777" w:rsidTr="00C32FA7">
        <w:trPr>
          <w:cantSplit/>
        </w:trPr>
        <w:tc>
          <w:tcPr>
            <w:tcW w:w="9853" w:type="dxa"/>
          </w:tcPr>
          <w:p w14:paraId="346EEA6D" w14:textId="77777777" w:rsidR="00C44D5F" w:rsidRDefault="00842A5E" w:rsidP="00C44D5F">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Berita Acara </w:t>
            </w:r>
            <w:proofErr w:type="spellStart"/>
            <w:r w:rsidRPr="00484B53">
              <w:rPr>
                <w:rFonts w:ascii="Arial" w:hAnsi="Arial" w:cs="Arial"/>
              </w:rPr>
              <w:t>Pemeriksaan</w:t>
            </w:r>
            <w:proofErr w:type="spellEnd"/>
            <w:r w:rsidRPr="00484B53">
              <w:rPr>
                <w:rFonts w:ascii="Arial" w:hAnsi="Arial" w:cs="Arial"/>
              </w:rPr>
              <w:t xml:space="preserve"> Barang/</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roofErr w:type="spellStart"/>
            <w:r w:rsidRPr="00484B53">
              <w:rPr>
                <w:rFonts w:ascii="Arial" w:hAnsi="Arial" w:cs="Arial"/>
              </w:rPr>
              <w:t>dibuat</w:t>
            </w:r>
            <w:proofErr w:type="spellEnd"/>
            <w:r w:rsidRPr="00484B53">
              <w:rPr>
                <w:rFonts w:ascii="Arial" w:hAnsi="Arial" w:cs="Arial"/>
              </w:rPr>
              <w:t xml:space="preserve"> </w:t>
            </w:r>
            <w:proofErr w:type="spellStart"/>
            <w:r w:rsidRPr="00484B53">
              <w:rPr>
                <w:rFonts w:ascii="Arial" w:hAnsi="Arial" w:cs="Arial"/>
              </w:rPr>
              <w:t>dengan</w:t>
            </w:r>
            <w:proofErr w:type="spellEnd"/>
            <w:r w:rsidRPr="00484B53">
              <w:rPr>
                <w:rFonts w:ascii="Arial" w:hAnsi="Arial" w:cs="Arial"/>
              </w:rPr>
              <w:t xml:space="preserve"> </w:t>
            </w:r>
            <w:proofErr w:type="spellStart"/>
            <w:r w:rsidRPr="00484B53">
              <w:rPr>
                <w:rFonts w:ascii="Arial" w:hAnsi="Arial" w:cs="Arial"/>
              </w:rPr>
              <w:t>sebenarnya</w:t>
            </w:r>
            <w:proofErr w:type="spellEnd"/>
            <w:r w:rsidRPr="00484B53">
              <w:rPr>
                <w:rFonts w:ascii="Arial" w:hAnsi="Arial" w:cs="Arial"/>
              </w:rPr>
              <w:t xml:space="preserve"> </w:t>
            </w:r>
            <w:proofErr w:type="spellStart"/>
            <w:r w:rsidRPr="00484B53">
              <w:rPr>
                <w:rFonts w:ascii="Arial" w:hAnsi="Arial" w:cs="Arial"/>
              </w:rPr>
              <w:t>untuk</w:t>
            </w:r>
            <w:proofErr w:type="spellEnd"/>
            <w:r w:rsidRPr="00484B53">
              <w:rPr>
                <w:rFonts w:ascii="Arial" w:hAnsi="Arial" w:cs="Arial"/>
              </w:rPr>
              <w:t xml:space="preserve"> </w:t>
            </w:r>
            <w:proofErr w:type="spellStart"/>
            <w:r w:rsidRPr="00484B53">
              <w:rPr>
                <w:rFonts w:ascii="Arial" w:hAnsi="Arial" w:cs="Arial"/>
              </w:rPr>
              <w:t>dipergunakan</w:t>
            </w:r>
            <w:proofErr w:type="spellEnd"/>
            <w:r w:rsidRPr="00484B53">
              <w:rPr>
                <w:rFonts w:ascii="Arial" w:hAnsi="Arial" w:cs="Arial"/>
              </w:rPr>
              <w:t xml:space="preserve"> </w:t>
            </w:r>
            <w:proofErr w:type="spellStart"/>
            <w:r w:rsidRPr="00484B53">
              <w:rPr>
                <w:rFonts w:ascii="Arial" w:hAnsi="Arial" w:cs="Arial"/>
              </w:rPr>
              <w:t>sebagaimana</w:t>
            </w:r>
            <w:proofErr w:type="spellEnd"/>
            <w:r w:rsidRPr="00484B53">
              <w:rPr>
                <w:rFonts w:ascii="Arial" w:hAnsi="Arial" w:cs="Arial"/>
              </w:rPr>
              <w:t xml:space="preserve"> </w:t>
            </w:r>
            <w:proofErr w:type="spellStart"/>
            <w:r w:rsidRPr="00484B53">
              <w:rPr>
                <w:rFonts w:ascii="Arial" w:hAnsi="Arial" w:cs="Arial"/>
              </w:rPr>
              <w:t>mestinya</w:t>
            </w:r>
            <w:proofErr w:type="spellEnd"/>
            <w:r w:rsidRPr="00484B53">
              <w:rPr>
                <w:rFonts w:ascii="Arial" w:hAnsi="Arial" w:cs="Arial"/>
              </w:rPr>
              <w:t>.</w:t>
            </w:r>
          </w:p>
          <w:p w14:paraId="6AEBA089" w14:textId="1E241CC2" w:rsidR="00AF49B7" w:rsidRPr="00484B53" w:rsidRDefault="00842A5E" w:rsidP="00C44D5F">
            <w:pPr>
              <w:tabs>
                <w:tab w:val="left" w:pos="5670"/>
              </w:tabs>
              <w:jc w:val="both"/>
              <w:rPr>
                <w:rFonts w:ascii="Arial" w:hAnsi="Arial" w:cs="Arial"/>
              </w:rPr>
            </w:pPr>
            <w:r w:rsidRPr="00484B53">
              <w:rPr>
                <w:rFonts w:ascii="Arial" w:hAnsi="Arial" w:cs="Arial"/>
              </w:rPr>
              <w:br/>
            </w:r>
          </w:p>
          <w:p w14:paraId="5B77F048" w14:textId="0080DEAF" w:rsidR="00842A5E" w:rsidRPr="00484B53" w:rsidRDefault="00842A5E" w:rsidP="00C747C6">
            <w:pPr>
              <w:tabs>
                <w:tab w:val="left" w:pos="5103"/>
              </w:tabs>
              <w:rPr>
                <w:rFonts w:ascii="Arial" w:hAnsi="Arial" w:cs="Arial"/>
              </w:rPr>
            </w:pPr>
            <w:r w:rsidRPr="00484B53">
              <w:rPr>
                <w:rFonts w:ascii="Arial" w:hAnsi="Arial" w:cs="Arial"/>
              </w:rPr>
              <w:br/>
            </w:r>
            <w:proofErr w:type="spellStart"/>
            <w:r w:rsidRPr="00484B53">
              <w:rPr>
                <w:rFonts w:ascii="Arial" w:hAnsi="Arial" w:cs="Arial"/>
              </w:rPr>
              <w:t>Pihak</w:t>
            </w:r>
            <w:proofErr w:type="spellEnd"/>
            <w:r w:rsidRPr="00484B53">
              <w:rPr>
                <w:rFonts w:ascii="Arial" w:hAnsi="Arial" w:cs="Arial"/>
              </w:rPr>
              <w:t xml:space="preserve"> </w:t>
            </w:r>
            <w:proofErr w:type="spellStart"/>
            <w:r w:rsidRPr="00484B53">
              <w:rPr>
                <w:rFonts w:ascii="Arial" w:hAnsi="Arial" w:cs="Arial"/>
              </w:rPr>
              <w:t>Kedua</w:t>
            </w:r>
            <w:proofErr w:type="spellEnd"/>
            <w:r w:rsidRPr="00484B53">
              <w:rPr>
                <w:rFonts w:ascii="Arial" w:hAnsi="Arial" w:cs="Arial"/>
              </w:rPr>
              <w:tab/>
            </w:r>
            <w:proofErr w:type="spellStart"/>
            <w:r w:rsidRPr="00484B53">
              <w:rPr>
                <w:rFonts w:ascii="Arial" w:hAnsi="Arial" w:cs="Arial"/>
              </w:rPr>
              <w:t>Pihak</w:t>
            </w:r>
            <w:proofErr w:type="spellEnd"/>
            <w:r w:rsidRPr="00484B53">
              <w:rPr>
                <w:rFonts w:ascii="Arial" w:hAnsi="Arial" w:cs="Arial"/>
              </w:rPr>
              <w:t xml:space="preserve"> </w:t>
            </w:r>
            <w:proofErr w:type="spellStart"/>
            <w:r w:rsidRPr="00484B53">
              <w:rPr>
                <w:rFonts w:ascii="Arial" w:hAnsi="Arial" w:cs="Arial"/>
              </w:rPr>
              <w:t>Pertama</w:t>
            </w:r>
            <w:proofErr w:type="spellEnd"/>
          </w:p>
          <w:p w14:paraId="663C226E" w14:textId="77777777" w:rsidR="00842A5E" w:rsidRPr="00484B53" w:rsidRDefault="00842A5E" w:rsidP="00C747C6">
            <w:pPr>
              <w:tabs>
                <w:tab w:val="left" w:pos="5103"/>
              </w:tabs>
              <w:rPr>
                <w:rFonts w:ascii="Arial" w:hAnsi="Arial" w:cs="Arial"/>
              </w:rPr>
            </w:pPr>
          </w:p>
          <w:p w14:paraId="5BDB4DF0" w14:textId="77777777" w:rsidR="00842A5E" w:rsidRPr="00484B53" w:rsidRDefault="00842A5E" w:rsidP="00C747C6">
            <w:pPr>
              <w:tabs>
                <w:tab w:val="left" w:pos="5103"/>
              </w:tabs>
              <w:rPr>
                <w:rFonts w:ascii="Arial" w:hAnsi="Arial" w:cs="Arial"/>
              </w:rPr>
            </w:pPr>
          </w:p>
          <w:p w14:paraId="39532C9D" w14:textId="77777777" w:rsidR="00842A5E" w:rsidRPr="00484B53" w:rsidRDefault="00842A5E" w:rsidP="00C747C6">
            <w:pPr>
              <w:tabs>
                <w:tab w:val="left" w:pos="5103"/>
              </w:tabs>
              <w:rPr>
                <w:rFonts w:ascii="Arial" w:hAnsi="Arial" w:cs="Arial"/>
              </w:rPr>
            </w:pPr>
          </w:p>
          <w:p w14:paraId="3C2D6928" w14:textId="77777777" w:rsidR="00842A5E" w:rsidRPr="00484B53" w:rsidRDefault="00842A5E" w:rsidP="00C747C6">
            <w:pPr>
              <w:tabs>
                <w:tab w:val="left" w:pos="5103"/>
              </w:tabs>
              <w:rPr>
                <w:rFonts w:ascii="Arial" w:hAnsi="Arial" w:cs="Arial"/>
              </w:rPr>
            </w:pPr>
          </w:p>
          <w:p w14:paraId="5A922194" w14:textId="7281D70C" w:rsidR="00842A5E" w:rsidRPr="00484B53" w:rsidRDefault="00842A5E" w:rsidP="00C747C6">
            <w:pPr>
              <w:tabs>
                <w:tab w:val="left" w:pos="5103"/>
              </w:tabs>
              <w:rPr>
                <w:rFonts w:ascii="Arial" w:eastAsia="MS Mincho" w:hAnsi="Arial" w:cs="Arial"/>
              </w:rPr>
            </w:pPr>
            <w:r w:rsidRPr="00484B53">
              <w:rPr>
                <w:rFonts w:ascii="Arial" w:eastAsia="MS Mincho" w:hAnsi="Arial" w:cs="Arial"/>
              </w:rPr>
              <w:t>YANUAR ARFAN</w:t>
            </w:r>
            <w:r w:rsidRPr="00484B53">
              <w:rPr>
                <w:rFonts w:ascii="Arial" w:eastAsia="MS Mincho" w:hAnsi="Arial" w:cs="Arial"/>
              </w:rPr>
              <w:tab/>
              <w:t>NELLA FARAH DHIENA MUKHSHY</w:t>
            </w:r>
          </w:p>
          <w:p w14:paraId="38091FBC" w14:textId="742E56FC" w:rsidR="00842A5E" w:rsidRPr="00484B53" w:rsidRDefault="00842A5E" w:rsidP="00C747C6">
            <w:pPr>
              <w:tabs>
                <w:tab w:val="left" w:pos="5103"/>
              </w:tabs>
              <w:rPr>
                <w:rFonts w:ascii="Arial" w:hAnsi="Arial" w:cs="Arial"/>
              </w:rPr>
            </w:pPr>
            <w:r w:rsidRPr="00484B53">
              <w:rPr>
                <w:rFonts w:ascii="Arial" w:hAnsi="Arial" w:cs="Arial"/>
              </w:rPr>
              <w:t>CV. ROYAL JAYA INDONESIA</w:t>
            </w:r>
            <w:r w:rsidRPr="00484B53">
              <w:rPr>
                <w:rFonts w:ascii="Arial" w:hAnsi="Arial" w:cs="Arial"/>
              </w:rPr>
              <w:tab/>
            </w:r>
            <w:r w:rsidRPr="00484B53">
              <w:rPr>
                <w:rFonts w:ascii="Arial" w:eastAsia="MS Mincho" w:hAnsi="Arial" w:cs="Arial"/>
              </w:rPr>
              <w:t>NIP 199411282019032019</w:t>
            </w:r>
          </w:p>
        </w:tc>
      </w:tr>
    </w:tbl>
    <w:p w14:paraId="0E981E07" w14:textId="690DCBD5" w:rsidR="000B7E99" w:rsidRDefault="000B7E99" w:rsidP="00124A29">
      <w:pPr>
        <w:spacing w:after="0"/>
        <w:rPr>
          <w:rFonts w:ascii="Arial" w:hAnsi="Arial" w:cs="Arial"/>
          <w:sz w:val="24"/>
          <w:szCs w:val="24"/>
        </w:rPr>
      </w:pPr>
      <w:r>
        <w:rPr>
          <w:rFonts w:ascii="Arial" w:hAnsi="Arial" w:cs="Arial"/>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3D356F" w14:paraId="3B4F2B4A" w14:textId="77777777" w:rsidTr="00CE3584">
        <w:tc>
          <w:tcPr>
            <w:tcW w:w="1668" w:type="dxa"/>
          </w:tcPr>
          <w:p w14:paraId="6DC3BA12" w14:textId="77777777" w:rsidR="003D356F" w:rsidRDefault="003D356F" w:rsidP="00CE3584">
            <w:pPr>
              <w:rPr>
                <w:rFonts w:ascii="Arial" w:eastAsia="Arial" w:hAnsi="Arial" w:cs="Arial"/>
              </w:rPr>
            </w:pPr>
            <w:r>
              <w:rPr>
                <w:noProof/>
              </w:rPr>
              <w:lastRenderedPageBreak/>
              <w:drawing>
                <wp:inline distT="0" distB="0" distL="0" distR="0" wp14:anchorId="19CCD919" wp14:editId="62B14815">
                  <wp:extent cx="885536" cy="990600"/>
                  <wp:effectExtent l="0" t="0" r="0" b="0"/>
                  <wp:docPr id="1809272270"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08C6249A" w14:textId="77777777" w:rsidR="003D356F" w:rsidRPr="00C30283" w:rsidRDefault="003D356F" w:rsidP="00CE3584">
            <w:pPr>
              <w:jc w:val="center"/>
              <w:rPr>
                <w:rFonts w:ascii="Arial" w:eastAsia="Arial" w:hAnsi="Arial" w:cs="Arial"/>
              </w:rPr>
            </w:pPr>
            <w:r w:rsidRPr="00C30283">
              <w:rPr>
                <w:rFonts w:ascii="Arial" w:eastAsia="Arial" w:hAnsi="Arial" w:cs="Arial"/>
              </w:rPr>
              <w:t>PEMERINTAH PROVINSI DAERAH KHUSUS IBUKOTA JAKARTA</w:t>
            </w:r>
          </w:p>
          <w:p w14:paraId="3476D654" w14:textId="77777777" w:rsidR="003D356F" w:rsidRPr="00C30283" w:rsidRDefault="003D356F" w:rsidP="00CE3584">
            <w:pPr>
              <w:jc w:val="center"/>
              <w:rPr>
                <w:rFonts w:ascii="Arial" w:eastAsia="Arial" w:hAnsi="Arial" w:cs="Arial"/>
              </w:rPr>
            </w:pPr>
            <w:r w:rsidRPr="00C30283">
              <w:rPr>
                <w:rFonts w:ascii="Arial" w:eastAsia="Arial" w:hAnsi="Arial" w:cs="Arial"/>
              </w:rPr>
              <w:t>DINAS PENDIDIKAN</w:t>
            </w:r>
          </w:p>
          <w:p w14:paraId="4E0918B3" w14:textId="77777777" w:rsidR="003D356F" w:rsidRPr="00C30283" w:rsidRDefault="003D356F"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4E05701B" w14:textId="77777777" w:rsidR="003D356F" w:rsidRPr="00C30283" w:rsidRDefault="003D356F"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xml:space="preserve">, </w:t>
            </w:r>
            <w:proofErr w:type="gramStart"/>
            <w:r w:rsidRPr="00C30283">
              <w:rPr>
                <w:rFonts w:ascii="Arial" w:eastAsia="Arial" w:hAnsi="Arial" w:cs="Arial"/>
              </w:rPr>
              <w:t>Kel.</w:t>
            </w:r>
            <w:r>
              <w:rPr>
                <w:rFonts w:ascii="Arial" w:eastAsia="Arial" w:hAnsi="Arial" w:cs="Arial"/>
              </w:rPr>
              <w:t>Tomang</w:t>
            </w:r>
            <w:r w:rsidRPr="00C30283">
              <w:rPr>
                <w:rFonts w:ascii="Arial" w:eastAsia="Arial" w:hAnsi="Arial" w:cs="Arial"/>
              </w:rPr>
              <w:t xml:space="preserve">, </w:t>
            </w:r>
            <w:proofErr w:type="spellStart"/>
            <w:proofErr w:type="gram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41AA96EC" w14:textId="77777777" w:rsidR="003D356F" w:rsidRPr="00C30283" w:rsidRDefault="003D356F"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486CB0C7" w14:textId="77777777" w:rsidR="003D356F" w:rsidRPr="00C30283" w:rsidRDefault="003D356F" w:rsidP="00CE3584">
            <w:pPr>
              <w:jc w:val="center"/>
              <w:rPr>
                <w:rFonts w:ascii="Arial" w:eastAsia="Arial" w:hAnsi="Arial" w:cs="Arial"/>
              </w:rPr>
            </w:pPr>
            <w:r w:rsidRPr="00C30283">
              <w:rPr>
                <w:rFonts w:ascii="Arial" w:eastAsia="Arial" w:hAnsi="Arial" w:cs="Arial"/>
              </w:rPr>
              <w:t>JAKARTA</w:t>
            </w:r>
          </w:p>
          <w:p w14:paraId="0CC6A25B" w14:textId="77777777" w:rsidR="003D356F" w:rsidRDefault="003D356F" w:rsidP="00CE3584">
            <w:pPr>
              <w:jc w:val="right"/>
              <w:rPr>
                <w:rFonts w:ascii="Arial" w:eastAsia="Arial" w:hAnsi="Arial" w:cs="Arial"/>
              </w:rPr>
            </w:pPr>
            <w:r w:rsidRPr="00C30283">
              <w:rPr>
                <w:rFonts w:ascii="Arial" w:eastAsia="Arial" w:hAnsi="Arial" w:cs="Arial"/>
              </w:rPr>
              <w:t xml:space="preserve">Kode </w:t>
            </w:r>
            <w:proofErr w:type="gramStart"/>
            <w:r w:rsidRPr="00C30283">
              <w:rPr>
                <w:rFonts w:ascii="Arial" w:eastAsia="Arial" w:hAnsi="Arial" w:cs="Arial"/>
              </w:rPr>
              <w:t>Pos :</w:t>
            </w:r>
            <w:proofErr w:type="gramEnd"/>
            <w:r w:rsidRPr="00C30283">
              <w:rPr>
                <w:rFonts w:ascii="Arial" w:eastAsia="Arial" w:hAnsi="Arial" w:cs="Arial"/>
              </w:rPr>
              <w:t xml:space="preserve"> </w:t>
            </w:r>
            <w:r>
              <w:rPr>
                <w:rFonts w:ascii="Arial" w:eastAsia="Arial" w:hAnsi="Arial" w:cs="Arial"/>
              </w:rPr>
              <w:t>11440</w:t>
            </w:r>
          </w:p>
        </w:tc>
      </w:tr>
    </w:tbl>
    <w:p w14:paraId="673C927E" w14:textId="77777777" w:rsidR="003D356F" w:rsidRPr="0065292D" w:rsidRDefault="003D356F" w:rsidP="003D356F">
      <w:pPr>
        <w:pBdr>
          <w:bottom w:val="single" w:sz="12" w:space="1" w:color="auto"/>
        </w:pBdr>
        <w:spacing w:after="0" w:line="240" w:lineRule="auto"/>
        <w:rPr>
          <w:rFonts w:ascii="Arial" w:eastAsia="Arial" w:hAnsi="Arial" w:cs="Arial"/>
          <w:sz w:val="4"/>
          <w:szCs w:val="4"/>
        </w:rPr>
      </w:pPr>
    </w:p>
    <w:p w14:paraId="1C770796" w14:textId="77777777" w:rsidR="000B7E99" w:rsidRDefault="000B7E99" w:rsidP="000B7E99">
      <w:pPr>
        <w:spacing w:after="0"/>
        <w:jc w:val="center"/>
        <w:rPr>
          <w:rFonts w:ascii="Arial" w:hAnsi="Arial" w:cs="Arial"/>
          <w:sz w:val="24"/>
          <w:szCs w:val="24"/>
        </w:rPr>
      </w:pPr>
    </w:p>
    <w:p w14:paraId="5151A8B5" w14:textId="78391C03" w:rsidR="00070B4A" w:rsidRPr="0078775A" w:rsidRDefault="000B7E99" w:rsidP="0078775A">
      <w:pPr>
        <w:spacing w:after="240" w:line="360" w:lineRule="auto"/>
        <w:jc w:val="center"/>
        <w:rPr>
          <w:rFonts w:ascii="Arial" w:hAnsi="Arial" w:cs="Arial"/>
          <w:b/>
          <w:bCs/>
          <w:sz w:val="24"/>
          <w:szCs w:val="24"/>
        </w:rPr>
      </w:pPr>
      <w:r w:rsidRPr="0078775A">
        <w:rPr>
          <w:rFonts w:ascii="Arial" w:hAnsi="Arial" w:cs="Arial"/>
          <w:b/>
          <w:bCs/>
          <w:sz w:val="24"/>
          <w:szCs w:val="24"/>
        </w:rPr>
        <w:t>DOKUMENTASI BARANG/PEKERJAAN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705"/>
        <w:gridCol w:w="142"/>
        <w:gridCol w:w="7790"/>
      </w:tblGrid>
      <w:tr w:rsidR="000B7E99" w:rsidRPr="000B7E99" w14:paraId="64A184AF" w14:textId="77777777" w:rsidTr="00D77228">
        <w:tc>
          <w:tcPr>
            <w:tcW w:w="1706" w:type="dxa"/>
            <w:vAlign w:val="bottom"/>
          </w:tcPr>
          <w:p w14:paraId="4EABC07A" w14:textId="2067C983" w:rsidR="000B7E99" w:rsidRPr="000B7E99" w:rsidRDefault="000B7E99" w:rsidP="00D77228">
            <w:pPr>
              <w:spacing w:line="360" w:lineRule="auto"/>
              <w:rPr>
                <w:rFonts w:ascii="Arial" w:hAnsi="Arial" w:cs="Arial"/>
              </w:rPr>
            </w:pPr>
            <w:r w:rsidRPr="000B7E99">
              <w:rPr>
                <w:rFonts w:ascii="Arial" w:hAnsi="Arial" w:cs="Arial"/>
                <w:color w:val="000000"/>
              </w:rPr>
              <w:t>Nama Sekolah</w:t>
            </w:r>
          </w:p>
        </w:tc>
        <w:tc>
          <w:tcPr>
            <w:tcW w:w="142" w:type="dxa"/>
            <w:vAlign w:val="bottom"/>
          </w:tcPr>
          <w:p w14:paraId="2E03D6C6" w14:textId="48AA67C7"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64532439" w14:textId="5E786125" w:rsidR="000B7E99" w:rsidRPr="000B7E99" w:rsidRDefault="000B7E99" w:rsidP="00D77228">
            <w:pPr>
              <w:spacing w:line="360" w:lineRule="auto"/>
              <w:rPr>
                <w:rFonts w:ascii="Arial" w:hAnsi="Arial" w:cs="Arial"/>
              </w:rPr>
            </w:pPr>
            <w:r w:rsidRPr="000B7E99">
              <w:rPr>
                <w:rFonts w:ascii="Arial" w:hAnsi="Arial" w:cs="Arial"/>
              </w:rPr>
              <w:t>SD Negeri Tomang 03</w:t>
            </w:r>
          </w:p>
        </w:tc>
      </w:tr>
      <w:tr w:rsidR="000B7E99" w:rsidRPr="000B7E99" w14:paraId="68F056C5" w14:textId="77777777" w:rsidTr="00D77228">
        <w:tc>
          <w:tcPr>
            <w:tcW w:w="1706" w:type="dxa"/>
            <w:vAlign w:val="bottom"/>
          </w:tcPr>
          <w:p w14:paraId="236C0F95" w14:textId="4C5C182E" w:rsidR="000B7E99" w:rsidRPr="000B7E99" w:rsidRDefault="000B7E99" w:rsidP="00D77228">
            <w:pPr>
              <w:spacing w:line="360" w:lineRule="auto"/>
              <w:rPr>
                <w:rFonts w:ascii="Arial" w:hAnsi="Arial" w:cs="Arial"/>
              </w:rPr>
            </w:pPr>
            <w:r w:rsidRPr="000B7E99">
              <w:rPr>
                <w:rFonts w:ascii="Arial" w:hAnsi="Arial" w:cs="Arial"/>
                <w:color w:val="000000"/>
              </w:rPr>
              <w:t>Jenis Anggaran</w:t>
            </w:r>
          </w:p>
        </w:tc>
        <w:tc>
          <w:tcPr>
            <w:tcW w:w="142" w:type="dxa"/>
            <w:vAlign w:val="bottom"/>
          </w:tcPr>
          <w:p w14:paraId="039E9116" w14:textId="04188338"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7530B72E" w14:textId="21F7EE26" w:rsidR="000B7E99" w:rsidRPr="000B7E99" w:rsidRDefault="000B7E99" w:rsidP="00D77228">
            <w:pPr>
              <w:spacing w:line="360" w:lineRule="auto"/>
              <w:rPr>
                <w:rFonts w:ascii="Arial" w:hAnsi="Arial" w:cs="Arial"/>
              </w:rPr>
            </w:pPr>
            <w:r w:rsidRPr="008868F0">
              <w:rPr>
                <w:rFonts w:ascii="Arial" w:hAnsi="Arial" w:cs="Arial"/>
              </w:rPr>
              <w:t>Bantuan Operasional Pendidikan</w:t>
            </w:r>
          </w:p>
        </w:tc>
      </w:tr>
      <w:tr w:rsidR="000B7E99" w:rsidRPr="000B7E99" w14:paraId="400F6FEC" w14:textId="77777777" w:rsidTr="00D77228">
        <w:tc>
          <w:tcPr>
            <w:tcW w:w="1706" w:type="dxa"/>
          </w:tcPr>
          <w:p w14:paraId="673DB588" w14:textId="3B6E9B0A" w:rsidR="000B7E99" w:rsidRPr="000B7E99" w:rsidRDefault="000B7E99" w:rsidP="00D77228">
            <w:pPr>
              <w:spacing w:line="360" w:lineRule="auto"/>
              <w:rPr>
                <w:rFonts w:ascii="Arial" w:hAnsi="Arial" w:cs="Arial"/>
              </w:rPr>
            </w:pPr>
            <w:r w:rsidRPr="000B7E99">
              <w:rPr>
                <w:rFonts w:ascii="Arial" w:hAnsi="Arial" w:cs="Arial"/>
                <w:color w:val="000000"/>
              </w:rPr>
              <w:t xml:space="preserve">Kode </w:t>
            </w:r>
            <w:proofErr w:type="spellStart"/>
            <w:r w:rsidRPr="000B7E99">
              <w:rPr>
                <w:rFonts w:ascii="Arial" w:hAnsi="Arial" w:cs="Arial"/>
                <w:color w:val="000000"/>
              </w:rPr>
              <w:t>Rekening</w:t>
            </w:r>
            <w:proofErr w:type="spellEnd"/>
          </w:p>
        </w:tc>
        <w:tc>
          <w:tcPr>
            <w:tcW w:w="142" w:type="dxa"/>
          </w:tcPr>
          <w:p w14:paraId="456A06CF" w14:textId="1D3EA21B"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0F941C54" w14:textId="7AF17F51" w:rsidR="000B7E99" w:rsidRPr="000B7E99" w:rsidRDefault="000B7E99" w:rsidP="00D77228">
            <w:pPr>
              <w:spacing w:line="360" w:lineRule="auto"/>
              <w:rPr>
                <w:rFonts w:ascii="Arial" w:hAnsi="Arial" w:cs="Arial"/>
              </w:rPr>
            </w:pPr>
            <w:r w:rsidRPr="008868F0">
              <w:rPr>
                <w:rFonts w:ascii="Arial" w:hAnsi="Arial" w:cs="Arial"/>
              </w:rPr>
              <w:t>5.1.02.02.04.0115 Belanja Sewa Alat Reproduksi (Penggandaan)</w:t>
            </w:r>
          </w:p>
        </w:tc>
      </w:tr>
      <w:tr w:rsidR="000B7E99" w:rsidRPr="000B7E99" w14:paraId="1B48B02E" w14:textId="77777777" w:rsidTr="00D77228">
        <w:tc>
          <w:tcPr>
            <w:tcW w:w="1706" w:type="dxa"/>
            <w:vAlign w:val="bottom"/>
          </w:tcPr>
          <w:p w14:paraId="2B458D6C" w14:textId="06DDA6A0"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Kegiatan</w:t>
            </w:r>
            <w:proofErr w:type="spellEnd"/>
            <w:r w:rsidRPr="000B7E99">
              <w:rPr>
                <w:rFonts w:ascii="Arial" w:hAnsi="Arial" w:cs="Arial"/>
                <w:color w:val="000000"/>
              </w:rPr>
              <w:t xml:space="preserve"> </w:t>
            </w:r>
            <w:proofErr w:type="spellStart"/>
            <w:r w:rsidRPr="000B7E99">
              <w:rPr>
                <w:rFonts w:ascii="Arial" w:hAnsi="Arial" w:cs="Arial"/>
                <w:color w:val="000000"/>
              </w:rPr>
              <w:t>Belanja</w:t>
            </w:r>
            <w:proofErr w:type="spellEnd"/>
          </w:p>
        </w:tc>
        <w:tc>
          <w:tcPr>
            <w:tcW w:w="142" w:type="dxa"/>
            <w:vAlign w:val="bottom"/>
          </w:tcPr>
          <w:p w14:paraId="264F3629" w14:textId="004E002D"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7DD9923" w14:textId="4A79A39F" w:rsidR="000B7E99" w:rsidRPr="000B7E99" w:rsidRDefault="009960E7" w:rsidP="00D77228">
            <w:pPr>
              <w:spacing w:line="360" w:lineRule="auto"/>
              <w:rPr>
                <w:rFonts w:ascii="Arial" w:hAnsi="Arial" w:cs="Arial"/>
              </w:rPr>
            </w:pPr>
            <w:r w:rsidRPr="00484B53">
              <w:rPr>
                <w:rFonts w:ascii="Arial" w:hAnsi="Arial" w:cs="Arial"/>
              </w:rPr>
              <w:t>Belanja Fotokopi Sumatif Harian 3 Kelas Tinggi</w:t>
            </w:r>
          </w:p>
        </w:tc>
      </w:tr>
      <w:tr w:rsidR="000B7E99" w:rsidRPr="000B7E99" w14:paraId="553B938B" w14:textId="77777777" w:rsidTr="00D77228">
        <w:tc>
          <w:tcPr>
            <w:tcW w:w="1706" w:type="dxa"/>
            <w:vAlign w:val="bottom"/>
          </w:tcPr>
          <w:p w14:paraId="4E9B8DBB" w14:textId="4B696CBA"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Triwulan</w:t>
            </w:r>
            <w:proofErr w:type="spellEnd"/>
          </w:p>
        </w:tc>
        <w:tc>
          <w:tcPr>
            <w:tcW w:w="142" w:type="dxa"/>
            <w:vAlign w:val="bottom"/>
          </w:tcPr>
          <w:p w14:paraId="4099218A" w14:textId="267D061F"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DA88678" w14:textId="66702421" w:rsidR="000B7E99" w:rsidRPr="000B7E99" w:rsidRDefault="000B7E99" w:rsidP="00D77228">
            <w:pPr>
              <w:spacing w:line="360" w:lineRule="auto"/>
              <w:rPr>
                <w:rFonts w:ascii="Arial" w:hAnsi="Arial" w:cs="Arial"/>
              </w:rPr>
            </w:pPr>
            <w:r w:rsidRPr="008868F0">
              <w:rPr>
                <w:rFonts w:ascii="Arial" w:hAnsi="Arial" w:cs="Arial"/>
              </w:rPr>
              <w:t>IV (Empat)</w:t>
            </w:r>
          </w:p>
        </w:tc>
      </w:tr>
      <w:tr w:rsidR="000B7E99" w:rsidRPr="000B7E99" w14:paraId="464125A7" w14:textId="77777777" w:rsidTr="00D77228">
        <w:tc>
          <w:tcPr>
            <w:tcW w:w="1706" w:type="dxa"/>
            <w:vAlign w:val="bottom"/>
          </w:tcPr>
          <w:p w14:paraId="69980F30" w14:textId="2560A05D"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Tahun</w:t>
            </w:r>
            <w:proofErr w:type="spellEnd"/>
            <w:r w:rsidRPr="000B7E99">
              <w:rPr>
                <w:rFonts w:ascii="Arial" w:hAnsi="Arial" w:cs="Arial"/>
                <w:color w:val="000000"/>
              </w:rPr>
              <w:t xml:space="preserve"> </w:t>
            </w:r>
            <w:proofErr w:type="spellStart"/>
            <w:r w:rsidRPr="000B7E99">
              <w:rPr>
                <w:rFonts w:ascii="Arial" w:hAnsi="Arial" w:cs="Arial"/>
                <w:color w:val="000000"/>
              </w:rPr>
              <w:t>Anggaran</w:t>
            </w:r>
            <w:proofErr w:type="spellEnd"/>
          </w:p>
        </w:tc>
        <w:tc>
          <w:tcPr>
            <w:tcW w:w="142" w:type="dxa"/>
            <w:vAlign w:val="bottom"/>
          </w:tcPr>
          <w:p w14:paraId="098BA086" w14:textId="06F4E61B"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C99E05D" w14:textId="42CAD689" w:rsidR="000B7E99" w:rsidRPr="000B7E99" w:rsidRDefault="000B7E99" w:rsidP="00D77228">
            <w:pPr>
              <w:spacing w:line="360" w:lineRule="auto"/>
              <w:rPr>
                <w:rFonts w:ascii="Arial" w:hAnsi="Arial" w:cs="Arial"/>
              </w:rPr>
            </w:pPr>
            <w:r w:rsidRPr="008868F0">
              <w:rPr>
                <w:rFonts w:ascii="Arial" w:hAnsi="Arial" w:cs="Arial"/>
              </w:rPr>
              <w:t>2025</w:t>
            </w:r>
          </w:p>
        </w:tc>
      </w:tr>
    </w:tbl>
    <w:p w14:paraId="25DBCA83" w14:textId="77777777" w:rsidR="000B7E99" w:rsidRPr="0078775A" w:rsidRDefault="000B7E99" w:rsidP="000B7E99">
      <w:pPr>
        <w:spacing w:after="0"/>
        <w:rPr>
          <w:rFonts w:ascii="Arial" w:hAnsi="Arial" w:cs="Arial"/>
          <w:b/>
          <w:bCs/>
        </w:rPr>
      </w:pPr>
    </w:p>
    <w:tbl>
      <w:tblPr>
        <w:tblStyle w:val="TableGrid"/>
        <w:tblW w:w="0" w:type="auto"/>
        <w:tblCellMar>
          <w:top w:w="113" w:type="dxa"/>
          <w:left w:w="0" w:type="dxa"/>
          <w:bottom w:w="113" w:type="dxa"/>
          <w:right w:w="0" w:type="dxa"/>
        </w:tblCellMar>
        <w:tblLook w:val="04A0" w:firstRow="1" w:lastRow="0" w:firstColumn="1" w:lastColumn="0" w:noHBand="0" w:noVBand="1"/>
      </w:tblPr>
      <w:tblGrid>
        <w:gridCol w:w="9647"/>
      </w:tblGrid>
      <w:tr w:rsidR="0078775A" w:rsidRPr="0078775A" w14:paraId="030512D5" w14:textId="77777777" w:rsidTr="00A97E1A">
        <w:trPr>
          <w:tblHeader/>
        </w:trPr>
        <w:tc>
          <w:tcPr>
            <w:tcW w:w="9853" w:type="dxa"/>
            <w:shd w:val="clear" w:color="auto" w:fill="92D050"/>
          </w:tcPr>
          <w:p w14:paraId="316B78C6" w14:textId="2DE2BB2F" w:rsidR="0078775A" w:rsidRPr="0078775A" w:rsidRDefault="0078775A" w:rsidP="0078775A">
            <w:pPr>
              <w:jc w:val="center"/>
              <w:rPr>
                <w:rFonts w:ascii="Arial" w:hAnsi="Arial" w:cs="Arial"/>
                <w:b/>
                <w:bCs/>
              </w:rPr>
            </w:pPr>
            <w:r w:rsidRPr="0078775A">
              <w:rPr>
                <w:rFonts w:ascii="Arial" w:hAnsi="Arial" w:cs="Arial"/>
                <w:b/>
                <w:bCs/>
              </w:rPr>
              <w:t>FOTO PEKERJAAN/BARANG</w:t>
            </w:r>
          </w:p>
        </w:tc>
      </w:tr>
      <w:tr w:rsidR="0078775A" w:rsidRPr="0078775A" w14:paraId="26A5F984" w14:textId="77777777" w:rsidTr="00A97E1A">
        <w:tc>
          <w:tcPr>
            <w:tcW w:w="9853" w:type="dxa"/>
          </w:tcPr>
          <w:p w14:paraId="77D12FCE" w14:textId="77777777" w:rsidR="007D1CBA" w:rsidRPr="00BC2262" w:rsidRDefault="000D7B2C"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${foto1}</w:t>
            </w:r>
          </w:p>
          <w:p w14:paraId="101AA60B" w14:textId="77777777" w:rsidR="007D1CBA" w:rsidRPr="00BC2262" w:rsidRDefault="00DD4B90"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${foto2}</w:t>
            </w:r>
          </w:p>
          <w:p w14:paraId="762C508E" w14:textId="77777777" w:rsidR="0078775A" w:rsidRPr="00BC2262" w:rsidRDefault="00DD4B90"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${foto3}</w:t>
            </w:r>
          </w:p>
          <w:p w14:paraId="74B0331E" w14:textId="23FF6439" w:rsidR="0005059F" w:rsidRPr="0078775A" w:rsidRDefault="0005059F" w:rsidP="0005059F">
            <w:pPr>
              <w:jc w:val="center"/>
              <w:rPr>
                <w:rFonts w:ascii="Arial" w:hAnsi="Arial" w:cs="Arial"/>
                <w:b/>
                <w:bCs/>
              </w:rPr>
            </w:pPr>
            <w:r w:rsidRPr="00BC2262">
              <w:rPr>
                <w:rFonts w:ascii="Arial" w:hAnsi="Arial" w:cs="Arial"/>
                <w:b/>
                <w:bCs/>
                <w:color w:val="FFFFFF" w:themeColor="background1"/>
                <w:sz w:val="2"/>
                <w:szCs w:val="2"/>
              </w:rPr>
              <w:t>${foto4}</w:t>
            </w:r>
          </w:p>
        </w:tc>
      </w:tr>
    </w:tbl>
    <w:p w14:paraId="45C1F59B" w14:textId="77777777" w:rsidR="0078775A" w:rsidRDefault="0078775A" w:rsidP="0078775A">
      <w:pPr>
        <w:spacing w:after="0"/>
        <w:jc w:val="center"/>
        <w:rPr>
          <w:rFonts w:ascii="Arial" w:hAnsi="Arial" w:cs="Arial"/>
          <w:b/>
          <w:bCs/>
        </w:rPr>
      </w:pPr>
    </w:p>
    <w:p w14:paraId="1E9C88A2" w14:textId="77777777" w:rsidR="00C10267" w:rsidRPr="0078775A" w:rsidRDefault="00C10267" w:rsidP="0078775A">
      <w:pPr>
        <w:spacing w:after="0"/>
        <w:jc w:val="center"/>
        <w:rPr>
          <w:rFonts w:ascii="Arial" w:hAnsi="Arial" w:cs="Arial"/>
          <w:b/>
          <w:bCs/>
        </w:rPr>
      </w:pPr>
    </w:p>
    <w:p w14:paraId="059B8572" w14:textId="77777777" w:rsidR="0078775A" w:rsidRDefault="0078775A" w:rsidP="000B7E99">
      <w:pPr>
        <w:spacing w:after="0"/>
        <w:rPr>
          <w:rFonts w:ascii="Arial" w:hAnsi="Arial" w:cs="Arial"/>
          <w:sz w:val="24"/>
          <w:szCs w:val="24"/>
        </w:rPr>
      </w:pPr>
    </w:p>
    <w:p w14:paraId="1F4675FC" w14:textId="77777777" w:rsidR="000D7B2C" w:rsidRDefault="000D7B2C" w:rsidP="000B7E99">
      <w:pPr>
        <w:spacing w:after="0"/>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8"/>
        <w:gridCol w:w="5499"/>
      </w:tblGrid>
      <w:tr w:rsidR="000D7B2C" w:rsidRPr="00484B53" w14:paraId="46B8512E" w14:textId="77777777" w:rsidTr="008F4043">
        <w:trPr>
          <w:cantSplit/>
        </w:trPr>
        <w:tc>
          <w:tcPr>
            <w:tcW w:w="1124" w:type="dxa"/>
          </w:tcPr>
          <w:p w14:paraId="0262689D" w14:textId="77777777" w:rsidR="000D7B2C" w:rsidRPr="00484B53" w:rsidRDefault="000D7B2C" w:rsidP="008F4043">
            <w:pPr>
              <w:rPr>
                <w:rFonts w:ascii="Arial" w:hAnsi="Arial" w:cs="Arial"/>
              </w:rPr>
            </w:pPr>
          </w:p>
        </w:tc>
        <w:tc>
          <w:tcPr>
            <w:tcW w:w="157" w:type="dxa"/>
          </w:tcPr>
          <w:p w14:paraId="145401D7" w14:textId="77777777" w:rsidR="000D7B2C" w:rsidRPr="00484B53" w:rsidRDefault="000D7B2C" w:rsidP="008F4043">
            <w:pPr>
              <w:rPr>
                <w:rFonts w:ascii="Arial" w:hAnsi="Arial" w:cs="Arial"/>
              </w:rPr>
            </w:pPr>
          </w:p>
        </w:tc>
        <w:tc>
          <w:tcPr>
            <w:tcW w:w="2862" w:type="dxa"/>
          </w:tcPr>
          <w:p w14:paraId="75D74E6D" w14:textId="77777777" w:rsidR="000D7B2C" w:rsidRPr="00484B53" w:rsidRDefault="000D7B2C" w:rsidP="008F4043">
            <w:pPr>
              <w:rPr>
                <w:rFonts w:ascii="Arial" w:hAnsi="Arial" w:cs="Arial"/>
              </w:rPr>
            </w:pPr>
          </w:p>
        </w:tc>
        <w:tc>
          <w:tcPr>
            <w:tcW w:w="5504" w:type="dxa"/>
          </w:tcPr>
          <w:p w14:paraId="5FE89AB7" w14:textId="77777777" w:rsidR="000D7B2C" w:rsidRPr="00484B53" w:rsidRDefault="000D7B2C" w:rsidP="008F4043">
            <w:pPr>
              <w:jc w:val="center"/>
              <w:rPr>
                <w:rFonts w:ascii="Arial" w:hAnsi="Arial" w:cs="Arial"/>
              </w:rPr>
            </w:pPr>
            <w:proofErr w:type="spellStart"/>
            <w:r w:rsidRPr="00484B53">
              <w:rPr>
                <w:rFonts w:ascii="Arial" w:hAnsi="Arial" w:cs="Arial"/>
              </w:rPr>
              <w:t>Kepala</w:t>
            </w:r>
            <w:proofErr w:type="spellEnd"/>
            <w:r w:rsidRPr="00484B53">
              <w:rPr>
                <w:rFonts w:ascii="Arial" w:hAnsi="Arial" w:cs="Arial"/>
              </w:rPr>
              <w:t xml:space="preserve"> SD Negeri Tomang 03</w:t>
            </w:r>
          </w:p>
          <w:p w14:paraId="798446B4" w14:textId="77777777" w:rsidR="000D7B2C" w:rsidRPr="00484B53" w:rsidRDefault="000D7B2C" w:rsidP="008F4043">
            <w:pPr>
              <w:jc w:val="center"/>
              <w:rPr>
                <w:rFonts w:ascii="Arial" w:hAnsi="Arial" w:cs="Arial"/>
              </w:rPr>
            </w:pPr>
          </w:p>
          <w:p w14:paraId="62995AA1" w14:textId="77777777" w:rsidR="000D7B2C" w:rsidRPr="00484B53" w:rsidRDefault="000D7B2C" w:rsidP="008F4043">
            <w:pPr>
              <w:jc w:val="center"/>
              <w:rPr>
                <w:rFonts w:ascii="Arial" w:hAnsi="Arial" w:cs="Arial"/>
              </w:rPr>
            </w:pPr>
          </w:p>
          <w:p w14:paraId="3036BA6A" w14:textId="77777777" w:rsidR="000D7B2C" w:rsidRPr="00484B53" w:rsidRDefault="000D7B2C" w:rsidP="008F4043">
            <w:pPr>
              <w:jc w:val="center"/>
              <w:rPr>
                <w:rFonts w:ascii="Arial" w:hAnsi="Arial" w:cs="Arial"/>
              </w:rPr>
            </w:pPr>
          </w:p>
          <w:p w14:paraId="3E9A4BE0" w14:textId="77777777" w:rsidR="000D7B2C" w:rsidRPr="00484B53" w:rsidRDefault="000D7B2C" w:rsidP="008F4043">
            <w:pPr>
              <w:jc w:val="center"/>
              <w:rPr>
                <w:rFonts w:ascii="Arial" w:hAnsi="Arial" w:cs="Arial"/>
              </w:rPr>
            </w:pPr>
          </w:p>
          <w:p w14:paraId="405DA246" w14:textId="77777777" w:rsidR="000D7B2C" w:rsidRPr="00484B53" w:rsidRDefault="000D7B2C" w:rsidP="008F4043">
            <w:pPr>
              <w:jc w:val="center"/>
              <w:rPr>
                <w:rFonts w:ascii="Arial" w:hAnsi="Arial" w:cs="Arial"/>
              </w:rPr>
            </w:pPr>
            <w:r w:rsidRPr="00484B53">
              <w:rPr>
                <w:rFonts w:ascii="Arial" w:hAnsi="Arial" w:cs="Arial"/>
              </w:rPr>
              <w:t>HARYATI, S.Pd.I.</w:t>
            </w:r>
          </w:p>
          <w:p w14:paraId="63271F5C" w14:textId="77777777" w:rsidR="000D7B2C" w:rsidRPr="00484B53" w:rsidRDefault="000D7B2C" w:rsidP="008F4043">
            <w:pPr>
              <w:jc w:val="center"/>
              <w:rPr>
                <w:rFonts w:ascii="Arial" w:hAnsi="Arial" w:cs="Arial"/>
              </w:rPr>
            </w:pPr>
            <w:r w:rsidRPr="00484B53">
              <w:rPr>
                <w:rFonts w:ascii="Arial" w:hAnsi="Arial" w:cs="Arial"/>
              </w:rPr>
              <w:t>NIP ‌197110161996062001</w:t>
            </w:r>
          </w:p>
          <w:p w14:paraId="6EEAF4A5" w14:textId="77777777" w:rsidR="000D7B2C" w:rsidRPr="00484B53" w:rsidRDefault="000D7B2C" w:rsidP="008F4043">
            <w:pPr>
              <w:jc w:val="center"/>
              <w:rPr>
                <w:rFonts w:ascii="Arial" w:hAnsi="Arial" w:cs="Arial"/>
              </w:rPr>
            </w:pPr>
          </w:p>
        </w:tc>
      </w:tr>
    </w:tbl>
    <w:p w14:paraId="57A8D0E3" w14:textId="77777777" w:rsidR="000D7B2C" w:rsidRPr="00DD3A51" w:rsidRDefault="000D7B2C" w:rsidP="000B7E99">
      <w:pPr>
        <w:spacing w:after="0"/>
        <w:rPr>
          <w:rFonts w:ascii="Arial" w:hAnsi="Arial" w:cs="Arial"/>
          <w:sz w:val="24"/>
          <w:szCs w:val="24"/>
        </w:rPr>
      </w:pPr>
    </w:p>
    <w:sectPr w:rsidR="000D7B2C" w:rsidRPr="00DD3A51" w:rsidSect="0065292D">
      <w:pgSz w:w="11906" w:h="18709" w:code="20000"/>
      <w:pgMar w:top="851" w:right="851"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50FF6" w14:textId="77777777" w:rsidR="00C40305" w:rsidRDefault="00C40305" w:rsidP="00891FDB">
      <w:pPr>
        <w:spacing w:after="0" w:line="240" w:lineRule="auto"/>
      </w:pPr>
      <w:r>
        <w:separator/>
      </w:r>
    </w:p>
  </w:endnote>
  <w:endnote w:type="continuationSeparator" w:id="0">
    <w:p w14:paraId="4BF87915" w14:textId="77777777" w:rsidR="00C40305" w:rsidRDefault="00C40305" w:rsidP="00891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5658F" w14:textId="77777777" w:rsidR="00C40305" w:rsidRDefault="00C40305" w:rsidP="00891FDB">
      <w:pPr>
        <w:spacing w:after="0" w:line="240" w:lineRule="auto"/>
      </w:pPr>
      <w:r>
        <w:separator/>
      </w:r>
    </w:p>
  </w:footnote>
  <w:footnote w:type="continuationSeparator" w:id="0">
    <w:p w14:paraId="7E9955B0" w14:textId="77777777" w:rsidR="00C40305" w:rsidRDefault="00C40305" w:rsidP="00891F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35502491">
    <w:abstractNumId w:val="8"/>
  </w:num>
  <w:num w:numId="2" w16cid:durableId="294457800">
    <w:abstractNumId w:val="6"/>
  </w:num>
  <w:num w:numId="3" w16cid:durableId="1298681021">
    <w:abstractNumId w:val="5"/>
  </w:num>
  <w:num w:numId="4" w16cid:durableId="1460025076">
    <w:abstractNumId w:val="4"/>
  </w:num>
  <w:num w:numId="5" w16cid:durableId="1441559724">
    <w:abstractNumId w:val="7"/>
  </w:num>
  <w:num w:numId="6" w16cid:durableId="982122518">
    <w:abstractNumId w:val="3"/>
  </w:num>
  <w:num w:numId="7" w16cid:durableId="1227296871">
    <w:abstractNumId w:val="2"/>
  </w:num>
  <w:num w:numId="8" w16cid:durableId="620383545">
    <w:abstractNumId w:val="1"/>
  </w:num>
  <w:num w:numId="9" w16cid:durableId="956450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0D37"/>
    <w:rsid w:val="000059E3"/>
    <w:rsid w:val="00025031"/>
    <w:rsid w:val="00034616"/>
    <w:rsid w:val="0005059F"/>
    <w:rsid w:val="0006063C"/>
    <w:rsid w:val="00067ECB"/>
    <w:rsid w:val="00070B4A"/>
    <w:rsid w:val="00086C67"/>
    <w:rsid w:val="000970DA"/>
    <w:rsid w:val="000A1CCB"/>
    <w:rsid w:val="000A2EB6"/>
    <w:rsid w:val="000A4DED"/>
    <w:rsid w:val="000B7E99"/>
    <w:rsid w:val="000C7ABC"/>
    <w:rsid w:val="000D7B2C"/>
    <w:rsid w:val="000E1921"/>
    <w:rsid w:val="000E60A1"/>
    <w:rsid w:val="00100A45"/>
    <w:rsid w:val="00107470"/>
    <w:rsid w:val="00124A29"/>
    <w:rsid w:val="0014653C"/>
    <w:rsid w:val="001475B2"/>
    <w:rsid w:val="0015074B"/>
    <w:rsid w:val="0015279A"/>
    <w:rsid w:val="00196350"/>
    <w:rsid w:val="001C6C23"/>
    <w:rsid w:val="001D04B8"/>
    <w:rsid w:val="001D0E2C"/>
    <w:rsid w:val="001F480C"/>
    <w:rsid w:val="00210D23"/>
    <w:rsid w:val="00220BBD"/>
    <w:rsid w:val="002245E7"/>
    <w:rsid w:val="00235F8D"/>
    <w:rsid w:val="0026103C"/>
    <w:rsid w:val="002938C7"/>
    <w:rsid w:val="00294025"/>
    <w:rsid w:val="0029639D"/>
    <w:rsid w:val="002A534B"/>
    <w:rsid w:val="002B0F8D"/>
    <w:rsid w:val="002D6708"/>
    <w:rsid w:val="002E1170"/>
    <w:rsid w:val="002E4CB6"/>
    <w:rsid w:val="00301ABA"/>
    <w:rsid w:val="0031058E"/>
    <w:rsid w:val="00314051"/>
    <w:rsid w:val="00326F90"/>
    <w:rsid w:val="00353D53"/>
    <w:rsid w:val="003729C9"/>
    <w:rsid w:val="00375037"/>
    <w:rsid w:val="00375EE9"/>
    <w:rsid w:val="003907A3"/>
    <w:rsid w:val="003B00D3"/>
    <w:rsid w:val="003D356F"/>
    <w:rsid w:val="003D57EF"/>
    <w:rsid w:val="003D62FC"/>
    <w:rsid w:val="003D63F0"/>
    <w:rsid w:val="003E3B49"/>
    <w:rsid w:val="003F0582"/>
    <w:rsid w:val="003F20FD"/>
    <w:rsid w:val="0041345D"/>
    <w:rsid w:val="00417A54"/>
    <w:rsid w:val="00423D35"/>
    <w:rsid w:val="00432CD7"/>
    <w:rsid w:val="00453F73"/>
    <w:rsid w:val="0045684C"/>
    <w:rsid w:val="00481EE9"/>
    <w:rsid w:val="00484B53"/>
    <w:rsid w:val="004A33CF"/>
    <w:rsid w:val="004B18A6"/>
    <w:rsid w:val="004B4364"/>
    <w:rsid w:val="004B650B"/>
    <w:rsid w:val="004B675E"/>
    <w:rsid w:val="004B7129"/>
    <w:rsid w:val="004E55FC"/>
    <w:rsid w:val="004F61A0"/>
    <w:rsid w:val="00525579"/>
    <w:rsid w:val="00537F07"/>
    <w:rsid w:val="00545940"/>
    <w:rsid w:val="00546538"/>
    <w:rsid w:val="00546C6B"/>
    <w:rsid w:val="005564A3"/>
    <w:rsid w:val="005759B3"/>
    <w:rsid w:val="0058136A"/>
    <w:rsid w:val="005B1A31"/>
    <w:rsid w:val="005B23AB"/>
    <w:rsid w:val="005C27F4"/>
    <w:rsid w:val="005E7C74"/>
    <w:rsid w:val="005F20E9"/>
    <w:rsid w:val="00611686"/>
    <w:rsid w:val="0064340B"/>
    <w:rsid w:val="00652014"/>
    <w:rsid w:val="0065292D"/>
    <w:rsid w:val="0065302B"/>
    <w:rsid w:val="00663005"/>
    <w:rsid w:val="00665F17"/>
    <w:rsid w:val="006921F8"/>
    <w:rsid w:val="006A11CC"/>
    <w:rsid w:val="006B644E"/>
    <w:rsid w:val="006C5F14"/>
    <w:rsid w:val="006D0485"/>
    <w:rsid w:val="006E3D56"/>
    <w:rsid w:val="006E6433"/>
    <w:rsid w:val="0070319E"/>
    <w:rsid w:val="0073720F"/>
    <w:rsid w:val="007469B6"/>
    <w:rsid w:val="0075312C"/>
    <w:rsid w:val="007570F3"/>
    <w:rsid w:val="00761789"/>
    <w:rsid w:val="00775F73"/>
    <w:rsid w:val="007764BB"/>
    <w:rsid w:val="0078529B"/>
    <w:rsid w:val="0078775A"/>
    <w:rsid w:val="007B1D21"/>
    <w:rsid w:val="007B5B00"/>
    <w:rsid w:val="007C0D8C"/>
    <w:rsid w:val="007D1CBA"/>
    <w:rsid w:val="007E1A07"/>
    <w:rsid w:val="00804DE9"/>
    <w:rsid w:val="00812880"/>
    <w:rsid w:val="00814CA3"/>
    <w:rsid w:val="00815C0A"/>
    <w:rsid w:val="00831979"/>
    <w:rsid w:val="008376C6"/>
    <w:rsid w:val="00842A5E"/>
    <w:rsid w:val="00844CBE"/>
    <w:rsid w:val="00864098"/>
    <w:rsid w:val="0088458F"/>
    <w:rsid w:val="00886FEF"/>
    <w:rsid w:val="00891FDB"/>
    <w:rsid w:val="00895FC4"/>
    <w:rsid w:val="008A44C0"/>
    <w:rsid w:val="008B7638"/>
    <w:rsid w:val="008D53B1"/>
    <w:rsid w:val="008E7519"/>
    <w:rsid w:val="009155A7"/>
    <w:rsid w:val="009233AA"/>
    <w:rsid w:val="009329E0"/>
    <w:rsid w:val="00935A30"/>
    <w:rsid w:val="00941234"/>
    <w:rsid w:val="00952D80"/>
    <w:rsid w:val="0096457E"/>
    <w:rsid w:val="009735A7"/>
    <w:rsid w:val="00977112"/>
    <w:rsid w:val="00984327"/>
    <w:rsid w:val="009960E7"/>
    <w:rsid w:val="009A5E9B"/>
    <w:rsid w:val="009A648C"/>
    <w:rsid w:val="009A7ECE"/>
    <w:rsid w:val="009B5743"/>
    <w:rsid w:val="009C0E40"/>
    <w:rsid w:val="009C286B"/>
    <w:rsid w:val="009D0BE4"/>
    <w:rsid w:val="009D52AC"/>
    <w:rsid w:val="009D5C20"/>
    <w:rsid w:val="009E098C"/>
    <w:rsid w:val="009F0A91"/>
    <w:rsid w:val="00A027BF"/>
    <w:rsid w:val="00A12E15"/>
    <w:rsid w:val="00A1779C"/>
    <w:rsid w:val="00A25021"/>
    <w:rsid w:val="00A32A05"/>
    <w:rsid w:val="00A41D78"/>
    <w:rsid w:val="00A503FB"/>
    <w:rsid w:val="00A51CA4"/>
    <w:rsid w:val="00A97E1A"/>
    <w:rsid w:val="00AA1D8D"/>
    <w:rsid w:val="00AC08FB"/>
    <w:rsid w:val="00AC75A9"/>
    <w:rsid w:val="00AF4246"/>
    <w:rsid w:val="00AF49B7"/>
    <w:rsid w:val="00B102B6"/>
    <w:rsid w:val="00B2100D"/>
    <w:rsid w:val="00B35141"/>
    <w:rsid w:val="00B435DF"/>
    <w:rsid w:val="00B44E4A"/>
    <w:rsid w:val="00B44FA9"/>
    <w:rsid w:val="00B47730"/>
    <w:rsid w:val="00B63225"/>
    <w:rsid w:val="00BC2262"/>
    <w:rsid w:val="00BD6779"/>
    <w:rsid w:val="00BE36E6"/>
    <w:rsid w:val="00BE70AA"/>
    <w:rsid w:val="00C10267"/>
    <w:rsid w:val="00C11A80"/>
    <w:rsid w:val="00C11CEC"/>
    <w:rsid w:val="00C151FE"/>
    <w:rsid w:val="00C23FD9"/>
    <w:rsid w:val="00C247ED"/>
    <w:rsid w:val="00C32FA7"/>
    <w:rsid w:val="00C40305"/>
    <w:rsid w:val="00C422DD"/>
    <w:rsid w:val="00C44D5F"/>
    <w:rsid w:val="00C538C8"/>
    <w:rsid w:val="00C747C6"/>
    <w:rsid w:val="00C74B50"/>
    <w:rsid w:val="00C75594"/>
    <w:rsid w:val="00C80641"/>
    <w:rsid w:val="00CA050F"/>
    <w:rsid w:val="00CB0664"/>
    <w:rsid w:val="00CB1DA3"/>
    <w:rsid w:val="00CB32B8"/>
    <w:rsid w:val="00CC6D99"/>
    <w:rsid w:val="00CD5FB4"/>
    <w:rsid w:val="00CE432C"/>
    <w:rsid w:val="00CF343E"/>
    <w:rsid w:val="00CF70EA"/>
    <w:rsid w:val="00D0546F"/>
    <w:rsid w:val="00D403D1"/>
    <w:rsid w:val="00D53A55"/>
    <w:rsid w:val="00D62509"/>
    <w:rsid w:val="00D77228"/>
    <w:rsid w:val="00D8735A"/>
    <w:rsid w:val="00D93785"/>
    <w:rsid w:val="00DB4A21"/>
    <w:rsid w:val="00DC6566"/>
    <w:rsid w:val="00DD3A51"/>
    <w:rsid w:val="00DD43B3"/>
    <w:rsid w:val="00DD4B90"/>
    <w:rsid w:val="00E110E8"/>
    <w:rsid w:val="00E26142"/>
    <w:rsid w:val="00E41668"/>
    <w:rsid w:val="00E50303"/>
    <w:rsid w:val="00E55590"/>
    <w:rsid w:val="00E71C39"/>
    <w:rsid w:val="00EA0CF5"/>
    <w:rsid w:val="00EB0704"/>
    <w:rsid w:val="00ED3823"/>
    <w:rsid w:val="00EE13B5"/>
    <w:rsid w:val="00EF618A"/>
    <w:rsid w:val="00F0513E"/>
    <w:rsid w:val="00F30020"/>
    <w:rsid w:val="00F31075"/>
    <w:rsid w:val="00F500DB"/>
    <w:rsid w:val="00F579CC"/>
    <w:rsid w:val="00F94F59"/>
    <w:rsid w:val="00F96064"/>
    <w:rsid w:val="00F97374"/>
    <w:rsid w:val="00FC693F"/>
    <w:rsid w:val="00FF0AFD"/>
    <w:rsid w:val="00FF71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80C87E"/>
  <w14:defaultImageDpi w14:val="330"/>
  <w15:docId w15:val="{3AB77A6D-C9C6-481D-B40D-968992276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583</TotalTime>
  <Pages>3</Pages>
  <Words>467</Words>
  <Characters>2666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SDN Tomang 03 Jakarta</cp:lastModifiedBy>
  <cp:revision>186</cp:revision>
  <dcterms:created xsi:type="dcterms:W3CDTF">2013-12-23T23:15:00Z</dcterms:created>
  <dcterms:modified xsi:type="dcterms:W3CDTF">2026-01-15T21:59:00Z</dcterms:modified>
  <cp:category/>
</cp:coreProperties>
</file>