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45B83A66" w14:textId="77777777" w:rsidTr="00CE3584">
        <w:tc>
          <w:tcPr>
            <w:tcW w:w="1668" w:type="dxa"/>
          </w:tcPr>
          <w:p w14:paraId="1ECC3B7E" w14:textId="77777777" w:rsidR="00006C63" w:rsidRDefault="00006C63" w:rsidP="00CE3584">
            <w:pPr>
              <w:rPr>
                <w:rFonts w:ascii="Arial" w:eastAsia="Arial" w:hAnsi="Arial" w:cs="Arial"/>
              </w:rPr>
            </w:pPr>
            <w:r>
              <w:rPr>
                <w:noProof/>
              </w:rPr>
              <w:drawing>
                <wp:inline distT="0" distB="0" distL="0" distR="0" wp14:anchorId="2A944837" wp14:editId="15A32DC4">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1C1319D5"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23D2B7AE"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5DD43A2"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74788B3E"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F82D138"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68A12962"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9BD7EDB"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47A546A7"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640D9779" w14:textId="77777777" w:rsidR="00006C63" w:rsidRDefault="00006C63" w:rsidP="00006C6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006C63" w:rsidRPr="00484B53" w14:paraId="4719664F" w14:textId="77777777" w:rsidTr="00CE3584">
        <w:tc>
          <w:tcPr>
            <w:tcW w:w="1123" w:type="dxa"/>
          </w:tcPr>
          <w:p w14:paraId="7878E853" w14:textId="77777777" w:rsidR="00006C63" w:rsidRPr="00484B53" w:rsidRDefault="00006C63" w:rsidP="00CE3584">
            <w:pPr>
              <w:rPr>
                <w:rFonts w:ascii="Arial" w:hAnsi="Arial" w:cs="Arial"/>
              </w:rPr>
            </w:pPr>
            <w:proofErr w:type="spellStart"/>
            <w:r w:rsidRPr="00484B53">
              <w:rPr>
                <w:rFonts w:ascii="Arial" w:hAnsi="Arial" w:cs="Arial"/>
              </w:rPr>
              <w:t>Nomor</w:t>
            </w:r>
            <w:proofErr w:type="spellEnd"/>
          </w:p>
        </w:tc>
        <w:tc>
          <w:tcPr>
            <w:tcW w:w="157" w:type="dxa"/>
          </w:tcPr>
          <w:p w14:paraId="5175C385"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2DDA9976" w14:textId="77777777" w:rsidR="00006C63" w:rsidRPr="00484B53" w:rsidRDefault="00006C63" w:rsidP="00CE3584">
            <w:pPr>
              <w:rPr>
                <w:rFonts w:ascii="Arial" w:hAnsi="Arial" w:cs="Arial"/>
              </w:rPr>
            </w:pPr>
            <w:r w:rsidRPr="00484B53">
              <w:rPr>
                <w:rFonts w:ascii="Arial" w:hAnsi="Arial" w:cs="Arial"/>
              </w:rPr>
              <w:t>292 /UD.02.02 </w:t>
            </w:r>
          </w:p>
        </w:tc>
        <w:tc>
          <w:tcPr>
            <w:tcW w:w="539" w:type="dxa"/>
          </w:tcPr>
          <w:p w14:paraId="363E1D08" w14:textId="77777777" w:rsidR="00006C63" w:rsidRPr="00484B53" w:rsidRDefault="00006C63" w:rsidP="00CE3584">
            <w:pPr>
              <w:rPr>
                <w:rFonts w:ascii="Arial" w:hAnsi="Arial" w:cs="Arial"/>
              </w:rPr>
            </w:pPr>
          </w:p>
        </w:tc>
        <w:tc>
          <w:tcPr>
            <w:tcW w:w="446" w:type="dxa"/>
          </w:tcPr>
          <w:p w14:paraId="07EC9B98" w14:textId="77777777" w:rsidR="00006C63" w:rsidRPr="00484B53" w:rsidRDefault="00006C63" w:rsidP="00CE3584">
            <w:pPr>
              <w:rPr>
                <w:rFonts w:ascii="Arial" w:hAnsi="Arial" w:cs="Arial"/>
              </w:rPr>
            </w:pPr>
          </w:p>
        </w:tc>
        <w:tc>
          <w:tcPr>
            <w:tcW w:w="4513" w:type="dxa"/>
          </w:tcPr>
          <w:p w14:paraId="1B19C7F9" w14:textId="77777777" w:rsidR="00006C63" w:rsidRPr="00484B53" w:rsidRDefault="00006C63" w:rsidP="00CE3584">
            <w:pPr>
              <w:rPr>
                <w:rFonts w:ascii="Arial" w:hAnsi="Arial" w:cs="Arial"/>
              </w:rPr>
            </w:pPr>
            <w:r w:rsidRPr="00484B53">
              <w:rPr>
                <w:rFonts w:ascii="Arial" w:hAnsi="Arial" w:cs="Arial"/>
              </w:rPr>
              <w:t>07 November 2025</w:t>
            </w:r>
          </w:p>
        </w:tc>
      </w:tr>
      <w:tr w:rsidR="00006C63" w:rsidRPr="00484B53" w14:paraId="37FA2805" w14:textId="77777777" w:rsidTr="00CE3584">
        <w:tc>
          <w:tcPr>
            <w:tcW w:w="1123" w:type="dxa"/>
          </w:tcPr>
          <w:p w14:paraId="3476D026" w14:textId="77777777" w:rsidR="00006C63" w:rsidRPr="00484B53" w:rsidRDefault="00006C63" w:rsidP="00CE3584">
            <w:pPr>
              <w:rPr>
                <w:rFonts w:ascii="Arial" w:hAnsi="Arial" w:cs="Arial"/>
              </w:rPr>
            </w:pPr>
            <w:r w:rsidRPr="00484B53">
              <w:rPr>
                <w:rFonts w:ascii="Arial" w:hAnsi="Arial" w:cs="Arial"/>
              </w:rPr>
              <w:t>Sifat</w:t>
            </w:r>
          </w:p>
        </w:tc>
        <w:tc>
          <w:tcPr>
            <w:tcW w:w="157" w:type="dxa"/>
          </w:tcPr>
          <w:p w14:paraId="4D1C076A"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47553D88" w14:textId="77777777" w:rsidR="00006C63" w:rsidRPr="00484B53" w:rsidRDefault="00006C63" w:rsidP="00CE3584">
            <w:pPr>
              <w:rPr>
                <w:rFonts w:ascii="Arial" w:hAnsi="Arial" w:cs="Arial"/>
              </w:rPr>
            </w:pPr>
            <w:proofErr w:type="spellStart"/>
            <w:r w:rsidRPr="00484B53">
              <w:rPr>
                <w:rFonts w:ascii="Arial" w:hAnsi="Arial" w:cs="Arial"/>
              </w:rPr>
              <w:t>Penting</w:t>
            </w:r>
            <w:proofErr w:type="spellEnd"/>
          </w:p>
        </w:tc>
        <w:tc>
          <w:tcPr>
            <w:tcW w:w="539" w:type="dxa"/>
          </w:tcPr>
          <w:p w14:paraId="2C2663F2" w14:textId="77777777" w:rsidR="00006C63" w:rsidRPr="00484B53" w:rsidRDefault="00006C63" w:rsidP="00CE3584">
            <w:pPr>
              <w:rPr>
                <w:rFonts w:ascii="Arial" w:hAnsi="Arial" w:cs="Arial"/>
              </w:rPr>
            </w:pPr>
          </w:p>
        </w:tc>
        <w:tc>
          <w:tcPr>
            <w:tcW w:w="446" w:type="dxa"/>
          </w:tcPr>
          <w:p w14:paraId="57D51713" w14:textId="77777777" w:rsidR="00006C63" w:rsidRPr="00484B53" w:rsidRDefault="00006C63" w:rsidP="00CE3584">
            <w:pPr>
              <w:rPr>
                <w:rFonts w:ascii="Arial" w:hAnsi="Arial" w:cs="Arial"/>
              </w:rPr>
            </w:pPr>
          </w:p>
        </w:tc>
        <w:tc>
          <w:tcPr>
            <w:tcW w:w="4513" w:type="dxa"/>
          </w:tcPr>
          <w:p w14:paraId="24E31DC7" w14:textId="77777777" w:rsidR="00006C63" w:rsidRPr="00484B53" w:rsidRDefault="00006C63" w:rsidP="00CE3584">
            <w:pPr>
              <w:tabs>
                <w:tab w:val="left" w:pos="450"/>
              </w:tabs>
              <w:rPr>
                <w:rFonts w:ascii="Arial" w:hAnsi="Arial" w:cs="Arial"/>
              </w:rPr>
            </w:pPr>
          </w:p>
        </w:tc>
      </w:tr>
      <w:tr w:rsidR="00006C63" w:rsidRPr="00484B53" w14:paraId="5E7121DA" w14:textId="77777777" w:rsidTr="00CE3584">
        <w:tc>
          <w:tcPr>
            <w:tcW w:w="1123" w:type="dxa"/>
          </w:tcPr>
          <w:p w14:paraId="12DE21A9" w14:textId="77777777" w:rsidR="00006C63" w:rsidRPr="00484B53" w:rsidRDefault="00006C63" w:rsidP="00CE3584">
            <w:pPr>
              <w:rPr>
                <w:rFonts w:ascii="Arial" w:hAnsi="Arial" w:cs="Arial"/>
              </w:rPr>
            </w:pPr>
            <w:r w:rsidRPr="00484B53">
              <w:rPr>
                <w:rFonts w:ascii="Arial" w:hAnsi="Arial" w:cs="Arial"/>
              </w:rPr>
              <w:t>Lampiran</w:t>
            </w:r>
          </w:p>
        </w:tc>
        <w:tc>
          <w:tcPr>
            <w:tcW w:w="157" w:type="dxa"/>
          </w:tcPr>
          <w:p w14:paraId="6EBDFBB3"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096E01C9" w14:textId="77777777" w:rsidR="00006C63" w:rsidRPr="00484B53" w:rsidRDefault="00006C63" w:rsidP="00CE3584">
            <w:pPr>
              <w:rPr>
                <w:rFonts w:ascii="Arial" w:hAnsi="Arial" w:cs="Arial"/>
              </w:rPr>
            </w:pPr>
            <w:r w:rsidRPr="00484B53">
              <w:rPr>
                <w:rFonts w:ascii="Arial" w:hAnsi="Arial" w:cs="Arial"/>
              </w:rPr>
              <w:t xml:space="preserve"> -</w:t>
            </w:r>
          </w:p>
        </w:tc>
        <w:tc>
          <w:tcPr>
            <w:tcW w:w="539" w:type="dxa"/>
          </w:tcPr>
          <w:p w14:paraId="5C4723F4" w14:textId="77777777" w:rsidR="00006C63" w:rsidRPr="00484B53" w:rsidRDefault="00006C63" w:rsidP="00CE3584">
            <w:pPr>
              <w:rPr>
                <w:rFonts w:ascii="Arial" w:hAnsi="Arial" w:cs="Arial"/>
              </w:rPr>
            </w:pPr>
          </w:p>
        </w:tc>
        <w:tc>
          <w:tcPr>
            <w:tcW w:w="446" w:type="dxa"/>
          </w:tcPr>
          <w:p w14:paraId="303B40BA" w14:textId="77777777" w:rsidR="00006C63" w:rsidRPr="00484B53" w:rsidRDefault="00006C63" w:rsidP="00CE3584">
            <w:pPr>
              <w:rPr>
                <w:rFonts w:ascii="Arial" w:hAnsi="Arial" w:cs="Arial"/>
              </w:rPr>
            </w:pPr>
          </w:p>
        </w:tc>
        <w:tc>
          <w:tcPr>
            <w:tcW w:w="4513" w:type="dxa"/>
          </w:tcPr>
          <w:p w14:paraId="6C2EE76D" w14:textId="77777777" w:rsidR="00006C63" w:rsidRPr="00484B53" w:rsidRDefault="00006C63" w:rsidP="00CE3584">
            <w:pPr>
              <w:rPr>
                <w:rFonts w:ascii="Arial" w:hAnsi="Arial" w:cs="Arial"/>
              </w:rPr>
            </w:pPr>
          </w:p>
        </w:tc>
      </w:tr>
      <w:tr w:rsidR="00006C63" w:rsidRPr="00484B53" w14:paraId="2599484B" w14:textId="77777777" w:rsidTr="00CE3584">
        <w:tc>
          <w:tcPr>
            <w:tcW w:w="1123" w:type="dxa"/>
          </w:tcPr>
          <w:p w14:paraId="352C9FB5" w14:textId="77777777" w:rsidR="00006C63" w:rsidRPr="00484B53" w:rsidRDefault="00006C63" w:rsidP="00CE3584">
            <w:pPr>
              <w:rPr>
                <w:rFonts w:ascii="Arial" w:hAnsi="Arial" w:cs="Arial"/>
              </w:rPr>
            </w:pPr>
            <w:proofErr w:type="spellStart"/>
            <w:r w:rsidRPr="00484B53">
              <w:rPr>
                <w:rFonts w:ascii="Arial" w:hAnsi="Arial" w:cs="Arial"/>
              </w:rPr>
              <w:t>Perihal</w:t>
            </w:r>
            <w:proofErr w:type="spellEnd"/>
          </w:p>
        </w:tc>
        <w:tc>
          <w:tcPr>
            <w:tcW w:w="157" w:type="dxa"/>
          </w:tcPr>
          <w:p w14:paraId="0BF7B1BB" w14:textId="77777777" w:rsidR="00006C63" w:rsidRPr="00484B53" w:rsidRDefault="00006C63" w:rsidP="00CE3584">
            <w:pPr>
              <w:rPr>
                <w:rFonts w:ascii="Arial" w:hAnsi="Arial" w:cs="Arial"/>
              </w:rPr>
            </w:pPr>
            <w:r w:rsidRPr="00484B53">
              <w:rPr>
                <w:rFonts w:ascii="Arial" w:hAnsi="Arial" w:cs="Arial"/>
              </w:rPr>
              <w:t>:</w:t>
            </w:r>
          </w:p>
        </w:tc>
        <w:tc>
          <w:tcPr>
            <w:tcW w:w="2859" w:type="dxa"/>
            <w:vMerge w:val="restart"/>
          </w:tcPr>
          <w:p w14:paraId="386A17A5" w14:textId="77777777" w:rsidR="00006C63" w:rsidRPr="00484B53" w:rsidRDefault="00006C63" w:rsidP="00CE3584">
            <w:pPr>
              <w:rPr>
                <w:rFonts w:ascii="Arial" w:hAnsi="Arial" w:cs="Arial"/>
              </w:rPr>
            </w:pPr>
            <w:proofErr w:type="spellStart"/>
            <w:r w:rsidRPr="00484B53">
              <w:rPr>
                <w:rFonts w:ascii="Arial" w:hAnsi="Arial" w:cs="Arial"/>
              </w:rPr>
              <w:t>Permintaan</w:t>
            </w:r>
            <w:proofErr w:type="spellEnd"/>
            <w:r w:rsidRPr="00484B53">
              <w:rPr>
                <w:rFonts w:ascii="Arial" w:hAnsi="Arial" w:cs="Arial"/>
              </w:rPr>
              <w:t xml:space="preserve"> Harga Belanja Alat Kebersihan</w:t>
            </w:r>
          </w:p>
        </w:tc>
        <w:tc>
          <w:tcPr>
            <w:tcW w:w="539" w:type="dxa"/>
          </w:tcPr>
          <w:p w14:paraId="5919DE12" w14:textId="77777777" w:rsidR="00006C63" w:rsidRPr="00484B53" w:rsidRDefault="00006C63" w:rsidP="00CE3584">
            <w:pPr>
              <w:rPr>
                <w:rFonts w:ascii="Arial" w:hAnsi="Arial" w:cs="Arial"/>
              </w:rPr>
            </w:pPr>
          </w:p>
        </w:tc>
        <w:tc>
          <w:tcPr>
            <w:tcW w:w="446" w:type="dxa"/>
          </w:tcPr>
          <w:p w14:paraId="50693D2B" w14:textId="77777777" w:rsidR="00006C63" w:rsidRPr="00484B53" w:rsidRDefault="00006C63" w:rsidP="00CE3584">
            <w:pPr>
              <w:rPr>
                <w:rFonts w:ascii="Arial" w:hAnsi="Arial" w:cs="Arial"/>
              </w:rPr>
            </w:pPr>
          </w:p>
        </w:tc>
        <w:tc>
          <w:tcPr>
            <w:tcW w:w="4513" w:type="dxa"/>
          </w:tcPr>
          <w:p w14:paraId="705C7249" w14:textId="77777777" w:rsidR="00006C63" w:rsidRPr="00484B53" w:rsidRDefault="00006C63"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006C63" w:rsidRPr="00484B53" w14:paraId="1A084AA8" w14:textId="77777777" w:rsidTr="00CE3584">
        <w:trPr>
          <w:trHeight w:val="91"/>
        </w:trPr>
        <w:tc>
          <w:tcPr>
            <w:tcW w:w="1123" w:type="dxa"/>
          </w:tcPr>
          <w:p w14:paraId="04771CC6" w14:textId="77777777" w:rsidR="00006C63" w:rsidRPr="00484B53" w:rsidRDefault="00006C63" w:rsidP="00CE3584">
            <w:pPr>
              <w:rPr>
                <w:rFonts w:ascii="Arial" w:hAnsi="Arial" w:cs="Arial"/>
              </w:rPr>
            </w:pPr>
          </w:p>
        </w:tc>
        <w:tc>
          <w:tcPr>
            <w:tcW w:w="157" w:type="dxa"/>
          </w:tcPr>
          <w:p w14:paraId="68977BE5" w14:textId="77777777" w:rsidR="00006C63" w:rsidRPr="00484B53" w:rsidRDefault="00006C63" w:rsidP="00CE3584">
            <w:pPr>
              <w:rPr>
                <w:rFonts w:ascii="Arial" w:hAnsi="Arial" w:cs="Arial"/>
              </w:rPr>
            </w:pPr>
          </w:p>
        </w:tc>
        <w:tc>
          <w:tcPr>
            <w:tcW w:w="2859" w:type="dxa"/>
            <w:vMerge/>
          </w:tcPr>
          <w:p w14:paraId="1678E13A" w14:textId="77777777" w:rsidR="00006C63" w:rsidRPr="00484B53" w:rsidRDefault="00006C63" w:rsidP="00CE3584">
            <w:pPr>
              <w:rPr>
                <w:rFonts w:ascii="Arial" w:hAnsi="Arial" w:cs="Arial"/>
              </w:rPr>
            </w:pPr>
          </w:p>
        </w:tc>
        <w:tc>
          <w:tcPr>
            <w:tcW w:w="539" w:type="dxa"/>
          </w:tcPr>
          <w:p w14:paraId="36652A2A" w14:textId="77777777" w:rsidR="00006C63" w:rsidRPr="00484B53" w:rsidRDefault="00006C63" w:rsidP="00CE3584">
            <w:pPr>
              <w:rPr>
                <w:rFonts w:ascii="Arial" w:hAnsi="Arial" w:cs="Arial"/>
              </w:rPr>
            </w:pPr>
          </w:p>
        </w:tc>
        <w:tc>
          <w:tcPr>
            <w:tcW w:w="446" w:type="dxa"/>
          </w:tcPr>
          <w:p w14:paraId="620F5AA8" w14:textId="77777777" w:rsidR="00006C63" w:rsidRPr="00484B53" w:rsidRDefault="00006C63"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0215D13A" w14:textId="77777777" w:rsidR="00006C63" w:rsidRPr="00484B53" w:rsidRDefault="00006C63" w:rsidP="00CE3584">
            <w:pPr>
              <w:rPr>
                <w:rFonts w:ascii="Arial" w:hAnsi="Arial" w:cs="Arial"/>
              </w:rPr>
            </w:pPr>
            <w:r w:rsidRPr="00484B53">
              <w:rPr>
                <w:rFonts w:ascii="Arial" w:hAnsi="Arial" w:cs="Arial"/>
              </w:rPr>
              <w:t>CV. WILDAN SARANA USAHA</w:t>
            </w:r>
          </w:p>
        </w:tc>
      </w:tr>
      <w:tr w:rsidR="00006C63" w:rsidRPr="00484B53" w14:paraId="26F31EAA" w14:textId="77777777" w:rsidTr="00CE3584">
        <w:trPr>
          <w:trHeight w:val="333"/>
        </w:trPr>
        <w:tc>
          <w:tcPr>
            <w:tcW w:w="1123" w:type="dxa"/>
          </w:tcPr>
          <w:p w14:paraId="4B24C56E" w14:textId="77777777" w:rsidR="00006C63" w:rsidRPr="00484B53" w:rsidRDefault="00006C63" w:rsidP="00CE3584">
            <w:pPr>
              <w:rPr>
                <w:rFonts w:ascii="Arial" w:hAnsi="Arial" w:cs="Arial"/>
              </w:rPr>
            </w:pPr>
          </w:p>
        </w:tc>
        <w:tc>
          <w:tcPr>
            <w:tcW w:w="157" w:type="dxa"/>
          </w:tcPr>
          <w:p w14:paraId="5CB6F8DB" w14:textId="77777777" w:rsidR="00006C63" w:rsidRPr="00484B53" w:rsidRDefault="00006C63" w:rsidP="00CE3584">
            <w:pPr>
              <w:rPr>
                <w:rFonts w:ascii="Arial" w:hAnsi="Arial" w:cs="Arial"/>
              </w:rPr>
            </w:pPr>
          </w:p>
        </w:tc>
        <w:tc>
          <w:tcPr>
            <w:tcW w:w="2859" w:type="dxa"/>
            <w:vMerge/>
          </w:tcPr>
          <w:p w14:paraId="7275D8F9" w14:textId="77777777" w:rsidR="00006C63" w:rsidRPr="00484B53" w:rsidRDefault="00006C63" w:rsidP="00CE3584">
            <w:pPr>
              <w:rPr>
                <w:rFonts w:ascii="Arial" w:hAnsi="Arial" w:cs="Arial"/>
              </w:rPr>
            </w:pPr>
          </w:p>
        </w:tc>
        <w:tc>
          <w:tcPr>
            <w:tcW w:w="539" w:type="dxa"/>
          </w:tcPr>
          <w:p w14:paraId="2E11CC7B" w14:textId="77777777" w:rsidR="00006C63" w:rsidRPr="00484B53" w:rsidRDefault="00006C63" w:rsidP="00CE3584">
            <w:pPr>
              <w:rPr>
                <w:rFonts w:ascii="Arial" w:hAnsi="Arial" w:cs="Arial"/>
              </w:rPr>
            </w:pPr>
          </w:p>
        </w:tc>
        <w:tc>
          <w:tcPr>
            <w:tcW w:w="446" w:type="dxa"/>
          </w:tcPr>
          <w:p w14:paraId="7BDE669E" w14:textId="77777777" w:rsidR="00006C63" w:rsidRPr="00484B53" w:rsidRDefault="00006C63" w:rsidP="00CE3584">
            <w:pPr>
              <w:rPr>
                <w:rFonts w:ascii="Arial" w:hAnsi="Arial" w:cs="Arial"/>
              </w:rPr>
            </w:pPr>
          </w:p>
        </w:tc>
        <w:tc>
          <w:tcPr>
            <w:tcW w:w="4513" w:type="dxa"/>
          </w:tcPr>
          <w:p w14:paraId="1E13B6BC" w14:textId="77777777" w:rsidR="00006C63" w:rsidRPr="00484B53" w:rsidRDefault="00006C63" w:rsidP="00CE3584">
            <w:pPr>
              <w:rPr>
                <w:rFonts w:ascii="Arial" w:hAnsi="Arial" w:cs="Arial"/>
              </w:rPr>
            </w:pPr>
            <w:r w:rsidRPr="00484B53">
              <w:rPr>
                <w:rFonts w:ascii="Arial" w:hAnsi="Arial" w:cs="Arial"/>
              </w:rPr>
              <w:t>Ruku Permata Regency Blok D No. 37</w:t>
            </w:r>
          </w:p>
          <w:p w14:paraId="7555FD2C" w14:textId="77777777" w:rsidR="00006C63" w:rsidRPr="00484B53" w:rsidRDefault="00006C63" w:rsidP="00CE3584">
            <w:pPr>
              <w:rPr>
                <w:rFonts w:ascii="Arial" w:hAnsi="Arial" w:cs="Arial"/>
              </w:rPr>
            </w:pPr>
            <w:r w:rsidRPr="00484B53">
              <w:rPr>
                <w:rFonts w:ascii="Arial" w:hAnsi="Arial" w:cs="Arial"/>
              </w:rPr>
              <w:t xml:space="preserve">Kel. Srengseng, Kec. Kembangan </w:t>
            </w:r>
          </w:p>
          <w:p w14:paraId="7EDE67A2" w14:textId="77777777" w:rsidR="00006C63" w:rsidRPr="00484B53" w:rsidRDefault="00006C63" w:rsidP="00CE3584">
            <w:pPr>
              <w:rPr>
                <w:rFonts w:ascii="Arial" w:hAnsi="Arial" w:cs="Arial"/>
              </w:rPr>
            </w:pPr>
            <w:r w:rsidRPr="00484B53">
              <w:rPr>
                <w:rFonts w:ascii="Arial" w:hAnsi="Arial" w:cs="Arial"/>
              </w:rPr>
              <w:t>di</w:t>
            </w:r>
          </w:p>
          <w:p w14:paraId="353AAC5C" w14:textId="77777777" w:rsidR="00006C63" w:rsidRPr="00484B53" w:rsidRDefault="00006C63" w:rsidP="00CE3584">
            <w:pPr>
              <w:tabs>
                <w:tab w:val="left" w:pos="409"/>
              </w:tabs>
              <w:rPr>
                <w:rFonts w:ascii="Arial" w:hAnsi="Arial" w:cs="Arial"/>
              </w:rPr>
            </w:pPr>
            <w:r w:rsidRPr="00484B53">
              <w:rPr>
                <w:rFonts w:ascii="Arial" w:hAnsi="Arial" w:cs="Arial"/>
              </w:rPr>
              <w:tab/>
              <w:t>Jakarta</w:t>
            </w:r>
          </w:p>
        </w:tc>
      </w:tr>
      <w:tr w:rsidR="00006C63" w:rsidRPr="00484B53" w14:paraId="168A0398" w14:textId="77777777" w:rsidTr="00CE3584">
        <w:trPr>
          <w:trHeight w:val="333"/>
        </w:trPr>
        <w:tc>
          <w:tcPr>
            <w:tcW w:w="1123" w:type="dxa"/>
          </w:tcPr>
          <w:p w14:paraId="57EC200C" w14:textId="77777777" w:rsidR="00006C63" w:rsidRPr="00484B53" w:rsidRDefault="00006C63" w:rsidP="00CE3584">
            <w:pPr>
              <w:rPr>
                <w:rFonts w:ascii="Arial" w:hAnsi="Arial" w:cs="Arial"/>
              </w:rPr>
            </w:pPr>
          </w:p>
        </w:tc>
        <w:tc>
          <w:tcPr>
            <w:tcW w:w="157" w:type="dxa"/>
          </w:tcPr>
          <w:p w14:paraId="1896405B" w14:textId="77777777" w:rsidR="00006C63" w:rsidRPr="00484B53" w:rsidRDefault="00006C63" w:rsidP="00CE3584">
            <w:pPr>
              <w:rPr>
                <w:rFonts w:ascii="Arial" w:hAnsi="Arial" w:cs="Arial"/>
              </w:rPr>
            </w:pPr>
          </w:p>
        </w:tc>
        <w:tc>
          <w:tcPr>
            <w:tcW w:w="2859" w:type="dxa"/>
          </w:tcPr>
          <w:p w14:paraId="572FAE49" w14:textId="77777777" w:rsidR="00006C63" w:rsidRPr="00484B53" w:rsidRDefault="00006C63" w:rsidP="00CE3584">
            <w:pPr>
              <w:rPr>
                <w:rFonts w:ascii="Arial" w:hAnsi="Arial" w:cs="Arial"/>
              </w:rPr>
            </w:pPr>
          </w:p>
        </w:tc>
        <w:tc>
          <w:tcPr>
            <w:tcW w:w="539" w:type="dxa"/>
          </w:tcPr>
          <w:p w14:paraId="5B3E0E72" w14:textId="77777777" w:rsidR="00006C63" w:rsidRPr="00484B53" w:rsidRDefault="00006C63" w:rsidP="00CE3584">
            <w:pPr>
              <w:rPr>
                <w:rFonts w:ascii="Arial" w:hAnsi="Arial" w:cs="Arial"/>
              </w:rPr>
            </w:pPr>
          </w:p>
        </w:tc>
        <w:tc>
          <w:tcPr>
            <w:tcW w:w="446" w:type="dxa"/>
          </w:tcPr>
          <w:p w14:paraId="76BD02C7" w14:textId="77777777" w:rsidR="00006C63" w:rsidRPr="00484B53" w:rsidRDefault="00006C63" w:rsidP="00CE3584">
            <w:pPr>
              <w:rPr>
                <w:rFonts w:ascii="Arial" w:hAnsi="Arial" w:cs="Arial"/>
              </w:rPr>
            </w:pPr>
          </w:p>
        </w:tc>
        <w:tc>
          <w:tcPr>
            <w:tcW w:w="4513" w:type="dxa"/>
          </w:tcPr>
          <w:p w14:paraId="4C20848D" w14:textId="77777777" w:rsidR="00006C63" w:rsidRPr="00484B53" w:rsidRDefault="00006C63" w:rsidP="00CE3584">
            <w:pPr>
              <w:rPr>
                <w:rFonts w:ascii="Arial" w:hAnsi="Arial" w:cs="Arial"/>
              </w:rPr>
            </w:pPr>
          </w:p>
        </w:tc>
      </w:tr>
      <w:tr w:rsidR="00006C63" w:rsidRPr="00484B53" w14:paraId="32CDCEA6" w14:textId="77777777" w:rsidTr="00CE3584">
        <w:trPr>
          <w:trHeight w:val="333"/>
        </w:trPr>
        <w:tc>
          <w:tcPr>
            <w:tcW w:w="1123" w:type="dxa"/>
          </w:tcPr>
          <w:p w14:paraId="47B8A70D" w14:textId="77777777" w:rsidR="00006C63" w:rsidRPr="00484B53" w:rsidRDefault="00006C63" w:rsidP="00CE3584">
            <w:pPr>
              <w:rPr>
                <w:rFonts w:ascii="Arial" w:hAnsi="Arial" w:cs="Arial"/>
              </w:rPr>
            </w:pPr>
          </w:p>
        </w:tc>
        <w:tc>
          <w:tcPr>
            <w:tcW w:w="157" w:type="dxa"/>
          </w:tcPr>
          <w:p w14:paraId="11ED667B" w14:textId="77777777" w:rsidR="00006C63" w:rsidRPr="00484B53" w:rsidRDefault="00006C63" w:rsidP="00CE3584">
            <w:pPr>
              <w:rPr>
                <w:rFonts w:ascii="Arial" w:hAnsi="Arial" w:cs="Arial"/>
              </w:rPr>
            </w:pPr>
          </w:p>
        </w:tc>
        <w:tc>
          <w:tcPr>
            <w:tcW w:w="2859" w:type="dxa"/>
          </w:tcPr>
          <w:p w14:paraId="5B813E78" w14:textId="77777777" w:rsidR="00006C63" w:rsidRPr="00484B53" w:rsidRDefault="00006C63" w:rsidP="00CE3584">
            <w:pPr>
              <w:rPr>
                <w:rFonts w:ascii="Arial" w:hAnsi="Arial" w:cs="Arial"/>
              </w:rPr>
            </w:pPr>
          </w:p>
        </w:tc>
        <w:tc>
          <w:tcPr>
            <w:tcW w:w="539" w:type="dxa"/>
          </w:tcPr>
          <w:p w14:paraId="08466DDE" w14:textId="77777777" w:rsidR="00006C63" w:rsidRPr="00484B53" w:rsidRDefault="00006C63" w:rsidP="00CE3584">
            <w:pPr>
              <w:rPr>
                <w:rFonts w:ascii="Arial" w:hAnsi="Arial" w:cs="Arial"/>
              </w:rPr>
            </w:pPr>
          </w:p>
        </w:tc>
        <w:tc>
          <w:tcPr>
            <w:tcW w:w="446" w:type="dxa"/>
          </w:tcPr>
          <w:p w14:paraId="10F1A32F" w14:textId="77777777" w:rsidR="00006C63" w:rsidRPr="00484B53" w:rsidRDefault="00006C63" w:rsidP="00CE3584">
            <w:pPr>
              <w:rPr>
                <w:rFonts w:ascii="Arial" w:hAnsi="Arial" w:cs="Arial"/>
              </w:rPr>
            </w:pPr>
          </w:p>
        </w:tc>
        <w:tc>
          <w:tcPr>
            <w:tcW w:w="4513" w:type="dxa"/>
          </w:tcPr>
          <w:p w14:paraId="210E0B22" w14:textId="77777777" w:rsidR="00006C63" w:rsidRPr="00484B53" w:rsidRDefault="00006C63" w:rsidP="00CE3584">
            <w:pPr>
              <w:rPr>
                <w:rFonts w:ascii="Arial" w:hAnsi="Arial" w:cs="Arial"/>
              </w:rPr>
            </w:pPr>
          </w:p>
        </w:tc>
      </w:tr>
      <w:tr w:rsidR="00006C63" w:rsidRPr="00484B53" w14:paraId="5D7D1998" w14:textId="77777777" w:rsidTr="00CE3584">
        <w:tc>
          <w:tcPr>
            <w:tcW w:w="1123" w:type="dxa"/>
          </w:tcPr>
          <w:p w14:paraId="1C7D9218" w14:textId="77777777" w:rsidR="00006C63" w:rsidRPr="00484B53" w:rsidRDefault="00006C63" w:rsidP="00CE3584">
            <w:pPr>
              <w:rPr>
                <w:rFonts w:ascii="Arial" w:hAnsi="Arial" w:cs="Arial"/>
              </w:rPr>
            </w:pPr>
          </w:p>
        </w:tc>
        <w:tc>
          <w:tcPr>
            <w:tcW w:w="157" w:type="dxa"/>
          </w:tcPr>
          <w:p w14:paraId="185A69C1" w14:textId="77777777" w:rsidR="00006C63" w:rsidRPr="00484B53" w:rsidRDefault="00006C63" w:rsidP="00CE3584">
            <w:pPr>
              <w:rPr>
                <w:rFonts w:ascii="Arial" w:hAnsi="Arial" w:cs="Arial"/>
              </w:rPr>
            </w:pPr>
          </w:p>
        </w:tc>
        <w:tc>
          <w:tcPr>
            <w:tcW w:w="8357" w:type="dxa"/>
            <w:gridSpan w:val="4"/>
          </w:tcPr>
          <w:p w14:paraId="5F97CC15" w14:textId="77777777" w:rsidR="00006C63" w:rsidRPr="00484B53" w:rsidRDefault="00006C63"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(BOP) Triwulan IV Tahun Anggaran 2025 dengan Kode Rekening 5.1.02.03.03.0010 Belanja Pemeliharaan Bangunan Gedung - Bangunan Gedung Tempat Kerja - Bangunan Gedung Tempat Pendidikan di SD Negeri Tomang 03 pada kegiatan Belanja Alat Kebersihan, serta Surat Penawaran Kerja Sama dari CV. WILDAN SARANA USAHA. Maka dengan ini kami mohon untuk saudara mengirimkan penawaran harga sesuai dengan Komponen Barang / Jasa yang kami perlukan sebagai berikut:</w:t>
            </w:r>
            <w:r w:rsidRPr="00484B53">
              <w:rPr>
                <w:rFonts w:ascii="Arial" w:hAnsi="Arial" w:cs="Arial"/>
              </w:rPr>
              <w:tab/>
            </w:r>
          </w:p>
        </w:tc>
      </w:tr>
    </w:tbl>
    <w:tbl>
      <w:tblPr>
        <w:tblW w:w="835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686"/>
        <w:gridCol w:w="4237"/>
        <w:gridCol w:w="1455"/>
        <w:gridCol w:w="1974"/>
      </w:tblGrid>
      <w:tr w:rsidR="00006C63" w:rsidRPr="00484B53" w14:paraId="5BEDFA70" w14:textId="77777777" w:rsidTr="00CE3584">
        <w:trPr>
          <w:trHeight w:val="550"/>
        </w:trPr>
        <w:tc>
          <w:tcPr>
            <w:tcW w:w="686" w:type="dxa"/>
            <w:noWrap/>
            <w:vAlign w:val="center"/>
            <w:hideMark/>
          </w:tcPr>
          <w:p w14:paraId="234BBF8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237" w:type="dxa"/>
            <w:noWrap/>
            <w:vAlign w:val="center"/>
            <w:hideMark/>
          </w:tcPr>
          <w:p w14:paraId="2BFE5ED4"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455" w:type="dxa"/>
            <w:vAlign w:val="center"/>
          </w:tcPr>
          <w:p w14:paraId="5888AFE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974" w:type="dxa"/>
            <w:noWrap/>
            <w:vAlign w:val="center"/>
            <w:hideMark/>
          </w:tcPr>
          <w:p w14:paraId="0ECFFB72"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Sikat Bertangkai</w:t>
            </w:r>
            <w:r w:rsidRPr="00F500DB">
              <w:rPr>
                <w:rFonts w:ascii="Arial" w:eastAsia="Times New Roman" w:hAnsi="Arial" w:cs="Arial"/>
                <w:color w:val="000000"/>
                <w:sz w:val="18"/>
                <w:szCs w:val="18"/>
                <w:lang w:val="en-ID" w:eastAsia="en-ID"/>
              </w:rPr>
              <w:t>
                <w:br/>
                Spesifikasi: Bahan Plastik, Bertangkai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Sponge cuci</w:t>
            </w:r>
            <w:r w:rsidRPr="00F500DB">
              <w:rPr>
                <w:rFonts w:ascii="Arial" w:eastAsia="Times New Roman" w:hAnsi="Arial" w:cs="Arial"/>
                <w:color w:val="000000"/>
                <w:sz w:val="18"/>
                <w:szCs w:val="18"/>
                <w:lang w:val="en-ID" w:eastAsia="en-ID"/>
              </w:rPr>
              <w:t>
                <w:br/>
                Spesifikasi: nan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Ember Plastik</w:t>
            </w:r>
            <w:r w:rsidRPr="00F500DB">
              <w:rPr>
                <w:rFonts w:ascii="Arial" w:eastAsia="Times New Roman" w:hAnsi="Arial" w:cs="Arial"/>
                <w:color w:val="000000"/>
                <w:sz w:val="18"/>
                <w:szCs w:val="18"/>
                <w:lang w:val="en-ID" w:eastAsia="en-ID"/>
              </w:rPr>
              <w:t>
                <w:br/>
                Spesifikasi: Pakai Tutup; Isi 20 Liter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Gayung</w:t>
            </w:r>
            <w:r w:rsidRPr="00F500DB">
              <w:rPr>
                <w:rFonts w:ascii="Arial" w:eastAsia="Times New Roman" w:hAnsi="Arial" w:cs="Arial"/>
                <w:color w:val="000000"/>
                <w:sz w:val="18"/>
                <w:szCs w:val="18"/>
                <w:lang w:val="en-ID" w:eastAsia="en-ID"/>
              </w:rPr>
              <w:t>
                <w:br/>
                Spesifikasi: Bahan Plastik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Kanebo</w:t>
            </w:r>
            <w:r w:rsidRPr="00F500DB">
              <w:rPr>
                <w:rFonts w:ascii="Arial" w:eastAsia="Times New Roman" w:hAnsi="Arial" w:cs="Arial"/>
                <w:color w:val="000000"/>
                <w:sz w:val="18"/>
                <w:szCs w:val="18"/>
                <w:lang w:val="en-ID" w:eastAsia="en-ID"/>
              </w:rPr>
              <w:t>
                <w:br/>
                Spesifikasi: Lokal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bl>
    <w:p w14:paraId="51B1E2A2" w14:textId="77777777" w:rsidR="00006C63" w:rsidRPr="00484B53" w:rsidRDefault="00006C63" w:rsidP="00006C63">
      <w:pPr>
        <w:spacing w:after="0"/>
      </w:pP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4BFB710B" w14:textId="77777777" w:rsidTr="000B4D87">
        <w:trPr>
          <w:cantSplit/>
        </w:trPr>
        <w:tc>
          <w:tcPr>
            <w:tcW w:w="8358" w:type="dxa"/>
          </w:tcPr>
          <w:p w14:paraId="57318C4A" w14:textId="77777777" w:rsidR="00024B94" w:rsidRDefault="00024B94" w:rsidP="00024B94">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permohonan</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7FC61AFA" w14:textId="77777777" w:rsidR="00024B94" w:rsidRDefault="00024B94" w:rsidP="00024B94">
            <w:pPr>
              <w:tabs>
                <w:tab w:val="left" w:pos="5670"/>
              </w:tabs>
              <w:jc w:val="both"/>
              <w:rPr>
                <w:rFonts w:ascii="Arial" w:hAnsi="Arial" w:cs="Arial"/>
              </w:rPr>
            </w:pPr>
          </w:p>
          <w:p w14:paraId="0168763D" w14:textId="77777777" w:rsidR="00024B94" w:rsidRDefault="00024B94" w:rsidP="00024B94">
            <w:pPr>
              <w:tabs>
                <w:tab w:val="left" w:pos="5670"/>
              </w:tabs>
              <w:jc w:val="both"/>
              <w:rPr>
                <w:rFonts w:ascii="Arial" w:hAnsi="Arial" w:cs="Arial"/>
              </w:rPr>
            </w:pPr>
          </w:p>
          <w:p w14:paraId="04D902F1" w14:textId="72808222" w:rsidR="00024B94" w:rsidRPr="00484B53" w:rsidRDefault="00024B94" w:rsidP="00024B94">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452887B" w14:textId="77777777" w:rsidR="00024B94" w:rsidRPr="00484B53" w:rsidRDefault="00024B94" w:rsidP="00024B94">
            <w:pPr>
              <w:tabs>
                <w:tab w:val="left" w:pos="4714"/>
                <w:tab w:val="left" w:pos="4856"/>
              </w:tabs>
              <w:jc w:val="center"/>
              <w:rPr>
                <w:rFonts w:ascii="Arial" w:hAnsi="Arial" w:cs="Arial"/>
              </w:rPr>
            </w:pPr>
          </w:p>
          <w:p w14:paraId="3D4AA19D" w14:textId="77777777" w:rsidR="00024B94" w:rsidRPr="00484B53" w:rsidRDefault="00024B94" w:rsidP="00024B94">
            <w:pPr>
              <w:tabs>
                <w:tab w:val="left" w:pos="4714"/>
                <w:tab w:val="left" w:pos="4856"/>
              </w:tabs>
              <w:jc w:val="center"/>
              <w:rPr>
                <w:rFonts w:ascii="Arial" w:hAnsi="Arial" w:cs="Arial"/>
              </w:rPr>
            </w:pPr>
          </w:p>
          <w:p w14:paraId="7326D016" w14:textId="77777777" w:rsidR="00024B94" w:rsidRPr="00484B53" w:rsidRDefault="00024B94" w:rsidP="00024B94">
            <w:pPr>
              <w:tabs>
                <w:tab w:val="left" w:pos="4714"/>
                <w:tab w:val="left" w:pos="4856"/>
              </w:tabs>
              <w:jc w:val="center"/>
              <w:rPr>
                <w:rFonts w:ascii="Arial" w:hAnsi="Arial" w:cs="Arial"/>
              </w:rPr>
            </w:pPr>
          </w:p>
          <w:p w14:paraId="3309C3D8" w14:textId="77777777" w:rsidR="00024B94" w:rsidRPr="00484B53" w:rsidRDefault="00024B94" w:rsidP="00024B94">
            <w:pPr>
              <w:tabs>
                <w:tab w:val="left" w:pos="4714"/>
                <w:tab w:val="left" w:pos="4856"/>
              </w:tabs>
              <w:jc w:val="center"/>
              <w:rPr>
                <w:rFonts w:ascii="Arial" w:hAnsi="Arial" w:cs="Arial"/>
              </w:rPr>
            </w:pPr>
          </w:p>
          <w:p w14:paraId="1389BF57" w14:textId="77777777" w:rsidR="00024B94" w:rsidRDefault="00024B94" w:rsidP="00024B94">
            <w:pPr>
              <w:tabs>
                <w:tab w:val="left" w:pos="4714"/>
              </w:tabs>
              <w:rPr>
                <w:rFonts w:ascii="Arial" w:hAnsi="Arial" w:cs="Arial"/>
              </w:rPr>
            </w:pPr>
            <w:r>
              <w:rPr>
                <w:rFonts w:ascii="Arial" w:hAnsi="Arial" w:cs="Arial"/>
              </w:rPr>
              <w:tab/>
            </w:r>
            <w:r w:rsidRPr="00484B53">
              <w:rPr>
                <w:rFonts w:ascii="Arial" w:hAnsi="Arial" w:cs="Arial"/>
              </w:rPr>
              <w:t>HARYATI, S.Pd.I.</w:t>
            </w:r>
          </w:p>
          <w:p w14:paraId="7412AB68" w14:textId="267E1AB0" w:rsidR="00024B94" w:rsidRPr="00484B53" w:rsidRDefault="00024B94" w:rsidP="00024B94">
            <w:pPr>
              <w:tabs>
                <w:tab w:val="left" w:pos="4714"/>
              </w:tabs>
              <w:rPr>
                <w:rFonts w:ascii="Arial" w:hAnsi="Arial" w:cs="Arial"/>
              </w:rPr>
            </w:pPr>
            <w:r>
              <w:rPr>
                <w:rFonts w:ascii="Arial" w:hAnsi="Arial" w:cs="Arial"/>
              </w:rPr>
              <w:tab/>
            </w:r>
            <w:r w:rsidRPr="00484B53">
              <w:rPr>
                <w:rFonts w:ascii="Arial" w:hAnsi="Arial" w:cs="Arial"/>
              </w:rPr>
              <w:t>NIP ‌197110161996062001</w:t>
            </w:r>
          </w:p>
          <w:p w14:paraId="746495F1" w14:textId="77777777" w:rsidR="00024B94" w:rsidRDefault="00024B94" w:rsidP="00024B94">
            <w:pPr>
              <w:tabs>
                <w:tab w:val="left" w:pos="5670"/>
              </w:tabs>
              <w:jc w:val="both"/>
              <w:rPr>
                <w:rFonts w:ascii="Arial" w:hAnsi="Arial" w:cs="Arial"/>
              </w:rPr>
            </w:pPr>
          </w:p>
          <w:p w14:paraId="7F611F51" w14:textId="714BA8EC" w:rsidR="00024B94" w:rsidRPr="00484B53" w:rsidRDefault="00024B94" w:rsidP="00024B94">
            <w:pPr>
              <w:tabs>
                <w:tab w:val="left" w:pos="5670"/>
              </w:tabs>
              <w:jc w:val="both"/>
              <w:rPr>
                <w:rFonts w:ascii="Arial" w:hAnsi="Arial" w:cs="Arial"/>
              </w:rPr>
            </w:pPr>
          </w:p>
        </w:tc>
      </w:tr>
    </w:tbl>
    <w:p w14:paraId="1CE4F74A" w14:textId="77777777" w:rsidR="00024B94" w:rsidRDefault="00024B94" w:rsidP="00481EE9"/>
    <w:p w14:paraId="1CCF6B64" w14:textId="7F31FCB3"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A5C793" w14:textId="77777777" w:rsidTr="00CE3584">
        <w:tc>
          <w:tcPr>
            <w:tcW w:w="1668" w:type="dxa"/>
          </w:tcPr>
          <w:p w14:paraId="419E0227" w14:textId="77777777" w:rsidR="00006C63" w:rsidRDefault="00006C63" w:rsidP="00CE3584">
            <w:pPr>
              <w:rPr>
                <w:rFonts w:ascii="Arial" w:eastAsia="Arial" w:hAnsi="Arial" w:cs="Arial"/>
              </w:rPr>
            </w:pPr>
            <w:r>
              <w:rPr>
                <w:noProof/>
              </w:rPr>
              <w:lastRenderedPageBreak/>
              <w:drawing>
                <wp:inline distT="0" distB="0" distL="0" distR="0" wp14:anchorId="77E0CA5F" wp14:editId="05C091FB">
                  <wp:extent cx="885536" cy="990600"/>
                  <wp:effectExtent l="0" t="0" r="0" b="0"/>
                  <wp:docPr id="1544724009"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65C56FE7"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6262D3AC"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045F56C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5890322F"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EE2098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09401FE"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391D3C79"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FE60F2B"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38FC6E9"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4CCCBB68" w14:textId="77777777" w:rsidTr="00CE432C">
        <w:tc>
          <w:tcPr>
            <w:tcW w:w="1123" w:type="dxa"/>
          </w:tcPr>
          <w:p w14:paraId="0DCE866E"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707DCC3"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13AD0487" w14:textId="2A792D20" w:rsidR="00C23FD9" w:rsidRPr="00484B53" w:rsidRDefault="009F0A91" w:rsidP="00C23FD9">
            <w:pPr>
              <w:rPr>
                <w:rFonts w:ascii="Arial" w:hAnsi="Arial" w:cs="Arial"/>
              </w:rPr>
            </w:pPr>
            <w:r w:rsidRPr="00484B53">
              <w:rPr>
                <w:rFonts w:ascii="Arial" w:hAnsi="Arial" w:cs="Arial"/>
              </w:rPr>
              <w:t>296 /UD.02.02</w:t>
            </w:r>
            <w:r w:rsidR="00C23FD9" w:rsidRPr="00484B53">
              <w:rPr>
                <w:rFonts w:ascii="Arial" w:hAnsi="Arial" w:cs="Arial"/>
              </w:rPr>
              <w:tab/>
            </w:r>
          </w:p>
        </w:tc>
        <w:tc>
          <w:tcPr>
            <w:tcW w:w="539" w:type="dxa"/>
          </w:tcPr>
          <w:p w14:paraId="6F9360CB" w14:textId="77777777" w:rsidR="00C23FD9" w:rsidRPr="00484B53" w:rsidRDefault="00C23FD9" w:rsidP="00C23FD9">
            <w:pPr>
              <w:rPr>
                <w:rFonts w:ascii="Arial" w:hAnsi="Arial" w:cs="Arial"/>
              </w:rPr>
            </w:pPr>
          </w:p>
        </w:tc>
        <w:tc>
          <w:tcPr>
            <w:tcW w:w="446" w:type="dxa"/>
          </w:tcPr>
          <w:p w14:paraId="03F53CF7" w14:textId="77777777" w:rsidR="00C23FD9" w:rsidRPr="00484B53" w:rsidRDefault="00C23FD9" w:rsidP="00C23FD9">
            <w:pPr>
              <w:rPr>
                <w:rFonts w:ascii="Arial" w:hAnsi="Arial" w:cs="Arial"/>
              </w:rPr>
            </w:pPr>
          </w:p>
        </w:tc>
        <w:tc>
          <w:tcPr>
            <w:tcW w:w="4513" w:type="dxa"/>
          </w:tcPr>
          <w:p w14:paraId="723094E3" w14:textId="16DF3E15" w:rsidR="00C23FD9" w:rsidRPr="00484B53" w:rsidRDefault="00C23FD9" w:rsidP="00C23FD9">
            <w:pPr>
              <w:rPr>
                <w:rFonts w:ascii="Arial" w:hAnsi="Arial" w:cs="Arial"/>
              </w:rPr>
            </w:pPr>
            <w:r w:rsidRPr="00484B53">
              <w:rPr>
                <w:rFonts w:ascii="Arial" w:hAnsi="Arial" w:cs="Arial"/>
              </w:rPr>
              <w:t>11 November 2025</w:t>
            </w:r>
          </w:p>
        </w:tc>
      </w:tr>
      <w:tr w:rsidR="00B44E4A" w:rsidRPr="00484B53" w14:paraId="217C595B" w14:textId="77777777" w:rsidTr="00CE432C">
        <w:tc>
          <w:tcPr>
            <w:tcW w:w="1123" w:type="dxa"/>
          </w:tcPr>
          <w:p w14:paraId="653E50D5"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22AFE33B"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50AD1ED5" w14:textId="77777777" w:rsidR="00B44E4A" w:rsidRPr="00484B53" w:rsidRDefault="00B44E4A" w:rsidP="00B44E4A">
            <w:pPr>
              <w:rPr>
                <w:rFonts w:ascii="Arial" w:hAnsi="Arial" w:cs="Arial"/>
              </w:rPr>
            </w:pPr>
            <w:proofErr w:type="spellStart"/>
            <w:r w:rsidRPr="00484B53">
              <w:rPr>
                <w:rFonts w:ascii="Arial" w:hAnsi="Arial" w:cs="Arial"/>
              </w:rPr>
              <w:t>Penting</w:t>
            </w:r>
            <w:proofErr w:type="spellEnd"/>
          </w:p>
        </w:tc>
        <w:tc>
          <w:tcPr>
            <w:tcW w:w="539" w:type="dxa"/>
          </w:tcPr>
          <w:p w14:paraId="1C84A766" w14:textId="77777777" w:rsidR="00B44E4A" w:rsidRPr="00484B53" w:rsidRDefault="00B44E4A" w:rsidP="00B44E4A">
            <w:pPr>
              <w:rPr>
                <w:rFonts w:ascii="Arial" w:hAnsi="Arial" w:cs="Arial"/>
              </w:rPr>
            </w:pPr>
          </w:p>
        </w:tc>
        <w:tc>
          <w:tcPr>
            <w:tcW w:w="446" w:type="dxa"/>
          </w:tcPr>
          <w:p w14:paraId="2816BB9D" w14:textId="77777777" w:rsidR="00B44E4A" w:rsidRPr="00484B53" w:rsidRDefault="00B44E4A" w:rsidP="00B44E4A">
            <w:pPr>
              <w:rPr>
                <w:rFonts w:ascii="Arial" w:hAnsi="Arial" w:cs="Arial"/>
              </w:rPr>
            </w:pPr>
          </w:p>
        </w:tc>
        <w:tc>
          <w:tcPr>
            <w:tcW w:w="4513" w:type="dxa"/>
          </w:tcPr>
          <w:p w14:paraId="0B283B6C" w14:textId="739A2865" w:rsidR="00B44E4A" w:rsidRPr="00484B53" w:rsidRDefault="00B44E4A" w:rsidP="00B44E4A">
            <w:pPr>
              <w:tabs>
                <w:tab w:val="left" w:pos="450"/>
              </w:tabs>
              <w:rPr>
                <w:rFonts w:ascii="Arial" w:hAnsi="Arial" w:cs="Arial"/>
              </w:rPr>
            </w:pPr>
          </w:p>
        </w:tc>
      </w:tr>
      <w:tr w:rsidR="00B44E4A" w:rsidRPr="00484B53" w14:paraId="5F98F17E" w14:textId="77777777" w:rsidTr="00CE432C">
        <w:tc>
          <w:tcPr>
            <w:tcW w:w="1123" w:type="dxa"/>
          </w:tcPr>
          <w:p w14:paraId="3A7CB799"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5D9C439E"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4EDAF8D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41890DEC" w14:textId="77777777" w:rsidR="00B44E4A" w:rsidRPr="00484B53" w:rsidRDefault="00B44E4A" w:rsidP="00B44E4A">
            <w:pPr>
              <w:rPr>
                <w:rFonts w:ascii="Arial" w:hAnsi="Arial" w:cs="Arial"/>
              </w:rPr>
            </w:pPr>
          </w:p>
        </w:tc>
        <w:tc>
          <w:tcPr>
            <w:tcW w:w="446" w:type="dxa"/>
          </w:tcPr>
          <w:p w14:paraId="41E7EAF4" w14:textId="0BEE1190" w:rsidR="00B44E4A" w:rsidRPr="00484B53" w:rsidRDefault="00B44E4A" w:rsidP="00B44E4A">
            <w:pPr>
              <w:rPr>
                <w:rFonts w:ascii="Arial" w:hAnsi="Arial" w:cs="Arial"/>
              </w:rPr>
            </w:pPr>
          </w:p>
        </w:tc>
        <w:tc>
          <w:tcPr>
            <w:tcW w:w="4513" w:type="dxa"/>
          </w:tcPr>
          <w:p w14:paraId="792D72C5" w14:textId="7C0CA39F" w:rsidR="00B44E4A" w:rsidRPr="00484B53" w:rsidRDefault="00B44E4A" w:rsidP="00B44E4A">
            <w:pPr>
              <w:rPr>
                <w:rFonts w:ascii="Arial" w:hAnsi="Arial" w:cs="Arial"/>
              </w:rPr>
            </w:pPr>
          </w:p>
        </w:tc>
      </w:tr>
      <w:tr w:rsidR="00CE432C" w:rsidRPr="00484B53" w14:paraId="12F5F9C4" w14:textId="77777777" w:rsidTr="00CE432C">
        <w:tc>
          <w:tcPr>
            <w:tcW w:w="1123" w:type="dxa"/>
          </w:tcPr>
          <w:p w14:paraId="0975476B"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734182C6"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39612BD7" w14:textId="106B3C9C" w:rsidR="00CE432C" w:rsidRPr="00484B53" w:rsidRDefault="00CE432C" w:rsidP="00CE432C">
            <w:pPr>
              <w:rPr>
                <w:rFonts w:ascii="Arial" w:hAnsi="Arial" w:cs="Arial"/>
              </w:rPr>
            </w:pPr>
            <w:proofErr w:type="spellStart"/>
            <w:r w:rsidRPr="00484B53">
              <w:rPr>
                <w:rFonts w:ascii="Arial" w:hAnsi="Arial" w:cs="Arial"/>
              </w:rPr>
              <w:t>Negosiasi</w:t>
            </w:r>
            <w:proofErr w:type="spellEnd"/>
            <w:r w:rsidRPr="00484B53">
              <w:rPr>
                <w:rFonts w:ascii="Arial" w:hAnsi="Arial" w:cs="Arial"/>
              </w:rPr>
              <w:t xml:space="preserve"> Harga Belanja Alat Kebersihan</w:t>
            </w:r>
          </w:p>
        </w:tc>
        <w:tc>
          <w:tcPr>
            <w:tcW w:w="539" w:type="dxa"/>
          </w:tcPr>
          <w:p w14:paraId="5FDBB5BD" w14:textId="77777777" w:rsidR="00CE432C" w:rsidRPr="00484B53" w:rsidRDefault="00CE432C" w:rsidP="00CE432C">
            <w:pPr>
              <w:rPr>
                <w:rFonts w:ascii="Arial" w:hAnsi="Arial" w:cs="Arial"/>
              </w:rPr>
            </w:pPr>
          </w:p>
        </w:tc>
        <w:tc>
          <w:tcPr>
            <w:tcW w:w="446" w:type="dxa"/>
          </w:tcPr>
          <w:p w14:paraId="0AD7FD50" w14:textId="77777777" w:rsidR="00CE432C" w:rsidRPr="00484B53" w:rsidRDefault="00CE432C" w:rsidP="00CE432C">
            <w:pPr>
              <w:rPr>
                <w:rFonts w:ascii="Arial" w:hAnsi="Arial" w:cs="Arial"/>
              </w:rPr>
            </w:pPr>
          </w:p>
        </w:tc>
        <w:tc>
          <w:tcPr>
            <w:tcW w:w="4513" w:type="dxa"/>
          </w:tcPr>
          <w:p w14:paraId="41BD370E" w14:textId="6D797B87"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079DCDED" w14:textId="77777777" w:rsidTr="009B5743">
        <w:trPr>
          <w:trHeight w:val="60"/>
        </w:trPr>
        <w:tc>
          <w:tcPr>
            <w:tcW w:w="1123" w:type="dxa"/>
          </w:tcPr>
          <w:p w14:paraId="017B9A57" w14:textId="77777777" w:rsidR="00CE432C" w:rsidRPr="00484B53" w:rsidRDefault="00CE432C" w:rsidP="00CE432C">
            <w:pPr>
              <w:rPr>
                <w:rFonts w:ascii="Arial" w:hAnsi="Arial" w:cs="Arial"/>
              </w:rPr>
            </w:pPr>
          </w:p>
        </w:tc>
        <w:tc>
          <w:tcPr>
            <w:tcW w:w="157" w:type="dxa"/>
          </w:tcPr>
          <w:p w14:paraId="7DDCAFAD" w14:textId="77777777" w:rsidR="00CE432C" w:rsidRPr="00484B53" w:rsidRDefault="00CE432C" w:rsidP="00CE432C">
            <w:pPr>
              <w:rPr>
                <w:rFonts w:ascii="Arial" w:hAnsi="Arial" w:cs="Arial"/>
              </w:rPr>
            </w:pPr>
          </w:p>
        </w:tc>
        <w:tc>
          <w:tcPr>
            <w:tcW w:w="2859" w:type="dxa"/>
            <w:vMerge/>
          </w:tcPr>
          <w:p w14:paraId="164C8945" w14:textId="77777777" w:rsidR="00CE432C" w:rsidRPr="00484B53" w:rsidRDefault="00CE432C" w:rsidP="00CE432C">
            <w:pPr>
              <w:rPr>
                <w:rFonts w:ascii="Arial" w:hAnsi="Arial" w:cs="Arial"/>
              </w:rPr>
            </w:pPr>
          </w:p>
        </w:tc>
        <w:tc>
          <w:tcPr>
            <w:tcW w:w="539" w:type="dxa"/>
          </w:tcPr>
          <w:p w14:paraId="113AE008" w14:textId="77777777" w:rsidR="00CE432C" w:rsidRPr="00484B53" w:rsidRDefault="00CE432C" w:rsidP="00CE432C">
            <w:pPr>
              <w:rPr>
                <w:rFonts w:ascii="Arial" w:hAnsi="Arial" w:cs="Arial"/>
              </w:rPr>
            </w:pPr>
          </w:p>
        </w:tc>
        <w:tc>
          <w:tcPr>
            <w:tcW w:w="446" w:type="dxa"/>
          </w:tcPr>
          <w:p w14:paraId="1AB13CB8" w14:textId="6884DDF4"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1C731FF5" w14:textId="4C43D9D8" w:rsidR="00CE432C" w:rsidRPr="00484B53" w:rsidRDefault="00CE432C" w:rsidP="00CE432C">
            <w:pPr>
              <w:rPr>
                <w:rFonts w:ascii="Arial" w:hAnsi="Arial" w:cs="Arial"/>
              </w:rPr>
            </w:pPr>
            <w:r w:rsidRPr="00484B53">
              <w:rPr>
                <w:rFonts w:ascii="Arial" w:hAnsi="Arial" w:cs="Arial"/>
              </w:rPr>
              <w:t>CV. WILDAN SARANA USAHA</w:t>
            </w:r>
          </w:p>
        </w:tc>
      </w:tr>
      <w:tr w:rsidR="00CE432C" w:rsidRPr="00484B53" w14:paraId="2084AC60" w14:textId="77777777" w:rsidTr="00CE432C">
        <w:trPr>
          <w:trHeight w:val="333"/>
        </w:trPr>
        <w:tc>
          <w:tcPr>
            <w:tcW w:w="1123" w:type="dxa"/>
          </w:tcPr>
          <w:p w14:paraId="4E7EAAF7" w14:textId="77777777" w:rsidR="00CE432C" w:rsidRPr="00484B53" w:rsidRDefault="00CE432C" w:rsidP="00CE432C">
            <w:pPr>
              <w:rPr>
                <w:rFonts w:ascii="Arial" w:hAnsi="Arial" w:cs="Arial"/>
              </w:rPr>
            </w:pPr>
          </w:p>
        </w:tc>
        <w:tc>
          <w:tcPr>
            <w:tcW w:w="157" w:type="dxa"/>
          </w:tcPr>
          <w:p w14:paraId="6C71A99C" w14:textId="77777777" w:rsidR="00CE432C" w:rsidRPr="00484B53" w:rsidRDefault="00CE432C" w:rsidP="00CE432C">
            <w:pPr>
              <w:rPr>
                <w:rFonts w:ascii="Arial" w:hAnsi="Arial" w:cs="Arial"/>
              </w:rPr>
            </w:pPr>
          </w:p>
        </w:tc>
        <w:tc>
          <w:tcPr>
            <w:tcW w:w="2859" w:type="dxa"/>
            <w:vMerge/>
          </w:tcPr>
          <w:p w14:paraId="5F84A461" w14:textId="77777777" w:rsidR="00CE432C" w:rsidRPr="00484B53" w:rsidRDefault="00CE432C" w:rsidP="00CE432C">
            <w:pPr>
              <w:rPr>
                <w:rFonts w:ascii="Arial" w:hAnsi="Arial" w:cs="Arial"/>
              </w:rPr>
            </w:pPr>
          </w:p>
        </w:tc>
        <w:tc>
          <w:tcPr>
            <w:tcW w:w="539" w:type="dxa"/>
          </w:tcPr>
          <w:p w14:paraId="7EA30DDA" w14:textId="77777777" w:rsidR="00CE432C" w:rsidRPr="00484B53" w:rsidRDefault="00CE432C" w:rsidP="00CE432C">
            <w:pPr>
              <w:rPr>
                <w:rFonts w:ascii="Arial" w:hAnsi="Arial" w:cs="Arial"/>
              </w:rPr>
            </w:pPr>
          </w:p>
        </w:tc>
        <w:tc>
          <w:tcPr>
            <w:tcW w:w="446" w:type="dxa"/>
          </w:tcPr>
          <w:p w14:paraId="5057649F" w14:textId="77777777" w:rsidR="00CE432C" w:rsidRPr="00484B53" w:rsidRDefault="00CE432C" w:rsidP="00CE432C">
            <w:pPr>
              <w:rPr>
                <w:rFonts w:ascii="Arial" w:hAnsi="Arial" w:cs="Arial"/>
              </w:rPr>
            </w:pPr>
          </w:p>
        </w:tc>
        <w:tc>
          <w:tcPr>
            <w:tcW w:w="4513" w:type="dxa"/>
          </w:tcPr>
          <w:p w14:paraId="62090524" w14:textId="77777777" w:rsidR="00CE432C" w:rsidRPr="00484B53" w:rsidRDefault="00CE432C" w:rsidP="00CE432C">
            <w:pPr>
              <w:rPr>
                <w:rFonts w:ascii="Arial" w:hAnsi="Arial" w:cs="Arial"/>
              </w:rPr>
            </w:pPr>
            <w:r w:rsidRPr="00484B53">
              <w:rPr>
                <w:rFonts w:ascii="Arial" w:hAnsi="Arial" w:cs="Arial"/>
              </w:rPr>
              <w:t>Ruku Permata Regency Blok D No. 37</w:t>
            </w:r>
          </w:p>
          <w:p w14:paraId="0F170F79" w14:textId="77777777" w:rsidR="00CE432C" w:rsidRPr="00484B53" w:rsidRDefault="00CE432C" w:rsidP="00CE432C">
            <w:pPr>
              <w:rPr>
                <w:rFonts w:ascii="Arial" w:hAnsi="Arial" w:cs="Arial"/>
              </w:rPr>
            </w:pPr>
            <w:r w:rsidRPr="00484B53">
              <w:rPr>
                <w:rFonts w:ascii="Arial" w:hAnsi="Arial" w:cs="Arial"/>
              </w:rPr>
              <w:t xml:space="preserve">Kel. Srengseng, Kec. Kembangan </w:t>
            </w:r>
          </w:p>
          <w:p w14:paraId="02B93CD3" w14:textId="77777777" w:rsidR="00CE432C" w:rsidRPr="00484B53" w:rsidRDefault="00CE432C" w:rsidP="00CE432C">
            <w:pPr>
              <w:rPr>
                <w:rFonts w:ascii="Arial" w:hAnsi="Arial" w:cs="Arial"/>
              </w:rPr>
            </w:pPr>
            <w:r w:rsidRPr="00484B53">
              <w:rPr>
                <w:rFonts w:ascii="Arial" w:hAnsi="Arial" w:cs="Arial"/>
              </w:rPr>
              <w:t>di</w:t>
            </w:r>
          </w:p>
          <w:p w14:paraId="43BC0E7D" w14:textId="175F100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00E8B4B8" w14:textId="77777777" w:rsidTr="00CE432C">
        <w:trPr>
          <w:trHeight w:val="333"/>
        </w:trPr>
        <w:tc>
          <w:tcPr>
            <w:tcW w:w="1123" w:type="dxa"/>
          </w:tcPr>
          <w:p w14:paraId="1825CF28" w14:textId="77777777" w:rsidR="00CE432C" w:rsidRPr="00484B53" w:rsidRDefault="00CE432C" w:rsidP="00CE432C">
            <w:pPr>
              <w:rPr>
                <w:rFonts w:ascii="Arial" w:hAnsi="Arial" w:cs="Arial"/>
              </w:rPr>
            </w:pPr>
          </w:p>
        </w:tc>
        <w:tc>
          <w:tcPr>
            <w:tcW w:w="157" w:type="dxa"/>
          </w:tcPr>
          <w:p w14:paraId="7D88F8EF" w14:textId="77777777" w:rsidR="00CE432C" w:rsidRPr="00484B53" w:rsidRDefault="00CE432C" w:rsidP="00CE432C">
            <w:pPr>
              <w:rPr>
                <w:rFonts w:ascii="Arial" w:hAnsi="Arial" w:cs="Arial"/>
              </w:rPr>
            </w:pPr>
          </w:p>
        </w:tc>
        <w:tc>
          <w:tcPr>
            <w:tcW w:w="2859" w:type="dxa"/>
          </w:tcPr>
          <w:p w14:paraId="0AC2ED00" w14:textId="77777777" w:rsidR="00CE432C" w:rsidRPr="00484B53" w:rsidRDefault="00CE432C" w:rsidP="00CE432C">
            <w:pPr>
              <w:rPr>
                <w:rFonts w:ascii="Arial" w:hAnsi="Arial" w:cs="Arial"/>
              </w:rPr>
            </w:pPr>
          </w:p>
        </w:tc>
        <w:tc>
          <w:tcPr>
            <w:tcW w:w="539" w:type="dxa"/>
          </w:tcPr>
          <w:p w14:paraId="730ADC5C" w14:textId="77777777" w:rsidR="00CE432C" w:rsidRPr="00484B53" w:rsidRDefault="00CE432C" w:rsidP="00CE432C">
            <w:pPr>
              <w:rPr>
                <w:rFonts w:ascii="Arial" w:hAnsi="Arial" w:cs="Arial"/>
              </w:rPr>
            </w:pPr>
          </w:p>
        </w:tc>
        <w:tc>
          <w:tcPr>
            <w:tcW w:w="446" w:type="dxa"/>
          </w:tcPr>
          <w:p w14:paraId="02B49A94" w14:textId="77777777" w:rsidR="00CE432C" w:rsidRPr="00484B53" w:rsidRDefault="00CE432C" w:rsidP="00CE432C">
            <w:pPr>
              <w:rPr>
                <w:rFonts w:ascii="Arial" w:hAnsi="Arial" w:cs="Arial"/>
              </w:rPr>
            </w:pPr>
          </w:p>
        </w:tc>
        <w:tc>
          <w:tcPr>
            <w:tcW w:w="4513" w:type="dxa"/>
          </w:tcPr>
          <w:p w14:paraId="659ADBA2" w14:textId="77777777" w:rsidR="00CE432C" w:rsidRPr="00484B53" w:rsidRDefault="00CE432C" w:rsidP="00CE432C">
            <w:pPr>
              <w:rPr>
                <w:rFonts w:ascii="Arial" w:hAnsi="Arial" w:cs="Arial"/>
              </w:rPr>
            </w:pPr>
          </w:p>
        </w:tc>
      </w:tr>
      <w:tr w:rsidR="00CE432C" w:rsidRPr="00484B53" w14:paraId="5F64985A" w14:textId="77777777" w:rsidTr="00CE432C">
        <w:trPr>
          <w:trHeight w:val="333"/>
        </w:trPr>
        <w:tc>
          <w:tcPr>
            <w:tcW w:w="1123" w:type="dxa"/>
          </w:tcPr>
          <w:p w14:paraId="2F1D4D63" w14:textId="77777777" w:rsidR="00CE432C" w:rsidRPr="00484B53" w:rsidRDefault="00CE432C" w:rsidP="00CE432C">
            <w:pPr>
              <w:rPr>
                <w:rFonts w:ascii="Arial" w:hAnsi="Arial" w:cs="Arial"/>
              </w:rPr>
            </w:pPr>
          </w:p>
        </w:tc>
        <w:tc>
          <w:tcPr>
            <w:tcW w:w="157" w:type="dxa"/>
          </w:tcPr>
          <w:p w14:paraId="122EA117" w14:textId="77777777" w:rsidR="00CE432C" w:rsidRPr="00484B53" w:rsidRDefault="00CE432C" w:rsidP="00CE432C">
            <w:pPr>
              <w:rPr>
                <w:rFonts w:ascii="Arial" w:hAnsi="Arial" w:cs="Arial"/>
              </w:rPr>
            </w:pPr>
          </w:p>
        </w:tc>
        <w:tc>
          <w:tcPr>
            <w:tcW w:w="2859" w:type="dxa"/>
          </w:tcPr>
          <w:p w14:paraId="21E6A5D5" w14:textId="77777777" w:rsidR="00CE432C" w:rsidRPr="00484B53" w:rsidRDefault="00CE432C" w:rsidP="00CE432C">
            <w:pPr>
              <w:rPr>
                <w:rFonts w:ascii="Arial" w:hAnsi="Arial" w:cs="Arial"/>
              </w:rPr>
            </w:pPr>
          </w:p>
        </w:tc>
        <w:tc>
          <w:tcPr>
            <w:tcW w:w="539" w:type="dxa"/>
          </w:tcPr>
          <w:p w14:paraId="287491E1" w14:textId="77777777" w:rsidR="00CE432C" w:rsidRPr="00484B53" w:rsidRDefault="00CE432C" w:rsidP="00CE432C">
            <w:pPr>
              <w:rPr>
                <w:rFonts w:ascii="Arial" w:hAnsi="Arial" w:cs="Arial"/>
              </w:rPr>
            </w:pPr>
          </w:p>
        </w:tc>
        <w:tc>
          <w:tcPr>
            <w:tcW w:w="446" w:type="dxa"/>
          </w:tcPr>
          <w:p w14:paraId="1B0D32BE" w14:textId="77777777" w:rsidR="00CE432C" w:rsidRPr="00484B53" w:rsidRDefault="00CE432C" w:rsidP="00CE432C">
            <w:pPr>
              <w:rPr>
                <w:rFonts w:ascii="Arial" w:hAnsi="Arial" w:cs="Arial"/>
              </w:rPr>
            </w:pPr>
          </w:p>
        </w:tc>
        <w:tc>
          <w:tcPr>
            <w:tcW w:w="4513" w:type="dxa"/>
          </w:tcPr>
          <w:p w14:paraId="646059DE" w14:textId="77777777" w:rsidR="00CE432C" w:rsidRPr="00484B53" w:rsidRDefault="00CE432C" w:rsidP="00CE432C">
            <w:pPr>
              <w:rPr>
                <w:rFonts w:ascii="Arial" w:hAnsi="Arial" w:cs="Arial"/>
              </w:rPr>
            </w:pPr>
          </w:p>
        </w:tc>
      </w:tr>
      <w:tr w:rsidR="00CE432C" w:rsidRPr="00484B53" w14:paraId="73C7B3E3" w14:textId="77777777" w:rsidTr="00CE432C">
        <w:tc>
          <w:tcPr>
            <w:tcW w:w="1123" w:type="dxa"/>
          </w:tcPr>
          <w:p w14:paraId="4BF1C15B" w14:textId="77777777" w:rsidR="00CE432C" w:rsidRPr="00484B53" w:rsidRDefault="00CE432C" w:rsidP="00CE432C">
            <w:pPr>
              <w:rPr>
                <w:rFonts w:ascii="Arial" w:hAnsi="Arial" w:cs="Arial"/>
              </w:rPr>
            </w:pPr>
          </w:p>
        </w:tc>
        <w:tc>
          <w:tcPr>
            <w:tcW w:w="157" w:type="dxa"/>
          </w:tcPr>
          <w:p w14:paraId="1493AC1C" w14:textId="77777777" w:rsidR="00CE432C" w:rsidRPr="00484B53" w:rsidRDefault="00CE432C" w:rsidP="00CE432C">
            <w:pPr>
              <w:rPr>
                <w:rFonts w:ascii="Arial" w:hAnsi="Arial" w:cs="Arial"/>
              </w:rPr>
            </w:pPr>
          </w:p>
        </w:tc>
        <w:tc>
          <w:tcPr>
            <w:tcW w:w="8357" w:type="dxa"/>
            <w:gridSpan w:val="4"/>
          </w:tcPr>
          <w:p w14:paraId="003E5ECE" w14:textId="709E22AC"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E26142" w:rsidRPr="00484B53">
              <w:rPr>
                <w:rFonts w:ascii="Arial" w:hAnsi="Arial" w:cs="Arial"/>
              </w:rPr>
              <w:t>Berdasarkan Surat Penawaran yang kami terima dari CV. WILDAN SARANA USAHA, serta berdasarkan Anggaran yang kami miliki pada Kode Rekening 5.1.02.03.03.0010 Belanja Pemeliharaan Bangunan Gedung - Bangunan Gedung Tempat Kerja - Bangunan Gedung Tempat Pendidikan kegiatan Belanja Alat Kebersihan Tahun Anggaran 2025. Maka dengan ini kami mengajukan negosiasi harga sesuai dengan Komponen Barang / Jasa yang kami perlukan sebagai berikut :</w:t>
            </w:r>
            <w:r w:rsidRPr="00484B53">
              <w:rPr>
                <w:rFonts w:ascii="Arial" w:hAnsi="Arial" w:cs="Arial"/>
              </w:rPr>
              <w:tab/>
            </w:r>
          </w:p>
        </w:tc>
      </w:tr>
    </w:tbl>
    <w:tbl>
      <w:tblPr>
        <w:tblW w:w="8395" w:type="dxa"/>
        <w:tblInd w:w="1384" w:type="dxa"/>
        <w:tblCellMar>
          <w:left w:w="85" w:type="dxa"/>
          <w:right w:w="57" w:type="dxa"/>
        </w:tblCellMar>
        <w:tblLook w:val="04A0" w:firstRow="1" w:lastRow="0" w:firstColumn="1" w:lastColumn="0" w:noHBand="0" w:noVBand="1"/>
      </w:tblPr>
      <w:tblGrid>
        <w:gridCol w:w="743"/>
        <w:gridCol w:w="3203"/>
        <w:gridCol w:w="1546"/>
        <w:gridCol w:w="1280"/>
        <w:gridCol w:w="1623"/>
      </w:tblGrid>
      <w:tr w:rsidR="00481EE9" w:rsidRPr="00484B53" w14:paraId="3335167A" w14:textId="77777777" w:rsidTr="006B644E">
        <w:trPr>
          <w:trHeight w:val="510"/>
        </w:trPr>
        <w:tc>
          <w:tcPr>
            <w:tcW w:w="743" w:type="dxa"/>
            <w:tcBorders>
              <w:top w:val="single" w:sz="4" w:space="0" w:color="auto"/>
              <w:left w:val="single" w:sz="4" w:space="0" w:color="auto"/>
              <w:bottom w:val="single" w:sz="4" w:space="0" w:color="auto"/>
              <w:right w:val="single" w:sz="4" w:space="0" w:color="auto"/>
            </w:tcBorders>
            <w:noWrap/>
            <w:vAlign w:val="center"/>
            <w:hideMark/>
          </w:tcPr>
          <w:p w14:paraId="4F4D0E5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3203" w:type="dxa"/>
            <w:tcBorders>
              <w:top w:val="single" w:sz="4" w:space="0" w:color="auto"/>
              <w:left w:val="nil"/>
              <w:bottom w:val="single" w:sz="4" w:space="0" w:color="auto"/>
              <w:right w:val="single" w:sz="4" w:space="0" w:color="000000"/>
            </w:tcBorders>
            <w:noWrap/>
            <w:vAlign w:val="center"/>
            <w:hideMark/>
          </w:tcPr>
          <w:p w14:paraId="5A2CFA9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546" w:type="dxa"/>
            <w:tcBorders>
              <w:top w:val="single" w:sz="4" w:space="0" w:color="auto"/>
              <w:left w:val="nil"/>
              <w:bottom w:val="single" w:sz="4" w:space="0" w:color="auto"/>
              <w:right w:val="single" w:sz="4" w:space="0" w:color="auto"/>
            </w:tcBorders>
            <w:noWrap/>
            <w:vAlign w:val="center"/>
            <w:hideMark/>
          </w:tcPr>
          <w:p w14:paraId="0A96A03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280" w:type="dxa"/>
            <w:tcBorders>
              <w:top w:val="single" w:sz="4" w:space="0" w:color="auto"/>
              <w:left w:val="nil"/>
              <w:bottom w:val="single" w:sz="4" w:space="0" w:color="auto"/>
              <w:right w:val="single" w:sz="4" w:space="0" w:color="auto"/>
            </w:tcBorders>
            <w:noWrap/>
            <w:vAlign w:val="center"/>
            <w:hideMark/>
          </w:tcPr>
          <w:p w14:paraId="4F8E2A2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1BF362B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Penawaran</w:t>
            </w:r>
            <w:proofErr w:type="spellEnd"/>
          </w:p>
        </w:tc>
        <w:tc>
          <w:tcPr>
            <w:tcW w:w="1623" w:type="dxa"/>
            <w:tcBorders>
              <w:top w:val="single" w:sz="4" w:space="0" w:color="auto"/>
              <w:left w:val="nil"/>
              <w:bottom w:val="single" w:sz="4" w:space="0" w:color="auto"/>
              <w:right w:val="single" w:sz="4" w:space="0" w:color="auto"/>
            </w:tcBorders>
          </w:tcPr>
          <w:p w14:paraId="631F1D2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3BAE927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Negosiasi</w:t>
            </w:r>
            <w:proofErr w:type="spellEnd"/>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Sikat Bertangkai</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127.000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115.000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Sponge cuci</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26.000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23.000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Ember Plastik</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85.000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77.000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Gayung</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14.000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12.000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Kanebo</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20.000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18.000</w:t>
            </w:r>
          </w:p>
        </w:tc>
      </w:tr>
    </w:tbl>
    <w:p w14:paraId="49951EBF" w14:textId="1E16444B" w:rsidR="00481EE9" w:rsidRPr="00A12E15" w:rsidRDefault="004B650B" w:rsidP="004B650B">
      <w:pPr>
        <w:rPr>
          <w:sz w:val="2"/>
          <w:szCs w:val="2"/>
        </w:rPr>
      </w:pPr>
      <w:r>
        <w:rPr>
          <w:sz w:val="2"/>
          <w:szCs w:val="2"/>
        </w:rPr>
        <w:t>\</w:t>
      </w: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70B41A5" w14:textId="77777777" w:rsidTr="00405453">
        <w:trPr>
          <w:cantSplit/>
        </w:trPr>
        <w:tc>
          <w:tcPr>
            <w:tcW w:w="8358" w:type="dxa"/>
          </w:tcPr>
          <w:p w14:paraId="76A140F6" w14:textId="1F2C0D7B"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Pr>
                <w:rFonts w:ascii="Arial" w:hAnsi="Arial" w:cs="Arial"/>
              </w:rPr>
              <w:t>negosiasi</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23460AFD" w14:textId="77777777" w:rsidR="00024B94" w:rsidRDefault="00024B94" w:rsidP="006E1293">
            <w:pPr>
              <w:tabs>
                <w:tab w:val="left" w:pos="5670"/>
              </w:tabs>
              <w:jc w:val="both"/>
              <w:rPr>
                <w:rFonts w:ascii="Arial" w:hAnsi="Arial" w:cs="Arial"/>
              </w:rPr>
            </w:pPr>
          </w:p>
          <w:p w14:paraId="51205BDC" w14:textId="77777777" w:rsidR="00024B94" w:rsidRDefault="00024B94" w:rsidP="006E1293">
            <w:pPr>
              <w:tabs>
                <w:tab w:val="left" w:pos="5670"/>
              </w:tabs>
              <w:jc w:val="both"/>
              <w:rPr>
                <w:rFonts w:ascii="Arial" w:hAnsi="Arial" w:cs="Arial"/>
              </w:rPr>
            </w:pPr>
          </w:p>
          <w:p w14:paraId="6170D97E"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4154970E" w14:textId="77777777" w:rsidR="00024B94" w:rsidRPr="00484B53" w:rsidRDefault="00024B94" w:rsidP="006E1293">
            <w:pPr>
              <w:tabs>
                <w:tab w:val="left" w:pos="4714"/>
                <w:tab w:val="left" w:pos="4856"/>
              </w:tabs>
              <w:jc w:val="center"/>
              <w:rPr>
                <w:rFonts w:ascii="Arial" w:hAnsi="Arial" w:cs="Arial"/>
              </w:rPr>
            </w:pPr>
          </w:p>
          <w:p w14:paraId="6533DD95" w14:textId="77777777" w:rsidR="00024B94" w:rsidRPr="00484B53" w:rsidRDefault="00024B94" w:rsidP="006E1293">
            <w:pPr>
              <w:tabs>
                <w:tab w:val="left" w:pos="4714"/>
                <w:tab w:val="left" w:pos="4856"/>
              </w:tabs>
              <w:jc w:val="center"/>
              <w:rPr>
                <w:rFonts w:ascii="Arial" w:hAnsi="Arial" w:cs="Arial"/>
              </w:rPr>
            </w:pPr>
          </w:p>
          <w:p w14:paraId="11C893BE" w14:textId="77777777" w:rsidR="00024B94" w:rsidRPr="00484B53" w:rsidRDefault="00024B94" w:rsidP="006E1293">
            <w:pPr>
              <w:tabs>
                <w:tab w:val="left" w:pos="4714"/>
                <w:tab w:val="left" w:pos="4856"/>
              </w:tabs>
              <w:jc w:val="center"/>
              <w:rPr>
                <w:rFonts w:ascii="Arial" w:hAnsi="Arial" w:cs="Arial"/>
              </w:rPr>
            </w:pPr>
          </w:p>
          <w:p w14:paraId="56D8A81A" w14:textId="77777777" w:rsidR="00024B94" w:rsidRPr="00484B53" w:rsidRDefault="00024B94" w:rsidP="006E1293">
            <w:pPr>
              <w:tabs>
                <w:tab w:val="left" w:pos="4714"/>
                <w:tab w:val="left" w:pos="4856"/>
              </w:tabs>
              <w:jc w:val="center"/>
              <w:rPr>
                <w:rFonts w:ascii="Arial" w:hAnsi="Arial" w:cs="Arial"/>
              </w:rPr>
            </w:pPr>
          </w:p>
          <w:p w14:paraId="50B5E39B"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6CE99C4E"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591E44DC" w14:textId="77777777" w:rsidR="00024B94" w:rsidRDefault="00024B94" w:rsidP="006E1293">
            <w:pPr>
              <w:tabs>
                <w:tab w:val="left" w:pos="5670"/>
              </w:tabs>
              <w:jc w:val="both"/>
              <w:rPr>
                <w:rFonts w:ascii="Arial" w:hAnsi="Arial" w:cs="Arial"/>
              </w:rPr>
            </w:pPr>
          </w:p>
          <w:p w14:paraId="794494BE" w14:textId="77777777" w:rsidR="00024B94" w:rsidRPr="00484B53" w:rsidRDefault="00024B94" w:rsidP="006E1293">
            <w:pPr>
              <w:tabs>
                <w:tab w:val="left" w:pos="5670"/>
              </w:tabs>
              <w:jc w:val="both"/>
              <w:rPr>
                <w:rFonts w:ascii="Arial" w:hAnsi="Arial" w:cs="Arial"/>
              </w:rPr>
            </w:pPr>
          </w:p>
        </w:tc>
      </w:tr>
    </w:tbl>
    <w:p w14:paraId="20DD598D" w14:textId="77777777" w:rsidR="00024B94" w:rsidRDefault="00024B94" w:rsidP="00481EE9"/>
    <w:p w14:paraId="527526D8" w14:textId="75A11927"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DEC9903" w14:textId="77777777" w:rsidTr="00CE3584">
        <w:tc>
          <w:tcPr>
            <w:tcW w:w="1668" w:type="dxa"/>
          </w:tcPr>
          <w:p w14:paraId="47ACFA36" w14:textId="77777777" w:rsidR="00006C63" w:rsidRDefault="00006C63" w:rsidP="00CE3584">
            <w:pPr>
              <w:rPr>
                <w:rFonts w:ascii="Arial" w:eastAsia="Arial" w:hAnsi="Arial" w:cs="Arial"/>
              </w:rPr>
            </w:pPr>
            <w:r>
              <w:rPr>
                <w:noProof/>
              </w:rPr>
              <w:lastRenderedPageBreak/>
              <w:drawing>
                <wp:inline distT="0" distB="0" distL="0" distR="0" wp14:anchorId="577CC1DF" wp14:editId="68265B2E">
                  <wp:extent cx="885536" cy="990600"/>
                  <wp:effectExtent l="0" t="0" r="0" b="0"/>
                  <wp:docPr id="12748297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207D40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15D7499"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494ECE9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F57B1B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1248E0C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10E396A6"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61710CF"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8B6CA54"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FE2E33B"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635CBEFC" w14:textId="77777777" w:rsidTr="00CE432C">
        <w:tc>
          <w:tcPr>
            <w:tcW w:w="1123" w:type="dxa"/>
          </w:tcPr>
          <w:p w14:paraId="4E341C95"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0396B47"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75D552E3" w14:textId="131D7B9C" w:rsidR="00C23FD9" w:rsidRPr="00484B53" w:rsidRDefault="00235F8D" w:rsidP="00C23FD9">
            <w:pPr>
              <w:rPr>
                <w:rFonts w:ascii="Arial" w:hAnsi="Arial" w:cs="Arial"/>
              </w:rPr>
            </w:pPr>
            <w:r w:rsidRPr="00484B53">
              <w:rPr>
                <w:rFonts w:ascii="Arial" w:hAnsi="Arial" w:cs="Arial"/>
              </w:rPr>
              <w:t>301 /UD.02.02</w:t>
            </w:r>
            <w:r w:rsidR="00C23FD9" w:rsidRPr="00484B53">
              <w:rPr>
                <w:rFonts w:ascii="Arial" w:hAnsi="Arial" w:cs="Arial"/>
              </w:rPr>
              <w:tab/>
            </w:r>
          </w:p>
        </w:tc>
        <w:tc>
          <w:tcPr>
            <w:tcW w:w="539" w:type="dxa"/>
          </w:tcPr>
          <w:p w14:paraId="13D9D557" w14:textId="77777777" w:rsidR="00C23FD9" w:rsidRPr="00484B53" w:rsidRDefault="00C23FD9" w:rsidP="00C23FD9">
            <w:pPr>
              <w:rPr>
                <w:rFonts w:ascii="Arial" w:hAnsi="Arial" w:cs="Arial"/>
              </w:rPr>
            </w:pPr>
          </w:p>
        </w:tc>
        <w:tc>
          <w:tcPr>
            <w:tcW w:w="446" w:type="dxa"/>
          </w:tcPr>
          <w:p w14:paraId="26DA1C49" w14:textId="77777777" w:rsidR="00C23FD9" w:rsidRPr="00484B53" w:rsidRDefault="00C23FD9" w:rsidP="00C23FD9">
            <w:pPr>
              <w:rPr>
                <w:rFonts w:ascii="Arial" w:hAnsi="Arial" w:cs="Arial"/>
              </w:rPr>
            </w:pPr>
          </w:p>
        </w:tc>
        <w:tc>
          <w:tcPr>
            <w:tcW w:w="4513" w:type="dxa"/>
          </w:tcPr>
          <w:p w14:paraId="187BE068" w14:textId="3204972C" w:rsidR="00C23FD9" w:rsidRPr="00484B53" w:rsidRDefault="00C23FD9" w:rsidP="00C23FD9">
            <w:pPr>
              <w:rPr>
                <w:rFonts w:ascii="Arial" w:hAnsi="Arial" w:cs="Arial"/>
              </w:rPr>
            </w:pPr>
            <w:r w:rsidRPr="00484B53">
              <w:rPr>
                <w:rFonts w:ascii="Arial" w:hAnsi="Arial" w:cs="Arial"/>
              </w:rPr>
              <w:t>13 November 2025</w:t>
            </w:r>
          </w:p>
        </w:tc>
      </w:tr>
      <w:tr w:rsidR="00B44E4A" w:rsidRPr="00484B53" w14:paraId="5BE14E08" w14:textId="77777777" w:rsidTr="00CE432C">
        <w:tc>
          <w:tcPr>
            <w:tcW w:w="1123" w:type="dxa"/>
          </w:tcPr>
          <w:p w14:paraId="7817B524"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408D1FFD"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0110F4C5" w14:textId="77777777" w:rsidR="00B44E4A" w:rsidRPr="00484B53" w:rsidRDefault="00B44E4A" w:rsidP="00B44E4A">
            <w:pPr>
              <w:rPr>
                <w:rFonts w:ascii="Arial" w:hAnsi="Arial" w:cs="Arial"/>
                <w:i/>
                <w:iCs/>
              </w:rPr>
            </w:pPr>
            <w:proofErr w:type="spellStart"/>
            <w:r w:rsidRPr="00484B53">
              <w:rPr>
                <w:rFonts w:ascii="Arial" w:hAnsi="Arial" w:cs="Arial"/>
                <w:i/>
                <w:iCs/>
              </w:rPr>
              <w:t>Segera</w:t>
            </w:r>
            <w:proofErr w:type="spellEnd"/>
          </w:p>
        </w:tc>
        <w:tc>
          <w:tcPr>
            <w:tcW w:w="539" w:type="dxa"/>
          </w:tcPr>
          <w:p w14:paraId="028AE477" w14:textId="77777777" w:rsidR="00B44E4A" w:rsidRPr="00484B53" w:rsidRDefault="00B44E4A" w:rsidP="00B44E4A">
            <w:pPr>
              <w:rPr>
                <w:rFonts w:ascii="Arial" w:hAnsi="Arial" w:cs="Arial"/>
              </w:rPr>
            </w:pPr>
          </w:p>
        </w:tc>
        <w:tc>
          <w:tcPr>
            <w:tcW w:w="446" w:type="dxa"/>
          </w:tcPr>
          <w:p w14:paraId="256B53DE" w14:textId="77777777" w:rsidR="00B44E4A" w:rsidRPr="00484B53" w:rsidRDefault="00B44E4A" w:rsidP="00B44E4A">
            <w:pPr>
              <w:rPr>
                <w:rFonts w:ascii="Arial" w:hAnsi="Arial" w:cs="Arial"/>
              </w:rPr>
            </w:pPr>
          </w:p>
        </w:tc>
        <w:tc>
          <w:tcPr>
            <w:tcW w:w="4513" w:type="dxa"/>
          </w:tcPr>
          <w:p w14:paraId="217D3830" w14:textId="79BA2E72" w:rsidR="00B44E4A" w:rsidRPr="00484B53" w:rsidRDefault="00B44E4A" w:rsidP="00B44E4A">
            <w:pPr>
              <w:tabs>
                <w:tab w:val="left" w:pos="450"/>
              </w:tabs>
              <w:rPr>
                <w:rFonts w:ascii="Arial" w:hAnsi="Arial" w:cs="Arial"/>
              </w:rPr>
            </w:pPr>
          </w:p>
        </w:tc>
      </w:tr>
      <w:tr w:rsidR="00B44E4A" w:rsidRPr="00484B53" w14:paraId="21B5DF81" w14:textId="77777777" w:rsidTr="00CE432C">
        <w:tc>
          <w:tcPr>
            <w:tcW w:w="1123" w:type="dxa"/>
          </w:tcPr>
          <w:p w14:paraId="6D7B8120"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3615A6A8"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77A7429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66B2603D" w14:textId="77777777" w:rsidR="00B44E4A" w:rsidRPr="00484B53" w:rsidRDefault="00B44E4A" w:rsidP="00B44E4A">
            <w:pPr>
              <w:rPr>
                <w:rFonts w:ascii="Arial" w:hAnsi="Arial" w:cs="Arial"/>
              </w:rPr>
            </w:pPr>
          </w:p>
        </w:tc>
        <w:tc>
          <w:tcPr>
            <w:tcW w:w="446" w:type="dxa"/>
          </w:tcPr>
          <w:p w14:paraId="6422E5CA" w14:textId="45FAF6A5" w:rsidR="00B44E4A" w:rsidRPr="00484B53" w:rsidRDefault="00B44E4A" w:rsidP="00B44E4A">
            <w:pPr>
              <w:rPr>
                <w:rFonts w:ascii="Arial" w:hAnsi="Arial" w:cs="Arial"/>
              </w:rPr>
            </w:pPr>
          </w:p>
        </w:tc>
        <w:tc>
          <w:tcPr>
            <w:tcW w:w="4513" w:type="dxa"/>
          </w:tcPr>
          <w:p w14:paraId="29D66A39" w14:textId="7694CFF6" w:rsidR="00B44E4A" w:rsidRPr="00484B53" w:rsidRDefault="00B44E4A" w:rsidP="00B44E4A">
            <w:pPr>
              <w:rPr>
                <w:rFonts w:ascii="Arial" w:hAnsi="Arial" w:cs="Arial"/>
              </w:rPr>
            </w:pPr>
          </w:p>
        </w:tc>
      </w:tr>
      <w:tr w:rsidR="00CE432C" w:rsidRPr="00484B53" w14:paraId="0B1059A8" w14:textId="77777777" w:rsidTr="00CE432C">
        <w:tc>
          <w:tcPr>
            <w:tcW w:w="1123" w:type="dxa"/>
          </w:tcPr>
          <w:p w14:paraId="594C26B0"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59750B12"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51ACA37C" w14:textId="0CC4F943" w:rsidR="00CE432C" w:rsidRPr="00484B53" w:rsidRDefault="00CE432C" w:rsidP="00CE432C">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Alat Kebersihan</w:t>
            </w:r>
            <w:r w:rsidRPr="00484B53">
              <w:rPr>
                <w:rFonts w:ascii="Arial" w:hAnsi="Arial" w:cs="Arial"/>
              </w:rPr>
              <w:tab/>
            </w:r>
          </w:p>
        </w:tc>
        <w:tc>
          <w:tcPr>
            <w:tcW w:w="539" w:type="dxa"/>
          </w:tcPr>
          <w:p w14:paraId="67089D44" w14:textId="77777777" w:rsidR="00CE432C" w:rsidRPr="00484B53" w:rsidRDefault="00CE432C" w:rsidP="00CE432C">
            <w:pPr>
              <w:rPr>
                <w:rFonts w:ascii="Arial" w:hAnsi="Arial" w:cs="Arial"/>
              </w:rPr>
            </w:pPr>
          </w:p>
        </w:tc>
        <w:tc>
          <w:tcPr>
            <w:tcW w:w="446" w:type="dxa"/>
          </w:tcPr>
          <w:p w14:paraId="50863602" w14:textId="77777777" w:rsidR="00CE432C" w:rsidRPr="00484B53" w:rsidRDefault="00CE432C" w:rsidP="00CE432C">
            <w:pPr>
              <w:rPr>
                <w:rFonts w:ascii="Arial" w:hAnsi="Arial" w:cs="Arial"/>
              </w:rPr>
            </w:pPr>
          </w:p>
        </w:tc>
        <w:tc>
          <w:tcPr>
            <w:tcW w:w="4513" w:type="dxa"/>
          </w:tcPr>
          <w:p w14:paraId="778A2DEA" w14:textId="3E7D2D12"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701D2885" w14:textId="77777777" w:rsidTr="00BD6779">
        <w:trPr>
          <w:trHeight w:val="60"/>
        </w:trPr>
        <w:tc>
          <w:tcPr>
            <w:tcW w:w="1123" w:type="dxa"/>
          </w:tcPr>
          <w:p w14:paraId="2FCDB597" w14:textId="77777777" w:rsidR="00CE432C" w:rsidRPr="00484B53" w:rsidRDefault="00CE432C" w:rsidP="00CE432C">
            <w:pPr>
              <w:rPr>
                <w:rFonts w:ascii="Arial" w:hAnsi="Arial" w:cs="Arial"/>
              </w:rPr>
            </w:pPr>
          </w:p>
        </w:tc>
        <w:tc>
          <w:tcPr>
            <w:tcW w:w="157" w:type="dxa"/>
          </w:tcPr>
          <w:p w14:paraId="01BC1C3B" w14:textId="77777777" w:rsidR="00CE432C" w:rsidRPr="00484B53" w:rsidRDefault="00CE432C" w:rsidP="00CE432C">
            <w:pPr>
              <w:rPr>
                <w:rFonts w:ascii="Arial" w:hAnsi="Arial" w:cs="Arial"/>
              </w:rPr>
            </w:pPr>
          </w:p>
        </w:tc>
        <w:tc>
          <w:tcPr>
            <w:tcW w:w="2859" w:type="dxa"/>
            <w:vMerge/>
          </w:tcPr>
          <w:p w14:paraId="2893A3A8" w14:textId="77777777" w:rsidR="00CE432C" w:rsidRPr="00484B53" w:rsidRDefault="00CE432C" w:rsidP="00CE432C">
            <w:pPr>
              <w:rPr>
                <w:rFonts w:ascii="Arial" w:hAnsi="Arial" w:cs="Arial"/>
              </w:rPr>
            </w:pPr>
          </w:p>
        </w:tc>
        <w:tc>
          <w:tcPr>
            <w:tcW w:w="539" w:type="dxa"/>
          </w:tcPr>
          <w:p w14:paraId="42FA1B8E" w14:textId="77777777" w:rsidR="00CE432C" w:rsidRPr="00484B53" w:rsidRDefault="00CE432C" w:rsidP="00CE432C">
            <w:pPr>
              <w:rPr>
                <w:rFonts w:ascii="Arial" w:hAnsi="Arial" w:cs="Arial"/>
              </w:rPr>
            </w:pPr>
          </w:p>
        </w:tc>
        <w:tc>
          <w:tcPr>
            <w:tcW w:w="446" w:type="dxa"/>
          </w:tcPr>
          <w:p w14:paraId="0FFFF7EC" w14:textId="6336DFAF"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9D6CA56" w14:textId="4B3015BD" w:rsidR="00CE432C" w:rsidRPr="00484B53" w:rsidRDefault="00CE432C" w:rsidP="00CE432C">
            <w:pPr>
              <w:rPr>
                <w:rFonts w:ascii="Arial" w:hAnsi="Arial" w:cs="Arial"/>
              </w:rPr>
            </w:pPr>
            <w:r w:rsidRPr="00484B53">
              <w:rPr>
                <w:rFonts w:ascii="Arial" w:hAnsi="Arial" w:cs="Arial"/>
              </w:rPr>
              <w:t>CV. WILDAN SARANA USAHA</w:t>
            </w:r>
          </w:p>
        </w:tc>
      </w:tr>
      <w:tr w:rsidR="00CE432C" w:rsidRPr="00484B53" w14:paraId="3FBA67EC" w14:textId="77777777" w:rsidTr="00CE432C">
        <w:tc>
          <w:tcPr>
            <w:tcW w:w="1123" w:type="dxa"/>
          </w:tcPr>
          <w:p w14:paraId="63DB8D96" w14:textId="77777777" w:rsidR="00CE432C" w:rsidRPr="00484B53" w:rsidRDefault="00CE432C" w:rsidP="00CE432C">
            <w:pPr>
              <w:rPr>
                <w:rFonts w:ascii="Arial" w:hAnsi="Arial" w:cs="Arial"/>
              </w:rPr>
            </w:pPr>
          </w:p>
        </w:tc>
        <w:tc>
          <w:tcPr>
            <w:tcW w:w="157" w:type="dxa"/>
          </w:tcPr>
          <w:p w14:paraId="78D3A155" w14:textId="77777777" w:rsidR="00CE432C" w:rsidRPr="00484B53" w:rsidRDefault="00CE432C" w:rsidP="00CE432C">
            <w:pPr>
              <w:rPr>
                <w:rFonts w:ascii="Arial" w:hAnsi="Arial" w:cs="Arial"/>
              </w:rPr>
            </w:pPr>
          </w:p>
        </w:tc>
        <w:tc>
          <w:tcPr>
            <w:tcW w:w="2859" w:type="dxa"/>
            <w:vMerge/>
          </w:tcPr>
          <w:p w14:paraId="69E14505" w14:textId="77777777" w:rsidR="00CE432C" w:rsidRPr="00484B53" w:rsidRDefault="00CE432C" w:rsidP="00CE432C">
            <w:pPr>
              <w:rPr>
                <w:rFonts w:ascii="Arial" w:hAnsi="Arial" w:cs="Arial"/>
              </w:rPr>
            </w:pPr>
          </w:p>
        </w:tc>
        <w:tc>
          <w:tcPr>
            <w:tcW w:w="539" w:type="dxa"/>
          </w:tcPr>
          <w:p w14:paraId="0221B680" w14:textId="77777777" w:rsidR="00CE432C" w:rsidRPr="00484B53" w:rsidRDefault="00CE432C" w:rsidP="00CE432C">
            <w:pPr>
              <w:rPr>
                <w:rFonts w:ascii="Arial" w:hAnsi="Arial" w:cs="Arial"/>
              </w:rPr>
            </w:pPr>
          </w:p>
        </w:tc>
        <w:tc>
          <w:tcPr>
            <w:tcW w:w="446" w:type="dxa"/>
          </w:tcPr>
          <w:p w14:paraId="6262EC45" w14:textId="77777777" w:rsidR="00CE432C" w:rsidRPr="00484B53" w:rsidRDefault="00CE432C" w:rsidP="00CE432C">
            <w:pPr>
              <w:rPr>
                <w:rFonts w:ascii="Arial" w:hAnsi="Arial" w:cs="Arial"/>
              </w:rPr>
            </w:pPr>
          </w:p>
        </w:tc>
        <w:tc>
          <w:tcPr>
            <w:tcW w:w="4513" w:type="dxa"/>
          </w:tcPr>
          <w:p w14:paraId="0EBED359" w14:textId="77777777" w:rsidR="00CE432C" w:rsidRPr="00484B53" w:rsidRDefault="00CE432C" w:rsidP="00CE432C">
            <w:pPr>
              <w:rPr>
                <w:rFonts w:ascii="Arial" w:hAnsi="Arial" w:cs="Arial"/>
              </w:rPr>
            </w:pPr>
            <w:r w:rsidRPr="00484B53">
              <w:rPr>
                <w:rFonts w:ascii="Arial" w:hAnsi="Arial" w:cs="Arial"/>
              </w:rPr>
              <w:t>Ruku Permata Regency Blok D No. 37</w:t>
            </w:r>
          </w:p>
          <w:p w14:paraId="49BEAF16" w14:textId="77777777" w:rsidR="00CE432C" w:rsidRPr="00484B53" w:rsidRDefault="00CE432C" w:rsidP="00CE432C">
            <w:pPr>
              <w:rPr>
                <w:rFonts w:ascii="Arial" w:hAnsi="Arial" w:cs="Arial"/>
              </w:rPr>
            </w:pPr>
            <w:r w:rsidRPr="00484B53">
              <w:rPr>
                <w:rFonts w:ascii="Arial" w:hAnsi="Arial" w:cs="Arial"/>
              </w:rPr>
              <w:t xml:space="preserve">Kel. Srengseng, Kec. Kembangan </w:t>
            </w:r>
          </w:p>
          <w:p w14:paraId="334FA9D9" w14:textId="77777777" w:rsidR="00CE432C" w:rsidRPr="00484B53" w:rsidRDefault="00CE432C" w:rsidP="00CE432C">
            <w:pPr>
              <w:rPr>
                <w:rFonts w:ascii="Arial" w:hAnsi="Arial" w:cs="Arial"/>
              </w:rPr>
            </w:pPr>
            <w:r w:rsidRPr="00484B53">
              <w:rPr>
                <w:rFonts w:ascii="Arial" w:hAnsi="Arial" w:cs="Arial"/>
              </w:rPr>
              <w:t>di</w:t>
            </w:r>
          </w:p>
          <w:p w14:paraId="080EED83" w14:textId="1233AEE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49362A90" w14:textId="77777777" w:rsidTr="00CE432C">
        <w:tc>
          <w:tcPr>
            <w:tcW w:w="1123" w:type="dxa"/>
          </w:tcPr>
          <w:p w14:paraId="5950C758" w14:textId="77777777" w:rsidR="00CE432C" w:rsidRPr="00484B53" w:rsidRDefault="00CE432C" w:rsidP="00CE432C">
            <w:pPr>
              <w:rPr>
                <w:rFonts w:ascii="Arial" w:hAnsi="Arial" w:cs="Arial"/>
              </w:rPr>
            </w:pPr>
          </w:p>
        </w:tc>
        <w:tc>
          <w:tcPr>
            <w:tcW w:w="157" w:type="dxa"/>
          </w:tcPr>
          <w:p w14:paraId="0AFC667F" w14:textId="77777777" w:rsidR="00CE432C" w:rsidRPr="00484B53" w:rsidRDefault="00CE432C" w:rsidP="00CE432C">
            <w:pPr>
              <w:rPr>
                <w:rFonts w:ascii="Arial" w:hAnsi="Arial" w:cs="Arial"/>
              </w:rPr>
            </w:pPr>
          </w:p>
        </w:tc>
        <w:tc>
          <w:tcPr>
            <w:tcW w:w="2859" w:type="dxa"/>
          </w:tcPr>
          <w:p w14:paraId="0FF4BC5A" w14:textId="77777777" w:rsidR="00CE432C" w:rsidRPr="00484B53" w:rsidRDefault="00CE432C" w:rsidP="00CE432C">
            <w:pPr>
              <w:rPr>
                <w:rFonts w:ascii="Arial" w:hAnsi="Arial" w:cs="Arial"/>
              </w:rPr>
            </w:pPr>
          </w:p>
        </w:tc>
        <w:tc>
          <w:tcPr>
            <w:tcW w:w="539" w:type="dxa"/>
          </w:tcPr>
          <w:p w14:paraId="3AEA9499" w14:textId="77777777" w:rsidR="00CE432C" w:rsidRPr="00484B53" w:rsidRDefault="00CE432C" w:rsidP="00CE432C">
            <w:pPr>
              <w:rPr>
                <w:rFonts w:ascii="Arial" w:hAnsi="Arial" w:cs="Arial"/>
              </w:rPr>
            </w:pPr>
          </w:p>
        </w:tc>
        <w:tc>
          <w:tcPr>
            <w:tcW w:w="446" w:type="dxa"/>
          </w:tcPr>
          <w:p w14:paraId="54538B7F" w14:textId="77777777" w:rsidR="00CE432C" w:rsidRPr="00484B53" w:rsidRDefault="00CE432C" w:rsidP="00CE432C">
            <w:pPr>
              <w:rPr>
                <w:rFonts w:ascii="Arial" w:hAnsi="Arial" w:cs="Arial"/>
              </w:rPr>
            </w:pPr>
          </w:p>
        </w:tc>
        <w:tc>
          <w:tcPr>
            <w:tcW w:w="4513" w:type="dxa"/>
          </w:tcPr>
          <w:p w14:paraId="241B5FC7" w14:textId="77777777" w:rsidR="00CE432C" w:rsidRPr="00484B53" w:rsidRDefault="00CE432C" w:rsidP="00CE432C">
            <w:pPr>
              <w:rPr>
                <w:rFonts w:ascii="Arial" w:hAnsi="Arial" w:cs="Arial"/>
              </w:rPr>
            </w:pPr>
          </w:p>
        </w:tc>
      </w:tr>
      <w:tr w:rsidR="00CE432C" w:rsidRPr="00484B53" w14:paraId="3DB0DD24" w14:textId="77777777" w:rsidTr="00CE432C">
        <w:trPr>
          <w:trHeight w:val="333"/>
        </w:trPr>
        <w:tc>
          <w:tcPr>
            <w:tcW w:w="1123" w:type="dxa"/>
          </w:tcPr>
          <w:p w14:paraId="0D4C2806" w14:textId="77777777" w:rsidR="00CE432C" w:rsidRPr="00484B53" w:rsidRDefault="00CE432C" w:rsidP="00CE432C">
            <w:pPr>
              <w:rPr>
                <w:rFonts w:ascii="Arial" w:hAnsi="Arial" w:cs="Arial"/>
              </w:rPr>
            </w:pPr>
          </w:p>
        </w:tc>
        <w:tc>
          <w:tcPr>
            <w:tcW w:w="157" w:type="dxa"/>
          </w:tcPr>
          <w:p w14:paraId="3DA8252D" w14:textId="77777777" w:rsidR="00CE432C" w:rsidRPr="00484B53" w:rsidRDefault="00CE432C" w:rsidP="00CE432C">
            <w:pPr>
              <w:rPr>
                <w:rFonts w:ascii="Arial" w:hAnsi="Arial" w:cs="Arial"/>
              </w:rPr>
            </w:pPr>
          </w:p>
        </w:tc>
        <w:tc>
          <w:tcPr>
            <w:tcW w:w="2859" w:type="dxa"/>
          </w:tcPr>
          <w:p w14:paraId="76A7159F" w14:textId="77777777" w:rsidR="00CE432C" w:rsidRPr="00484B53" w:rsidRDefault="00CE432C" w:rsidP="00CE432C">
            <w:pPr>
              <w:rPr>
                <w:rFonts w:ascii="Arial" w:hAnsi="Arial" w:cs="Arial"/>
              </w:rPr>
            </w:pPr>
          </w:p>
        </w:tc>
        <w:tc>
          <w:tcPr>
            <w:tcW w:w="539" w:type="dxa"/>
          </w:tcPr>
          <w:p w14:paraId="02F572A5" w14:textId="77777777" w:rsidR="00CE432C" w:rsidRPr="00484B53" w:rsidRDefault="00CE432C" w:rsidP="00CE432C">
            <w:pPr>
              <w:rPr>
                <w:rFonts w:ascii="Arial" w:hAnsi="Arial" w:cs="Arial"/>
              </w:rPr>
            </w:pPr>
          </w:p>
        </w:tc>
        <w:tc>
          <w:tcPr>
            <w:tcW w:w="446" w:type="dxa"/>
          </w:tcPr>
          <w:p w14:paraId="1D3BDD6A" w14:textId="77777777" w:rsidR="00CE432C" w:rsidRPr="00484B53" w:rsidRDefault="00CE432C" w:rsidP="00CE432C">
            <w:pPr>
              <w:rPr>
                <w:rFonts w:ascii="Arial" w:hAnsi="Arial" w:cs="Arial"/>
              </w:rPr>
            </w:pPr>
          </w:p>
        </w:tc>
        <w:tc>
          <w:tcPr>
            <w:tcW w:w="4513" w:type="dxa"/>
          </w:tcPr>
          <w:p w14:paraId="1CA9EB34" w14:textId="77777777" w:rsidR="00CE432C" w:rsidRPr="00484B53" w:rsidRDefault="00CE432C" w:rsidP="00CE432C">
            <w:pPr>
              <w:rPr>
                <w:rFonts w:ascii="Arial" w:hAnsi="Arial" w:cs="Arial"/>
              </w:rPr>
            </w:pPr>
          </w:p>
        </w:tc>
      </w:tr>
      <w:tr w:rsidR="00CE432C" w:rsidRPr="00484B53" w14:paraId="3DA75455" w14:textId="77777777" w:rsidTr="00CE432C">
        <w:tc>
          <w:tcPr>
            <w:tcW w:w="1123" w:type="dxa"/>
          </w:tcPr>
          <w:p w14:paraId="45209135" w14:textId="77777777" w:rsidR="00CE432C" w:rsidRPr="00484B53" w:rsidRDefault="00CE432C" w:rsidP="00CE432C">
            <w:pPr>
              <w:rPr>
                <w:rFonts w:ascii="Arial" w:hAnsi="Arial" w:cs="Arial"/>
              </w:rPr>
            </w:pPr>
          </w:p>
        </w:tc>
        <w:tc>
          <w:tcPr>
            <w:tcW w:w="157" w:type="dxa"/>
          </w:tcPr>
          <w:p w14:paraId="0D6F8403" w14:textId="77777777" w:rsidR="00CE432C" w:rsidRPr="00484B53" w:rsidRDefault="00CE432C" w:rsidP="00CE432C">
            <w:pPr>
              <w:rPr>
                <w:rFonts w:ascii="Arial" w:hAnsi="Arial" w:cs="Arial"/>
              </w:rPr>
            </w:pPr>
          </w:p>
        </w:tc>
        <w:tc>
          <w:tcPr>
            <w:tcW w:w="8357" w:type="dxa"/>
            <w:gridSpan w:val="4"/>
          </w:tcPr>
          <w:p w14:paraId="0A280DD5" w14:textId="449E9AA7"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DC6566" w:rsidRPr="00484B53">
              <w:rPr>
                <w:rFonts w:ascii="Arial" w:hAnsi="Arial" w:cs="Arial"/>
              </w:rPr>
              <w:t>Berdasarkan Surat Kesepakatan Negosiasi yang kami terima dari CV. WILDAN SARANA USAHA, serta berdasarkan Anggaran Bantuan Operasional Pendidikan Triwulan IV Tahun Anggaran 2025 dengan Kode Rekening 5.1.02.03.03.0010 Belanja Pemeliharaan Bangunan Gedung - Bangunan Gedung Tempat Kerja - Bangunan Gedung Tempat Pendidikan di SD Negeri Tomang 03 pada kegiatan Belanja Alat Kebersihan.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481EE9" w:rsidRPr="00484B53" w14:paraId="5CE0D626" w14:textId="77777777" w:rsidTr="00AC6CA9">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575B244F"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5E8CC5F6"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5993515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03A49B27"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Sikat Bertangkai</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Sponge cuci</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Ember Plastik</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Gayung</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Kanebo</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17</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bl>
    <w:p w14:paraId="2A4D490A" w14:textId="77777777" w:rsidR="00481EE9" w:rsidRPr="00A12E15" w:rsidRDefault="00481EE9" w:rsidP="00481EE9">
      <w:pPr>
        <w:rPr>
          <w:sz w:val="2"/>
          <w:szCs w:val="2"/>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8"/>
      </w:tblGrid>
      <w:tr w:rsidR="00024B94" w:rsidRPr="00484B53" w14:paraId="47557E79" w14:textId="77777777" w:rsidTr="00024B94">
        <w:tc>
          <w:tcPr>
            <w:tcW w:w="8358" w:type="dxa"/>
          </w:tcPr>
          <w:p w14:paraId="06CED1DB" w14:textId="542792CB" w:rsidR="00024B94" w:rsidRPr="00484B53" w:rsidRDefault="00024B94" w:rsidP="007A75FE">
            <w:pPr>
              <w:spacing w:after="120"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tc>
      </w:tr>
    </w:tbl>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A056DBF" w14:textId="77777777" w:rsidTr="00B20A3E">
        <w:trPr>
          <w:cantSplit/>
        </w:trPr>
        <w:tc>
          <w:tcPr>
            <w:tcW w:w="8358" w:type="dxa"/>
          </w:tcPr>
          <w:p w14:paraId="1D095C44" w14:textId="1CBC0C15"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0B25683C" w14:textId="77777777" w:rsidR="00024B94" w:rsidRDefault="00024B94" w:rsidP="006E1293">
            <w:pPr>
              <w:tabs>
                <w:tab w:val="left" w:pos="5670"/>
              </w:tabs>
              <w:jc w:val="both"/>
              <w:rPr>
                <w:rFonts w:ascii="Arial" w:hAnsi="Arial" w:cs="Arial"/>
              </w:rPr>
            </w:pPr>
          </w:p>
          <w:p w14:paraId="351C7CDF" w14:textId="77777777" w:rsidR="00024B94" w:rsidRDefault="00024B94" w:rsidP="006E1293">
            <w:pPr>
              <w:tabs>
                <w:tab w:val="left" w:pos="5670"/>
              </w:tabs>
              <w:jc w:val="both"/>
              <w:rPr>
                <w:rFonts w:ascii="Arial" w:hAnsi="Arial" w:cs="Arial"/>
              </w:rPr>
            </w:pPr>
          </w:p>
          <w:p w14:paraId="20EF3DE5"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5264D97" w14:textId="77777777" w:rsidR="00024B94" w:rsidRPr="00484B53" w:rsidRDefault="00024B94" w:rsidP="006E1293">
            <w:pPr>
              <w:tabs>
                <w:tab w:val="left" w:pos="4714"/>
                <w:tab w:val="left" w:pos="4856"/>
              </w:tabs>
              <w:jc w:val="center"/>
              <w:rPr>
                <w:rFonts w:ascii="Arial" w:hAnsi="Arial" w:cs="Arial"/>
              </w:rPr>
            </w:pPr>
          </w:p>
          <w:p w14:paraId="797B53B2" w14:textId="77777777" w:rsidR="00024B94" w:rsidRPr="00484B53" w:rsidRDefault="00024B94" w:rsidP="006E1293">
            <w:pPr>
              <w:tabs>
                <w:tab w:val="left" w:pos="4714"/>
                <w:tab w:val="left" w:pos="4856"/>
              </w:tabs>
              <w:jc w:val="center"/>
              <w:rPr>
                <w:rFonts w:ascii="Arial" w:hAnsi="Arial" w:cs="Arial"/>
              </w:rPr>
            </w:pPr>
          </w:p>
          <w:p w14:paraId="0B46DC90" w14:textId="77777777" w:rsidR="00024B94" w:rsidRPr="00484B53" w:rsidRDefault="00024B94" w:rsidP="006E1293">
            <w:pPr>
              <w:tabs>
                <w:tab w:val="left" w:pos="4714"/>
                <w:tab w:val="left" w:pos="4856"/>
              </w:tabs>
              <w:jc w:val="center"/>
              <w:rPr>
                <w:rFonts w:ascii="Arial" w:hAnsi="Arial" w:cs="Arial"/>
              </w:rPr>
            </w:pPr>
          </w:p>
          <w:p w14:paraId="38882E65" w14:textId="77777777" w:rsidR="00024B94" w:rsidRPr="00484B53" w:rsidRDefault="00024B94" w:rsidP="006E1293">
            <w:pPr>
              <w:tabs>
                <w:tab w:val="left" w:pos="4714"/>
                <w:tab w:val="left" w:pos="4856"/>
              </w:tabs>
              <w:jc w:val="center"/>
              <w:rPr>
                <w:rFonts w:ascii="Arial" w:hAnsi="Arial" w:cs="Arial"/>
              </w:rPr>
            </w:pPr>
          </w:p>
          <w:p w14:paraId="5B68A75D"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58E99059"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13537FF3" w14:textId="77777777" w:rsidR="00024B94" w:rsidRDefault="00024B94" w:rsidP="006E1293">
            <w:pPr>
              <w:tabs>
                <w:tab w:val="left" w:pos="5670"/>
              </w:tabs>
              <w:jc w:val="both"/>
              <w:rPr>
                <w:rFonts w:ascii="Arial" w:hAnsi="Arial" w:cs="Arial"/>
              </w:rPr>
            </w:pPr>
          </w:p>
          <w:p w14:paraId="05604A0C" w14:textId="77777777" w:rsidR="00024B94" w:rsidRPr="00484B53" w:rsidRDefault="00024B94" w:rsidP="006E1293">
            <w:pPr>
              <w:tabs>
                <w:tab w:val="left" w:pos="5670"/>
              </w:tabs>
              <w:jc w:val="both"/>
              <w:rPr>
                <w:rFonts w:ascii="Arial" w:hAnsi="Arial" w:cs="Arial"/>
              </w:rPr>
            </w:pPr>
          </w:p>
        </w:tc>
      </w:tr>
    </w:tbl>
    <w:p w14:paraId="189EBEC5" w14:textId="77777777" w:rsidR="00024B94" w:rsidRDefault="00024B94"/>
    <w:p w14:paraId="2C44EBF7" w14:textId="354E51A4"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7D6975F5" w14:textId="77777777" w:rsidTr="00CE3584">
        <w:tc>
          <w:tcPr>
            <w:tcW w:w="1668" w:type="dxa"/>
          </w:tcPr>
          <w:p w14:paraId="2284E561" w14:textId="77777777" w:rsidR="00006C63" w:rsidRDefault="00006C63" w:rsidP="00CE3584">
            <w:pPr>
              <w:rPr>
                <w:rFonts w:ascii="Arial" w:eastAsia="Arial" w:hAnsi="Arial" w:cs="Arial"/>
              </w:rPr>
            </w:pPr>
            <w:r>
              <w:rPr>
                <w:noProof/>
              </w:rPr>
              <w:lastRenderedPageBreak/>
              <w:drawing>
                <wp:inline distT="0" distB="0" distL="0" distR="0" wp14:anchorId="7945D48D" wp14:editId="06F812C6">
                  <wp:extent cx="885536" cy="990600"/>
                  <wp:effectExtent l="0" t="0" r="0" b="0"/>
                  <wp:docPr id="999465815"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F6082C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48592D1"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35E07D5"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95F6127"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B1EE8CA"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BD55C21"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433C5A85"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51DF2972"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304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Empat Belas Bulan November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3453-SJ/WSU/XI/2025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14 November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Alat Kebersihan</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MOH MUGHNI</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WILDAN SARANA USAHA</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5B5822EC" w:rsidR="00546C6B" w:rsidRPr="00484B53" w:rsidRDefault="00B44E4A" w:rsidP="00546C6B">
            <w:pPr>
              <w:rPr>
                <w:rFonts w:ascii="Arial" w:hAnsi="Arial" w:cs="Arial"/>
              </w:rPr>
            </w:pPr>
            <w:r w:rsidRPr="00484B53">
              <w:rPr>
                <w:rFonts w:ascii="Arial" w:hAnsi="Arial" w:cs="Arial"/>
              </w:rPr>
              <w:t>Ruku Permata Regency Blok D No. 37</w:t>
            </w:r>
            <w:r w:rsidR="00FC4566">
              <w:rPr>
                <w:rFonts w:ascii="Arial" w:hAnsi="Arial" w:cs="Arial"/>
              </w:rPr>
              <w:t xml:space="preserve"> </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085810787085</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28F691EB" w:rsidR="00124A29" w:rsidRPr="00484B53" w:rsidRDefault="00124A29" w:rsidP="00E27593">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A5555D" w:rsidRPr="00A5555D">
        <w:rPr>
          <w:rFonts w:ascii="Arial" w:hAnsi="Arial" w:cs="Arial"/>
        </w:rPr>
        <w:t>Belanja Alat Kebersihan</w:t>
      </w:r>
      <w:r w:rsidR="00A5555D">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Sikat Bertangkai</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Sponge cuci</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Ember Plastik</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Gayung</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Kanebo</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17</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17</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17</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81381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024B94">
        <w:trPr>
          <w:cantSplit/>
        </w:trPr>
        <w:tc>
          <w:tcPr>
            <w:tcW w:w="9853" w:type="dxa"/>
          </w:tcPr>
          <w:p w14:paraId="6C5C431A" w14:textId="77777777" w:rsidR="0081381F" w:rsidRDefault="00842A5E" w:rsidP="0081381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2A872C64" w:rsidR="00AF49B7" w:rsidRPr="00484B53" w:rsidRDefault="00842A5E" w:rsidP="0081381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MOH MUGHNI</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WILDAN SARANA USAHA</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4B6B2A" w14:textId="77777777" w:rsidTr="00CE3584">
        <w:tc>
          <w:tcPr>
            <w:tcW w:w="1668" w:type="dxa"/>
          </w:tcPr>
          <w:p w14:paraId="75F4D89E" w14:textId="77777777" w:rsidR="00006C63" w:rsidRDefault="00006C63" w:rsidP="00CE3584">
            <w:pPr>
              <w:rPr>
                <w:rFonts w:ascii="Arial" w:eastAsia="Arial" w:hAnsi="Arial" w:cs="Arial"/>
              </w:rPr>
            </w:pPr>
            <w:r>
              <w:rPr>
                <w:noProof/>
              </w:rPr>
              <w:lastRenderedPageBreak/>
              <w:drawing>
                <wp:inline distT="0" distB="0" distL="0" distR="0" wp14:anchorId="7F5A2905" wp14:editId="40E4931C">
                  <wp:extent cx="885536" cy="990600"/>
                  <wp:effectExtent l="0" t="0" r="0" b="0"/>
                  <wp:docPr id="192779275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D27296C"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726CF02B"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58469CF4"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80015E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6543F64"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0910B354"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60BC4261"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55B01A0"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5.1.02.03.03.0010 Belanja Pemeliharaan Bangunan Gedung - Bangunan Gedung Tempat Kerja - Bangunan Gedung Tempat Pendidikan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Alat Kebersihan</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E5E1" w14:textId="77777777" w:rsidR="00695DE4" w:rsidRDefault="00695DE4" w:rsidP="00891FDB">
      <w:pPr>
        <w:spacing w:after="0" w:line="240" w:lineRule="auto"/>
      </w:pPr>
      <w:r>
        <w:separator/>
      </w:r>
    </w:p>
  </w:endnote>
  <w:endnote w:type="continuationSeparator" w:id="0">
    <w:p w14:paraId="437E18FE" w14:textId="77777777" w:rsidR="00695DE4" w:rsidRDefault="00695DE4"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1EC4" w14:textId="77777777" w:rsidR="00695DE4" w:rsidRDefault="00695DE4" w:rsidP="00891FDB">
      <w:pPr>
        <w:spacing w:after="0" w:line="240" w:lineRule="auto"/>
      </w:pPr>
      <w:r>
        <w:separator/>
      </w:r>
    </w:p>
  </w:footnote>
  <w:footnote w:type="continuationSeparator" w:id="0">
    <w:p w14:paraId="02912A94" w14:textId="77777777" w:rsidR="00695DE4" w:rsidRDefault="00695DE4"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06C63"/>
    <w:rsid w:val="00024B94"/>
    <w:rsid w:val="00025031"/>
    <w:rsid w:val="00034616"/>
    <w:rsid w:val="0005059F"/>
    <w:rsid w:val="0006063C"/>
    <w:rsid w:val="000671FF"/>
    <w:rsid w:val="00067ECB"/>
    <w:rsid w:val="00070B4A"/>
    <w:rsid w:val="00086C67"/>
    <w:rsid w:val="000970DA"/>
    <w:rsid w:val="000A1CCB"/>
    <w:rsid w:val="000B4D87"/>
    <w:rsid w:val="000B7E99"/>
    <w:rsid w:val="000C7ABC"/>
    <w:rsid w:val="000D7B2C"/>
    <w:rsid w:val="000E1921"/>
    <w:rsid w:val="000E60A1"/>
    <w:rsid w:val="000F16DA"/>
    <w:rsid w:val="00100A45"/>
    <w:rsid w:val="00107470"/>
    <w:rsid w:val="00124A29"/>
    <w:rsid w:val="0014653C"/>
    <w:rsid w:val="001475B2"/>
    <w:rsid w:val="0015074B"/>
    <w:rsid w:val="0015279A"/>
    <w:rsid w:val="00154232"/>
    <w:rsid w:val="00186960"/>
    <w:rsid w:val="00196350"/>
    <w:rsid w:val="001A2038"/>
    <w:rsid w:val="001D04B8"/>
    <w:rsid w:val="001D0E2C"/>
    <w:rsid w:val="001D3196"/>
    <w:rsid w:val="00220BBD"/>
    <w:rsid w:val="002245E7"/>
    <w:rsid w:val="00235F8D"/>
    <w:rsid w:val="0026103C"/>
    <w:rsid w:val="00294025"/>
    <w:rsid w:val="0029639D"/>
    <w:rsid w:val="002A534B"/>
    <w:rsid w:val="002B0F8D"/>
    <w:rsid w:val="002D6708"/>
    <w:rsid w:val="002E1170"/>
    <w:rsid w:val="002E4CB6"/>
    <w:rsid w:val="0031058E"/>
    <w:rsid w:val="00314051"/>
    <w:rsid w:val="00326F90"/>
    <w:rsid w:val="0035321A"/>
    <w:rsid w:val="00353D53"/>
    <w:rsid w:val="00375037"/>
    <w:rsid w:val="00375EE9"/>
    <w:rsid w:val="003907A3"/>
    <w:rsid w:val="00390F3F"/>
    <w:rsid w:val="003B00D3"/>
    <w:rsid w:val="003B759C"/>
    <w:rsid w:val="003D57EF"/>
    <w:rsid w:val="003D62FC"/>
    <w:rsid w:val="003D63F0"/>
    <w:rsid w:val="003E3B49"/>
    <w:rsid w:val="003F0582"/>
    <w:rsid w:val="003F20FD"/>
    <w:rsid w:val="00405453"/>
    <w:rsid w:val="0041345D"/>
    <w:rsid w:val="00417A54"/>
    <w:rsid w:val="00423D35"/>
    <w:rsid w:val="00432CD7"/>
    <w:rsid w:val="00453F73"/>
    <w:rsid w:val="0045684C"/>
    <w:rsid w:val="00475A7C"/>
    <w:rsid w:val="00481EE9"/>
    <w:rsid w:val="00484B53"/>
    <w:rsid w:val="004A33CF"/>
    <w:rsid w:val="004B18A6"/>
    <w:rsid w:val="004B4364"/>
    <w:rsid w:val="004B650B"/>
    <w:rsid w:val="004B675E"/>
    <w:rsid w:val="004B7129"/>
    <w:rsid w:val="004E55FC"/>
    <w:rsid w:val="004F61A0"/>
    <w:rsid w:val="00516BA7"/>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24932"/>
    <w:rsid w:val="0064340B"/>
    <w:rsid w:val="00652014"/>
    <w:rsid w:val="0065292D"/>
    <w:rsid w:val="0065302B"/>
    <w:rsid w:val="00663005"/>
    <w:rsid w:val="00665F17"/>
    <w:rsid w:val="006921F8"/>
    <w:rsid w:val="00695DE4"/>
    <w:rsid w:val="006B644E"/>
    <w:rsid w:val="006C5F14"/>
    <w:rsid w:val="006D0485"/>
    <w:rsid w:val="006E3D56"/>
    <w:rsid w:val="006E6433"/>
    <w:rsid w:val="0070097F"/>
    <w:rsid w:val="0070319E"/>
    <w:rsid w:val="0073720F"/>
    <w:rsid w:val="007469B6"/>
    <w:rsid w:val="0075312C"/>
    <w:rsid w:val="007540C2"/>
    <w:rsid w:val="007570F3"/>
    <w:rsid w:val="00761789"/>
    <w:rsid w:val="00775F73"/>
    <w:rsid w:val="007764BB"/>
    <w:rsid w:val="0078529B"/>
    <w:rsid w:val="0078775A"/>
    <w:rsid w:val="007A75FE"/>
    <w:rsid w:val="007B4EDB"/>
    <w:rsid w:val="007B5B00"/>
    <w:rsid w:val="007D1CBA"/>
    <w:rsid w:val="007E1A07"/>
    <w:rsid w:val="00804DE9"/>
    <w:rsid w:val="00812880"/>
    <w:rsid w:val="0081381F"/>
    <w:rsid w:val="00814CA3"/>
    <w:rsid w:val="00815C0A"/>
    <w:rsid w:val="00831979"/>
    <w:rsid w:val="008376C6"/>
    <w:rsid w:val="00842A5E"/>
    <w:rsid w:val="00844CBE"/>
    <w:rsid w:val="00864098"/>
    <w:rsid w:val="0088458F"/>
    <w:rsid w:val="00886FEF"/>
    <w:rsid w:val="00891FDB"/>
    <w:rsid w:val="00895FC4"/>
    <w:rsid w:val="008A4E26"/>
    <w:rsid w:val="008B7638"/>
    <w:rsid w:val="008D53B1"/>
    <w:rsid w:val="008E7519"/>
    <w:rsid w:val="009155A7"/>
    <w:rsid w:val="009233AA"/>
    <w:rsid w:val="009329E0"/>
    <w:rsid w:val="00935A30"/>
    <w:rsid w:val="00941234"/>
    <w:rsid w:val="00952D80"/>
    <w:rsid w:val="0096457E"/>
    <w:rsid w:val="0097352F"/>
    <w:rsid w:val="009735A7"/>
    <w:rsid w:val="00977112"/>
    <w:rsid w:val="00984327"/>
    <w:rsid w:val="009960E7"/>
    <w:rsid w:val="009A5E9B"/>
    <w:rsid w:val="009A648C"/>
    <w:rsid w:val="009A7ECE"/>
    <w:rsid w:val="009B3884"/>
    <w:rsid w:val="009B5743"/>
    <w:rsid w:val="009C0E40"/>
    <w:rsid w:val="009D0BE4"/>
    <w:rsid w:val="009D52AC"/>
    <w:rsid w:val="009D5C20"/>
    <w:rsid w:val="009E098C"/>
    <w:rsid w:val="009F0A91"/>
    <w:rsid w:val="00A027BF"/>
    <w:rsid w:val="00A12E15"/>
    <w:rsid w:val="00A1779C"/>
    <w:rsid w:val="00A25021"/>
    <w:rsid w:val="00A32A05"/>
    <w:rsid w:val="00A503FB"/>
    <w:rsid w:val="00A51CA4"/>
    <w:rsid w:val="00A5555D"/>
    <w:rsid w:val="00A97E1A"/>
    <w:rsid w:val="00AA1D8D"/>
    <w:rsid w:val="00AA3A8D"/>
    <w:rsid w:val="00AB2F7C"/>
    <w:rsid w:val="00AC75A9"/>
    <w:rsid w:val="00AD6583"/>
    <w:rsid w:val="00AF4246"/>
    <w:rsid w:val="00AF49B7"/>
    <w:rsid w:val="00B102B6"/>
    <w:rsid w:val="00B20A3E"/>
    <w:rsid w:val="00B2100D"/>
    <w:rsid w:val="00B35141"/>
    <w:rsid w:val="00B435DF"/>
    <w:rsid w:val="00B43E16"/>
    <w:rsid w:val="00B44E4A"/>
    <w:rsid w:val="00B44FA9"/>
    <w:rsid w:val="00B45075"/>
    <w:rsid w:val="00B47730"/>
    <w:rsid w:val="00B63225"/>
    <w:rsid w:val="00B75816"/>
    <w:rsid w:val="00BC2262"/>
    <w:rsid w:val="00BD6779"/>
    <w:rsid w:val="00BE36E6"/>
    <w:rsid w:val="00BE70AA"/>
    <w:rsid w:val="00C10267"/>
    <w:rsid w:val="00C11A80"/>
    <w:rsid w:val="00C11CEC"/>
    <w:rsid w:val="00C151FE"/>
    <w:rsid w:val="00C23FD9"/>
    <w:rsid w:val="00C247ED"/>
    <w:rsid w:val="00C25BBB"/>
    <w:rsid w:val="00C32FA7"/>
    <w:rsid w:val="00C422DD"/>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07C41"/>
    <w:rsid w:val="00D403D1"/>
    <w:rsid w:val="00D53A55"/>
    <w:rsid w:val="00D62509"/>
    <w:rsid w:val="00D77228"/>
    <w:rsid w:val="00D8735A"/>
    <w:rsid w:val="00D93785"/>
    <w:rsid w:val="00D950A2"/>
    <w:rsid w:val="00DA3122"/>
    <w:rsid w:val="00DB4A21"/>
    <w:rsid w:val="00DC6566"/>
    <w:rsid w:val="00DD3A51"/>
    <w:rsid w:val="00DD43B3"/>
    <w:rsid w:val="00DD4B90"/>
    <w:rsid w:val="00E110E8"/>
    <w:rsid w:val="00E26142"/>
    <w:rsid w:val="00E27593"/>
    <w:rsid w:val="00E41668"/>
    <w:rsid w:val="00E50303"/>
    <w:rsid w:val="00E55590"/>
    <w:rsid w:val="00E71C39"/>
    <w:rsid w:val="00EA0CF5"/>
    <w:rsid w:val="00EB0704"/>
    <w:rsid w:val="00ED0C70"/>
    <w:rsid w:val="00ED3823"/>
    <w:rsid w:val="00EE13B5"/>
    <w:rsid w:val="00EF618A"/>
    <w:rsid w:val="00F0513E"/>
    <w:rsid w:val="00F30020"/>
    <w:rsid w:val="00F31075"/>
    <w:rsid w:val="00F500DB"/>
    <w:rsid w:val="00F579CC"/>
    <w:rsid w:val="00F94F59"/>
    <w:rsid w:val="00F96064"/>
    <w:rsid w:val="00F97374"/>
    <w:rsid w:val="00FC4566"/>
    <w:rsid w:val="00FC693F"/>
    <w:rsid w:val="00FF0AFD"/>
    <w:rsid w:val="00FF2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0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5</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192</cp:revision>
  <dcterms:created xsi:type="dcterms:W3CDTF">2013-12-23T23:15:00Z</dcterms:created>
  <dcterms:modified xsi:type="dcterms:W3CDTF">2026-01-15T22:19:00Z</dcterms:modified>
  <cp:category/>
</cp:coreProperties>
</file>