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Sumatif Harian 3 Kelas Rendah</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Sumatif Harian 3 Kelas Rendah,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Sumatif Harian 3 Kelas Rendah</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Sumatif Harian 3 Kelas Rendah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276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23 Oktober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3 Kelas Rendah</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Sumatif Harian 3 Kelas Rendah.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279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Empat Bulan Oktober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415/RJI-T03/SJ/0I/2025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24 Oktober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3 Kelas Rendah</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Sumatif Harian 3 Kelas Rendah</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3 Kelas Rendah</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