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45B83A66" w14:textId="77777777" w:rsidTr="00CE3584">
        <w:tc>
          <w:tcPr>
            <w:tcW w:w="1668" w:type="dxa"/>
          </w:tcPr>
          <w:p w14:paraId="1ECC3B7E" w14:textId="77777777" w:rsidR="00006C63" w:rsidRDefault="00006C63" w:rsidP="00CE3584">
            <w:pPr>
              <w:rPr>
                <w:rFonts w:ascii="Arial" w:eastAsia="Arial" w:hAnsi="Arial" w:cs="Arial"/>
              </w:rPr>
            </w:pPr>
            <w:r>
              <w:rPr>
                <w:noProof/>
              </w:rPr>
              <w:drawing>
                <wp:inline distT="0" distB="0" distL="0" distR="0" wp14:anchorId="2A944837" wp14:editId="15A32DC4">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1C1319D5"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23D2B7AE"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5DD43A2"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74788B3E"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F82D138"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68A12962"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9BD7EDB"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47A546A7"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640D9779" w14:textId="77777777" w:rsidR="00006C63" w:rsidRDefault="00006C63" w:rsidP="00006C6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006C63" w:rsidRPr="00484B53" w14:paraId="4719664F" w14:textId="77777777" w:rsidTr="00CE3584">
        <w:tc>
          <w:tcPr>
            <w:tcW w:w="1123" w:type="dxa"/>
          </w:tcPr>
          <w:p w14:paraId="7878E853" w14:textId="77777777" w:rsidR="00006C63" w:rsidRPr="00484B53" w:rsidRDefault="00006C63" w:rsidP="00CE3584">
            <w:pPr>
              <w:rPr>
                <w:rFonts w:ascii="Arial" w:hAnsi="Arial" w:cs="Arial"/>
              </w:rPr>
            </w:pPr>
            <w:proofErr w:type="spellStart"/>
            <w:r w:rsidRPr="00484B53">
              <w:rPr>
                <w:rFonts w:ascii="Arial" w:hAnsi="Arial" w:cs="Arial"/>
              </w:rPr>
              <w:t>Nomor</w:t>
            </w:r>
            <w:proofErr w:type="spellEnd"/>
          </w:p>
        </w:tc>
        <w:tc>
          <w:tcPr>
            <w:tcW w:w="157" w:type="dxa"/>
          </w:tcPr>
          <w:p w14:paraId="5175C385"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2DDA9976" w14:textId="77777777" w:rsidR="00006C63" w:rsidRPr="00484B53" w:rsidRDefault="00006C63" w:rsidP="00CE3584">
            <w:pPr>
              <w:rPr>
                <w:rFonts w:ascii="Arial" w:hAnsi="Arial" w:cs="Arial"/>
              </w:rPr>
            </w:pPr>
            <w:r w:rsidRPr="00484B53">
              <w:rPr>
                <w:rFonts w:ascii="Arial" w:hAnsi="Arial" w:cs="Arial"/>
              </w:rPr>
              <w:t> /UD.02.02 </w:t>
            </w:r>
          </w:p>
        </w:tc>
        <w:tc>
          <w:tcPr>
            <w:tcW w:w="539" w:type="dxa"/>
          </w:tcPr>
          <w:p w14:paraId="363E1D08" w14:textId="77777777" w:rsidR="00006C63" w:rsidRPr="00484B53" w:rsidRDefault="00006C63" w:rsidP="00CE3584">
            <w:pPr>
              <w:rPr>
                <w:rFonts w:ascii="Arial" w:hAnsi="Arial" w:cs="Arial"/>
              </w:rPr>
            </w:pPr>
          </w:p>
        </w:tc>
        <w:tc>
          <w:tcPr>
            <w:tcW w:w="446" w:type="dxa"/>
          </w:tcPr>
          <w:p w14:paraId="07EC9B98" w14:textId="77777777" w:rsidR="00006C63" w:rsidRPr="00484B53" w:rsidRDefault="00006C63" w:rsidP="00CE3584">
            <w:pPr>
              <w:rPr>
                <w:rFonts w:ascii="Arial" w:hAnsi="Arial" w:cs="Arial"/>
              </w:rPr>
            </w:pPr>
          </w:p>
        </w:tc>
        <w:tc>
          <w:tcPr>
            <w:tcW w:w="4513" w:type="dxa"/>
          </w:tcPr>
          <w:p w14:paraId="1B19C7F9" w14:textId="77777777" w:rsidR="00006C63" w:rsidRPr="00484B53" w:rsidRDefault="00006C63" w:rsidP="00CE3584">
            <w:pPr>
              <w:rPr>
                <w:rFonts w:ascii="Arial" w:hAnsi="Arial" w:cs="Arial"/>
              </w:rPr>
            </w:pPr>
            <w:r w:rsidRPr="00484B53">
              <w:rPr>
                <w:rFonts w:ascii="Arial" w:hAnsi="Arial" w:cs="Arial"/>
              </w:rPr>
              <w:t/>
            </w:r>
          </w:p>
        </w:tc>
      </w:tr>
      <w:tr w:rsidR="00006C63" w:rsidRPr="00484B53" w14:paraId="37FA2805" w14:textId="77777777" w:rsidTr="00CE3584">
        <w:tc>
          <w:tcPr>
            <w:tcW w:w="1123" w:type="dxa"/>
          </w:tcPr>
          <w:p w14:paraId="3476D026" w14:textId="77777777" w:rsidR="00006C63" w:rsidRPr="00484B53" w:rsidRDefault="00006C63" w:rsidP="00CE3584">
            <w:pPr>
              <w:rPr>
                <w:rFonts w:ascii="Arial" w:hAnsi="Arial" w:cs="Arial"/>
              </w:rPr>
            </w:pPr>
            <w:r w:rsidRPr="00484B53">
              <w:rPr>
                <w:rFonts w:ascii="Arial" w:hAnsi="Arial" w:cs="Arial"/>
              </w:rPr>
              <w:t>Sifat</w:t>
            </w:r>
          </w:p>
        </w:tc>
        <w:tc>
          <w:tcPr>
            <w:tcW w:w="157" w:type="dxa"/>
          </w:tcPr>
          <w:p w14:paraId="4D1C076A"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47553D88" w14:textId="77777777" w:rsidR="00006C63" w:rsidRPr="00484B53" w:rsidRDefault="00006C63" w:rsidP="00CE3584">
            <w:pPr>
              <w:rPr>
                <w:rFonts w:ascii="Arial" w:hAnsi="Arial" w:cs="Arial"/>
              </w:rPr>
            </w:pPr>
            <w:proofErr w:type="spellStart"/>
            <w:r w:rsidRPr="00484B53">
              <w:rPr>
                <w:rFonts w:ascii="Arial" w:hAnsi="Arial" w:cs="Arial"/>
              </w:rPr>
              <w:t>Penting</w:t>
            </w:r>
            <w:proofErr w:type="spellEnd"/>
          </w:p>
        </w:tc>
        <w:tc>
          <w:tcPr>
            <w:tcW w:w="539" w:type="dxa"/>
          </w:tcPr>
          <w:p w14:paraId="2C2663F2" w14:textId="77777777" w:rsidR="00006C63" w:rsidRPr="00484B53" w:rsidRDefault="00006C63" w:rsidP="00CE3584">
            <w:pPr>
              <w:rPr>
                <w:rFonts w:ascii="Arial" w:hAnsi="Arial" w:cs="Arial"/>
              </w:rPr>
            </w:pPr>
          </w:p>
        </w:tc>
        <w:tc>
          <w:tcPr>
            <w:tcW w:w="446" w:type="dxa"/>
          </w:tcPr>
          <w:p w14:paraId="57D51713" w14:textId="77777777" w:rsidR="00006C63" w:rsidRPr="00484B53" w:rsidRDefault="00006C63" w:rsidP="00CE3584">
            <w:pPr>
              <w:rPr>
                <w:rFonts w:ascii="Arial" w:hAnsi="Arial" w:cs="Arial"/>
              </w:rPr>
            </w:pPr>
          </w:p>
        </w:tc>
        <w:tc>
          <w:tcPr>
            <w:tcW w:w="4513" w:type="dxa"/>
          </w:tcPr>
          <w:p w14:paraId="24E31DC7" w14:textId="77777777" w:rsidR="00006C63" w:rsidRPr="00484B53" w:rsidRDefault="00006C63" w:rsidP="00CE3584">
            <w:pPr>
              <w:tabs>
                <w:tab w:val="left" w:pos="450"/>
              </w:tabs>
              <w:rPr>
                <w:rFonts w:ascii="Arial" w:hAnsi="Arial" w:cs="Arial"/>
              </w:rPr>
            </w:pPr>
          </w:p>
        </w:tc>
      </w:tr>
      <w:tr w:rsidR="00006C63" w:rsidRPr="00484B53" w14:paraId="5E7121DA" w14:textId="77777777" w:rsidTr="00CE3584">
        <w:tc>
          <w:tcPr>
            <w:tcW w:w="1123" w:type="dxa"/>
          </w:tcPr>
          <w:p w14:paraId="12DE21A9" w14:textId="77777777" w:rsidR="00006C63" w:rsidRPr="00484B53" w:rsidRDefault="00006C63" w:rsidP="00CE3584">
            <w:pPr>
              <w:rPr>
                <w:rFonts w:ascii="Arial" w:hAnsi="Arial" w:cs="Arial"/>
              </w:rPr>
            </w:pPr>
            <w:r w:rsidRPr="00484B53">
              <w:rPr>
                <w:rFonts w:ascii="Arial" w:hAnsi="Arial" w:cs="Arial"/>
              </w:rPr>
              <w:t>Lampiran</w:t>
            </w:r>
          </w:p>
        </w:tc>
        <w:tc>
          <w:tcPr>
            <w:tcW w:w="157" w:type="dxa"/>
          </w:tcPr>
          <w:p w14:paraId="6EBDFBB3" w14:textId="77777777" w:rsidR="00006C63" w:rsidRPr="00484B53" w:rsidRDefault="00006C63" w:rsidP="00CE3584">
            <w:pPr>
              <w:rPr>
                <w:rFonts w:ascii="Arial" w:hAnsi="Arial" w:cs="Arial"/>
              </w:rPr>
            </w:pPr>
            <w:r w:rsidRPr="00484B53">
              <w:rPr>
                <w:rFonts w:ascii="Arial" w:hAnsi="Arial" w:cs="Arial"/>
              </w:rPr>
              <w:t>:</w:t>
            </w:r>
          </w:p>
        </w:tc>
        <w:tc>
          <w:tcPr>
            <w:tcW w:w="2859" w:type="dxa"/>
          </w:tcPr>
          <w:p w14:paraId="096E01C9" w14:textId="77777777" w:rsidR="00006C63" w:rsidRPr="00484B53" w:rsidRDefault="00006C63" w:rsidP="00CE3584">
            <w:pPr>
              <w:rPr>
                <w:rFonts w:ascii="Arial" w:hAnsi="Arial" w:cs="Arial"/>
              </w:rPr>
            </w:pPr>
            <w:r w:rsidRPr="00484B53">
              <w:rPr>
                <w:rFonts w:ascii="Arial" w:hAnsi="Arial" w:cs="Arial"/>
              </w:rPr>
              <w:t xml:space="preserve"> -</w:t>
            </w:r>
          </w:p>
        </w:tc>
        <w:tc>
          <w:tcPr>
            <w:tcW w:w="539" w:type="dxa"/>
          </w:tcPr>
          <w:p w14:paraId="5C4723F4" w14:textId="77777777" w:rsidR="00006C63" w:rsidRPr="00484B53" w:rsidRDefault="00006C63" w:rsidP="00CE3584">
            <w:pPr>
              <w:rPr>
                <w:rFonts w:ascii="Arial" w:hAnsi="Arial" w:cs="Arial"/>
              </w:rPr>
            </w:pPr>
          </w:p>
        </w:tc>
        <w:tc>
          <w:tcPr>
            <w:tcW w:w="446" w:type="dxa"/>
          </w:tcPr>
          <w:p w14:paraId="303B40BA" w14:textId="77777777" w:rsidR="00006C63" w:rsidRPr="00484B53" w:rsidRDefault="00006C63" w:rsidP="00CE3584">
            <w:pPr>
              <w:rPr>
                <w:rFonts w:ascii="Arial" w:hAnsi="Arial" w:cs="Arial"/>
              </w:rPr>
            </w:pPr>
          </w:p>
        </w:tc>
        <w:tc>
          <w:tcPr>
            <w:tcW w:w="4513" w:type="dxa"/>
          </w:tcPr>
          <w:p w14:paraId="6C2EE76D" w14:textId="77777777" w:rsidR="00006C63" w:rsidRPr="00484B53" w:rsidRDefault="00006C63" w:rsidP="00CE3584">
            <w:pPr>
              <w:rPr>
                <w:rFonts w:ascii="Arial" w:hAnsi="Arial" w:cs="Arial"/>
              </w:rPr>
            </w:pPr>
          </w:p>
        </w:tc>
      </w:tr>
      <w:tr w:rsidR="00006C63" w:rsidRPr="00484B53" w14:paraId="2599484B" w14:textId="77777777" w:rsidTr="00CE3584">
        <w:tc>
          <w:tcPr>
            <w:tcW w:w="1123" w:type="dxa"/>
          </w:tcPr>
          <w:p w14:paraId="352C9FB5" w14:textId="77777777" w:rsidR="00006C63" w:rsidRPr="00484B53" w:rsidRDefault="00006C63" w:rsidP="00CE3584">
            <w:pPr>
              <w:rPr>
                <w:rFonts w:ascii="Arial" w:hAnsi="Arial" w:cs="Arial"/>
              </w:rPr>
            </w:pPr>
            <w:proofErr w:type="spellStart"/>
            <w:r w:rsidRPr="00484B53">
              <w:rPr>
                <w:rFonts w:ascii="Arial" w:hAnsi="Arial" w:cs="Arial"/>
              </w:rPr>
              <w:t>Perihal</w:t>
            </w:r>
            <w:proofErr w:type="spellEnd"/>
          </w:p>
        </w:tc>
        <w:tc>
          <w:tcPr>
            <w:tcW w:w="157" w:type="dxa"/>
          </w:tcPr>
          <w:p w14:paraId="0BF7B1BB" w14:textId="77777777" w:rsidR="00006C63" w:rsidRPr="00484B53" w:rsidRDefault="00006C63" w:rsidP="00CE3584">
            <w:pPr>
              <w:rPr>
                <w:rFonts w:ascii="Arial" w:hAnsi="Arial" w:cs="Arial"/>
              </w:rPr>
            </w:pPr>
            <w:r w:rsidRPr="00484B53">
              <w:rPr>
                <w:rFonts w:ascii="Arial" w:hAnsi="Arial" w:cs="Arial"/>
              </w:rPr>
              <w:t>:</w:t>
            </w:r>
          </w:p>
        </w:tc>
        <w:tc>
          <w:tcPr>
            <w:tcW w:w="2859" w:type="dxa"/>
            <w:vMerge w:val="restart"/>
          </w:tcPr>
          <w:p w14:paraId="386A17A5" w14:textId="77777777" w:rsidR="00006C63" w:rsidRPr="00484B53" w:rsidRDefault="00006C63" w:rsidP="00CE3584">
            <w:pPr>
              <w:rPr>
                <w:rFonts w:ascii="Arial" w:hAnsi="Arial" w:cs="Arial"/>
              </w:rPr>
            </w:pPr>
            <w:proofErr w:type="spellStart"/>
            <w:r w:rsidRPr="00484B53">
              <w:rPr>
                <w:rFonts w:ascii="Arial" w:hAnsi="Arial" w:cs="Arial"/>
              </w:rPr>
              <w:t>Permintaan</w:t>
            </w:r>
            <w:proofErr w:type="spellEnd"/>
            <w:r w:rsidRPr="00484B53">
              <w:rPr>
                <w:rFonts w:ascii="Arial" w:hAnsi="Arial" w:cs="Arial"/>
              </w:rPr>
              <w:t xml:space="preserve"> Harga Belanja Fotokopi Kegiatan Administrasi Perkantoran</w:t>
            </w:r>
          </w:p>
        </w:tc>
        <w:tc>
          <w:tcPr>
            <w:tcW w:w="539" w:type="dxa"/>
          </w:tcPr>
          <w:p w14:paraId="5919DE12" w14:textId="77777777" w:rsidR="00006C63" w:rsidRPr="00484B53" w:rsidRDefault="00006C63" w:rsidP="00CE3584">
            <w:pPr>
              <w:rPr>
                <w:rFonts w:ascii="Arial" w:hAnsi="Arial" w:cs="Arial"/>
              </w:rPr>
            </w:pPr>
          </w:p>
        </w:tc>
        <w:tc>
          <w:tcPr>
            <w:tcW w:w="446" w:type="dxa"/>
          </w:tcPr>
          <w:p w14:paraId="50693D2B" w14:textId="77777777" w:rsidR="00006C63" w:rsidRPr="00484B53" w:rsidRDefault="00006C63" w:rsidP="00CE3584">
            <w:pPr>
              <w:rPr>
                <w:rFonts w:ascii="Arial" w:hAnsi="Arial" w:cs="Arial"/>
              </w:rPr>
            </w:pPr>
          </w:p>
        </w:tc>
        <w:tc>
          <w:tcPr>
            <w:tcW w:w="4513" w:type="dxa"/>
          </w:tcPr>
          <w:p w14:paraId="705C7249" w14:textId="77777777" w:rsidR="00006C63" w:rsidRPr="00484B53" w:rsidRDefault="00006C63"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006C63" w:rsidRPr="00484B53" w14:paraId="1A084AA8" w14:textId="77777777" w:rsidTr="00CE3584">
        <w:trPr>
          <w:trHeight w:val="91"/>
        </w:trPr>
        <w:tc>
          <w:tcPr>
            <w:tcW w:w="1123" w:type="dxa"/>
          </w:tcPr>
          <w:p w14:paraId="04771CC6" w14:textId="77777777" w:rsidR="00006C63" w:rsidRPr="00484B53" w:rsidRDefault="00006C63" w:rsidP="00CE3584">
            <w:pPr>
              <w:rPr>
                <w:rFonts w:ascii="Arial" w:hAnsi="Arial" w:cs="Arial"/>
              </w:rPr>
            </w:pPr>
          </w:p>
        </w:tc>
        <w:tc>
          <w:tcPr>
            <w:tcW w:w="157" w:type="dxa"/>
          </w:tcPr>
          <w:p w14:paraId="68977BE5" w14:textId="77777777" w:rsidR="00006C63" w:rsidRPr="00484B53" w:rsidRDefault="00006C63" w:rsidP="00CE3584">
            <w:pPr>
              <w:rPr>
                <w:rFonts w:ascii="Arial" w:hAnsi="Arial" w:cs="Arial"/>
              </w:rPr>
            </w:pPr>
          </w:p>
        </w:tc>
        <w:tc>
          <w:tcPr>
            <w:tcW w:w="2859" w:type="dxa"/>
            <w:vMerge/>
          </w:tcPr>
          <w:p w14:paraId="1678E13A" w14:textId="77777777" w:rsidR="00006C63" w:rsidRPr="00484B53" w:rsidRDefault="00006C63" w:rsidP="00CE3584">
            <w:pPr>
              <w:rPr>
                <w:rFonts w:ascii="Arial" w:hAnsi="Arial" w:cs="Arial"/>
              </w:rPr>
            </w:pPr>
          </w:p>
        </w:tc>
        <w:tc>
          <w:tcPr>
            <w:tcW w:w="539" w:type="dxa"/>
          </w:tcPr>
          <w:p w14:paraId="36652A2A" w14:textId="77777777" w:rsidR="00006C63" w:rsidRPr="00484B53" w:rsidRDefault="00006C63" w:rsidP="00CE3584">
            <w:pPr>
              <w:rPr>
                <w:rFonts w:ascii="Arial" w:hAnsi="Arial" w:cs="Arial"/>
              </w:rPr>
            </w:pPr>
          </w:p>
        </w:tc>
        <w:tc>
          <w:tcPr>
            <w:tcW w:w="446" w:type="dxa"/>
          </w:tcPr>
          <w:p w14:paraId="620F5AA8" w14:textId="77777777" w:rsidR="00006C63" w:rsidRPr="00484B53" w:rsidRDefault="00006C63"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0215D13A" w14:textId="77777777" w:rsidR="00006C63" w:rsidRPr="00484B53" w:rsidRDefault="00006C63" w:rsidP="00CE3584">
            <w:pPr>
              <w:rPr>
                <w:rFonts w:ascii="Arial" w:hAnsi="Arial" w:cs="Arial"/>
              </w:rPr>
            </w:pPr>
            <w:r w:rsidRPr="00484B53">
              <w:rPr>
                <w:rFonts w:ascii="Arial" w:hAnsi="Arial" w:cs="Arial"/>
              </w:rPr>
              <w:t>CV. ROYAL JAYA INDONESIA</w:t>
            </w:r>
          </w:p>
        </w:tc>
      </w:tr>
      <w:tr w:rsidR="00006C63" w:rsidRPr="00484B53" w14:paraId="26F31EAA" w14:textId="77777777" w:rsidTr="00CE3584">
        <w:trPr>
          <w:trHeight w:val="333"/>
        </w:trPr>
        <w:tc>
          <w:tcPr>
            <w:tcW w:w="1123" w:type="dxa"/>
          </w:tcPr>
          <w:p w14:paraId="4B24C56E" w14:textId="77777777" w:rsidR="00006C63" w:rsidRPr="00484B53" w:rsidRDefault="00006C63" w:rsidP="00CE3584">
            <w:pPr>
              <w:rPr>
                <w:rFonts w:ascii="Arial" w:hAnsi="Arial" w:cs="Arial"/>
              </w:rPr>
            </w:pPr>
          </w:p>
        </w:tc>
        <w:tc>
          <w:tcPr>
            <w:tcW w:w="157" w:type="dxa"/>
          </w:tcPr>
          <w:p w14:paraId="5CB6F8DB" w14:textId="77777777" w:rsidR="00006C63" w:rsidRPr="00484B53" w:rsidRDefault="00006C63" w:rsidP="00CE3584">
            <w:pPr>
              <w:rPr>
                <w:rFonts w:ascii="Arial" w:hAnsi="Arial" w:cs="Arial"/>
              </w:rPr>
            </w:pPr>
          </w:p>
        </w:tc>
        <w:tc>
          <w:tcPr>
            <w:tcW w:w="2859" w:type="dxa"/>
            <w:vMerge/>
          </w:tcPr>
          <w:p w14:paraId="7275D8F9" w14:textId="77777777" w:rsidR="00006C63" w:rsidRPr="00484B53" w:rsidRDefault="00006C63" w:rsidP="00CE3584">
            <w:pPr>
              <w:rPr>
                <w:rFonts w:ascii="Arial" w:hAnsi="Arial" w:cs="Arial"/>
              </w:rPr>
            </w:pPr>
          </w:p>
        </w:tc>
        <w:tc>
          <w:tcPr>
            <w:tcW w:w="539" w:type="dxa"/>
          </w:tcPr>
          <w:p w14:paraId="2E11CC7B" w14:textId="77777777" w:rsidR="00006C63" w:rsidRPr="00484B53" w:rsidRDefault="00006C63" w:rsidP="00CE3584">
            <w:pPr>
              <w:rPr>
                <w:rFonts w:ascii="Arial" w:hAnsi="Arial" w:cs="Arial"/>
              </w:rPr>
            </w:pPr>
          </w:p>
        </w:tc>
        <w:tc>
          <w:tcPr>
            <w:tcW w:w="446" w:type="dxa"/>
          </w:tcPr>
          <w:p w14:paraId="7BDE669E" w14:textId="77777777" w:rsidR="00006C63" w:rsidRPr="00484B53" w:rsidRDefault="00006C63" w:rsidP="00CE3584">
            <w:pPr>
              <w:rPr>
                <w:rFonts w:ascii="Arial" w:hAnsi="Arial" w:cs="Arial"/>
              </w:rPr>
            </w:pPr>
          </w:p>
        </w:tc>
        <w:tc>
          <w:tcPr>
            <w:tcW w:w="4513" w:type="dxa"/>
          </w:tcPr>
          <w:p w14:paraId="1E13B6BC" w14:textId="77777777" w:rsidR="00006C63" w:rsidRPr="00484B53" w:rsidRDefault="00006C63" w:rsidP="00CE3584">
            <w:pPr>
              <w:rPr>
                <w:rFonts w:ascii="Arial" w:hAnsi="Arial" w:cs="Arial"/>
              </w:rPr>
            </w:pPr>
            <w:r w:rsidRPr="00484B53">
              <w:rPr>
                <w:rFonts w:ascii="Arial" w:hAnsi="Arial" w:cs="Arial"/>
              </w:rPr>
              <w:t>Ruko Kebun Jeruk Blok B6</w:t>
            </w:r>
          </w:p>
          <w:p w14:paraId="7555FD2C" w14:textId="77777777" w:rsidR="00006C63" w:rsidRPr="00484B53" w:rsidRDefault="00006C63" w:rsidP="00CE3584">
            <w:pPr>
              <w:rPr>
                <w:rFonts w:ascii="Arial" w:hAnsi="Arial" w:cs="Arial"/>
              </w:rPr>
            </w:pPr>
            <w:r w:rsidRPr="00484B53">
              <w:rPr>
                <w:rFonts w:ascii="Arial" w:hAnsi="Arial" w:cs="Arial"/>
              </w:rPr>
              <w:t xml:space="preserve">Kel. Kebon Jeruk, Kec. Kebon Jeruk </w:t>
            </w:r>
          </w:p>
          <w:p w14:paraId="7EDE67A2" w14:textId="77777777" w:rsidR="00006C63" w:rsidRPr="00484B53" w:rsidRDefault="00006C63" w:rsidP="00CE3584">
            <w:pPr>
              <w:rPr>
                <w:rFonts w:ascii="Arial" w:hAnsi="Arial" w:cs="Arial"/>
              </w:rPr>
            </w:pPr>
            <w:r w:rsidRPr="00484B53">
              <w:rPr>
                <w:rFonts w:ascii="Arial" w:hAnsi="Arial" w:cs="Arial"/>
              </w:rPr>
              <w:t>di</w:t>
            </w:r>
          </w:p>
          <w:p w14:paraId="353AAC5C" w14:textId="77777777" w:rsidR="00006C63" w:rsidRPr="00484B53" w:rsidRDefault="00006C63" w:rsidP="00CE3584">
            <w:pPr>
              <w:tabs>
                <w:tab w:val="left" w:pos="409"/>
              </w:tabs>
              <w:rPr>
                <w:rFonts w:ascii="Arial" w:hAnsi="Arial" w:cs="Arial"/>
              </w:rPr>
            </w:pPr>
            <w:r w:rsidRPr="00484B53">
              <w:rPr>
                <w:rFonts w:ascii="Arial" w:hAnsi="Arial" w:cs="Arial"/>
              </w:rPr>
              <w:tab/>
              <w:t>Jakarta</w:t>
            </w:r>
          </w:p>
        </w:tc>
      </w:tr>
      <w:tr w:rsidR="00006C63" w:rsidRPr="00484B53" w14:paraId="168A0398" w14:textId="77777777" w:rsidTr="00CE3584">
        <w:trPr>
          <w:trHeight w:val="333"/>
        </w:trPr>
        <w:tc>
          <w:tcPr>
            <w:tcW w:w="1123" w:type="dxa"/>
          </w:tcPr>
          <w:p w14:paraId="57EC200C" w14:textId="77777777" w:rsidR="00006C63" w:rsidRPr="00484B53" w:rsidRDefault="00006C63" w:rsidP="00CE3584">
            <w:pPr>
              <w:rPr>
                <w:rFonts w:ascii="Arial" w:hAnsi="Arial" w:cs="Arial"/>
              </w:rPr>
            </w:pPr>
          </w:p>
        </w:tc>
        <w:tc>
          <w:tcPr>
            <w:tcW w:w="157" w:type="dxa"/>
          </w:tcPr>
          <w:p w14:paraId="1896405B" w14:textId="77777777" w:rsidR="00006C63" w:rsidRPr="00484B53" w:rsidRDefault="00006C63" w:rsidP="00CE3584">
            <w:pPr>
              <w:rPr>
                <w:rFonts w:ascii="Arial" w:hAnsi="Arial" w:cs="Arial"/>
              </w:rPr>
            </w:pPr>
          </w:p>
        </w:tc>
        <w:tc>
          <w:tcPr>
            <w:tcW w:w="2859" w:type="dxa"/>
          </w:tcPr>
          <w:p w14:paraId="572FAE49" w14:textId="77777777" w:rsidR="00006C63" w:rsidRPr="00484B53" w:rsidRDefault="00006C63" w:rsidP="00CE3584">
            <w:pPr>
              <w:rPr>
                <w:rFonts w:ascii="Arial" w:hAnsi="Arial" w:cs="Arial"/>
              </w:rPr>
            </w:pPr>
          </w:p>
        </w:tc>
        <w:tc>
          <w:tcPr>
            <w:tcW w:w="539" w:type="dxa"/>
          </w:tcPr>
          <w:p w14:paraId="5B3E0E72" w14:textId="77777777" w:rsidR="00006C63" w:rsidRPr="00484B53" w:rsidRDefault="00006C63" w:rsidP="00CE3584">
            <w:pPr>
              <w:rPr>
                <w:rFonts w:ascii="Arial" w:hAnsi="Arial" w:cs="Arial"/>
              </w:rPr>
            </w:pPr>
          </w:p>
        </w:tc>
        <w:tc>
          <w:tcPr>
            <w:tcW w:w="446" w:type="dxa"/>
          </w:tcPr>
          <w:p w14:paraId="76BD02C7" w14:textId="77777777" w:rsidR="00006C63" w:rsidRPr="00484B53" w:rsidRDefault="00006C63" w:rsidP="00CE3584">
            <w:pPr>
              <w:rPr>
                <w:rFonts w:ascii="Arial" w:hAnsi="Arial" w:cs="Arial"/>
              </w:rPr>
            </w:pPr>
          </w:p>
        </w:tc>
        <w:tc>
          <w:tcPr>
            <w:tcW w:w="4513" w:type="dxa"/>
          </w:tcPr>
          <w:p w14:paraId="4C20848D" w14:textId="77777777" w:rsidR="00006C63" w:rsidRPr="00484B53" w:rsidRDefault="00006C63" w:rsidP="00CE3584">
            <w:pPr>
              <w:rPr>
                <w:rFonts w:ascii="Arial" w:hAnsi="Arial" w:cs="Arial"/>
              </w:rPr>
            </w:pPr>
          </w:p>
        </w:tc>
      </w:tr>
      <w:tr w:rsidR="00006C63" w:rsidRPr="00484B53" w14:paraId="32CDCEA6" w14:textId="77777777" w:rsidTr="00CE3584">
        <w:trPr>
          <w:trHeight w:val="333"/>
        </w:trPr>
        <w:tc>
          <w:tcPr>
            <w:tcW w:w="1123" w:type="dxa"/>
          </w:tcPr>
          <w:p w14:paraId="47B8A70D" w14:textId="77777777" w:rsidR="00006C63" w:rsidRPr="00484B53" w:rsidRDefault="00006C63" w:rsidP="00CE3584">
            <w:pPr>
              <w:rPr>
                <w:rFonts w:ascii="Arial" w:hAnsi="Arial" w:cs="Arial"/>
              </w:rPr>
            </w:pPr>
          </w:p>
        </w:tc>
        <w:tc>
          <w:tcPr>
            <w:tcW w:w="157" w:type="dxa"/>
          </w:tcPr>
          <w:p w14:paraId="11ED667B" w14:textId="77777777" w:rsidR="00006C63" w:rsidRPr="00484B53" w:rsidRDefault="00006C63" w:rsidP="00CE3584">
            <w:pPr>
              <w:rPr>
                <w:rFonts w:ascii="Arial" w:hAnsi="Arial" w:cs="Arial"/>
              </w:rPr>
            </w:pPr>
          </w:p>
        </w:tc>
        <w:tc>
          <w:tcPr>
            <w:tcW w:w="2859" w:type="dxa"/>
          </w:tcPr>
          <w:p w14:paraId="5B813E78" w14:textId="77777777" w:rsidR="00006C63" w:rsidRPr="00484B53" w:rsidRDefault="00006C63" w:rsidP="00CE3584">
            <w:pPr>
              <w:rPr>
                <w:rFonts w:ascii="Arial" w:hAnsi="Arial" w:cs="Arial"/>
              </w:rPr>
            </w:pPr>
          </w:p>
        </w:tc>
        <w:tc>
          <w:tcPr>
            <w:tcW w:w="539" w:type="dxa"/>
          </w:tcPr>
          <w:p w14:paraId="08466DDE" w14:textId="77777777" w:rsidR="00006C63" w:rsidRPr="00484B53" w:rsidRDefault="00006C63" w:rsidP="00CE3584">
            <w:pPr>
              <w:rPr>
                <w:rFonts w:ascii="Arial" w:hAnsi="Arial" w:cs="Arial"/>
              </w:rPr>
            </w:pPr>
          </w:p>
        </w:tc>
        <w:tc>
          <w:tcPr>
            <w:tcW w:w="446" w:type="dxa"/>
          </w:tcPr>
          <w:p w14:paraId="10F1A32F" w14:textId="77777777" w:rsidR="00006C63" w:rsidRPr="00484B53" w:rsidRDefault="00006C63" w:rsidP="00CE3584">
            <w:pPr>
              <w:rPr>
                <w:rFonts w:ascii="Arial" w:hAnsi="Arial" w:cs="Arial"/>
              </w:rPr>
            </w:pPr>
          </w:p>
        </w:tc>
        <w:tc>
          <w:tcPr>
            <w:tcW w:w="4513" w:type="dxa"/>
          </w:tcPr>
          <w:p w14:paraId="210E0B22" w14:textId="77777777" w:rsidR="00006C63" w:rsidRPr="00484B53" w:rsidRDefault="00006C63" w:rsidP="00CE3584">
            <w:pPr>
              <w:rPr>
                <w:rFonts w:ascii="Arial" w:hAnsi="Arial" w:cs="Arial"/>
              </w:rPr>
            </w:pPr>
          </w:p>
        </w:tc>
      </w:tr>
      <w:tr w:rsidR="00006C63" w:rsidRPr="00484B53" w14:paraId="5D7D1998" w14:textId="77777777" w:rsidTr="00CE3584">
        <w:tc>
          <w:tcPr>
            <w:tcW w:w="1123" w:type="dxa"/>
          </w:tcPr>
          <w:p w14:paraId="1C7D9218" w14:textId="77777777" w:rsidR="00006C63" w:rsidRPr="00484B53" w:rsidRDefault="00006C63" w:rsidP="00CE3584">
            <w:pPr>
              <w:rPr>
                <w:rFonts w:ascii="Arial" w:hAnsi="Arial" w:cs="Arial"/>
              </w:rPr>
            </w:pPr>
          </w:p>
        </w:tc>
        <w:tc>
          <w:tcPr>
            <w:tcW w:w="157" w:type="dxa"/>
          </w:tcPr>
          <w:p w14:paraId="185A69C1" w14:textId="77777777" w:rsidR="00006C63" w:rsidRPr="00484B53" w:rsidRDefault="00006C63" w:rsidP="00CE3584">
            <w:pPr>
              <w:rPr>
                <w:rFonts w:ascii="Arial" w:hAnsi="Arial" w:cs="Arial"/>
              </w:rPr>
            </w:pPr>
          </w:p>
        </w:tc>
        <w:tc>
          <w:tcPr>
            <w:tcW w:w="8357" w:type="dxa"/>
            <w:gridSpan w:val="4"/>
          </w:tcPr>
          <w:p w14:paraId="5F97CC15" w14:textId="77777777" w:rsidR="00006C63" w:rsidRPr="00484B53" w:rsidRDefault="00006C63"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(BOP) Triwulan IV Tahun Anggaran 2025 dengan Kode Rekening 5.1.02.02.04.0115 Belanja Sewa Alat Reproduksi (Penggandaan) di SD Negeri Tomang 03 pada kegiatan Belanja Fotokopi Kegiatan Administrasi Perkantoran, serta Surat Penawaran Kerja Sama dari CV. ROYAL JAYA INDONESIA. Maka dengan ini kami mohon untuk saudara mengirimkan penawaran harga sesuai dengan Komponen Barang / Jasa yang kami perlukan sebagai berikut:</w:t>
            </w:r>
            <w:r w:rsidRPr="00484B53">
              <w:rPr>
                <w:rFonts w:ascii="Arial" w:hAnsi="Arial" w:cs="Arial"/>
              </w:rPr>
              <w:tab/>
            </w:r>
          </w:p>
        </w:tc>
      </w:tr>
    </w:tbl>
    <w:tbl>
      <w:tblPr>
        <w:tblW w:w="8352"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57" w:type="dxa"/>
        </w:tblCellMar>
        <w:tblLook w:val="04A0" w:firstRow="1" w:lastRow="0" w:firstColumn="1" w:lastColumn="0" w:noHBand="0" w:noVBand="1"/>
      </w:tblPr>
      <w:tblGrid>
        <w:gridCol w:w="686"/>
        <w:gridCol w:w="4237"/>
        <w:gridCol w:w="1455"/>
        <w:gridCol w:w="1974"/>
      </w:tblGrid>
      <w:tr w:rsidR="00006C63" w:rsidRPr="00484B53" w14:paraId="5BEDFA70" w14:textId="77777777" w:rsidTr="00CE3584">
        <w:trPr>
          <w:trHeight w:val="550"/>
        </w:trPr>
        <w:tc>
          <w:tcPr>
            <w:tcW w:w="686" w:type="dxa"/>
            <w:noWrap/>
            <w:vAlign w:val="center"/>
            <w:hideMark/>
          </w:tcPr>
          <w:p w14:paraId="234BBF8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237" w:type="dxa"/>
            <w:noWrap/>
            <w:vAlign w:val="center"/>
            <w:hideMark/>
          </w:tcPr>
          <w:p w14:paraId="2BFE5ED4"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455" w:type="dxa"/>
            <w:vAlign w:val="center"/>
          </w:tcPr>
          <w:p w14:paraId="5888AFE0"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974" w:type="dxa"/>
            <w:noWrap/>
            <w:vAlign w:val="center"/>
            <w:hideMark/>
          </w:tcPr>
          <w:p w14:paraId="0ECFFB72" w14:textId="77777777" w:rsidR="00006C63" w:rsidRPr="00484B53" w:rsidRDefault="00006C63"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006C63" w:rsidRPr="00484B53" w14:paraId="3942C5FA" w14:textId="77777777" w:rsidTr="00CE3584">
        <w:trPr>
          <w:trHeight w:val="388"/>
        </w:trPr>
        <w:tc>
          <w:tcPr>
            <w:tcW w:w="686" w:type="dxa"/>
            <w:noWrap/>
            <w:vAlign w:val="center"/>
          </w:tcPr>
          <w:p w14:paraId="53AD731A"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237" w:type="dxa"/>
            <w:noWrap/>
            <w:vAlign w:val="center"/>
          </w:tcPr>
          <w:p w14:paraId="4025932C" w14:textId="77777777" w:rsidR="00006C63" w:rsidRPr="00484B53" w:rsidRDefault="00006C63" w:rsidP="00CE3584">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r w:rsidRPr="00F500DB">
              <w:rPr>
                <w:rFonts w:ascii="Arial" w:eastAsia="Times New Roman" w:hAnsi="Arial" w:cs="Arial"/>
                <w:color w:val="000000"/>
                <w:sz w:val="18"/>
                <w:szCs w:val="18"/>
                <w:lang w:val="en-ID" w:eastAsia="en-ID"/>
              </w:rPr>
              <w:t>
                <w:br/>
                Spesifikasi: Folio/ A4
              </w:t>
            </w:r>
          </w:p>
        </w:tc>
        <w:tc>
          <w:tcPr>
            <w:tcW w:w="1455" w:type="dxa"/>
            <w:vAlign w:val="center"/>
          </w:tcPr>
          <w:p w14:paraId="7C8BD9F2" w14:textId="77777777" w:rsidR="00006C63" w:rsidRPr="00484B53" w:rsidRDefault="00006C63" w:rsidP="00CE3584">
            <w:pPr>
              <w:spacing w:after="0" w:line="240" w:lineRule="auto"/>
              <w:jc w:val="center"/>
              <w:rPr>
                <w:rFonts w:ascii="Arial" w:hAnsi="Arial" w:cs="Arial"/>
                <w:sz w:val="20"/>
                <w:szCs w:val="20"/>
              </w:rPr>
            </w:pPr>
            <w:r w:rsidRPr="00484B53">
              <w:rPr>
                <w:rFonts w:ascii="Arial" w:hAnsi="Arial" w:cs="Arial"/>
                <w:sz w:val="20"/>
                <w:szCs w:val="20"/>
              </w:rPr>
              <w:t>1</w:t>
            </w:r>
          </w:p>
        </w:tc>
        <w:tc>
          <w:tcPr>
            <w:tcW w:w="1974" w:type="dxa"/>
            <w:noWrap/>
            <w:vAlign w:val="center"/>
          </w:tcPr>
          <w:p w14:paraId="1C350663" w14:textId="77777777" w:rsidR="00006C63" w:rsidRPr="00484B53" w:rsidRDefault="00006C63"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r>
    </w:tbl>
    <w:p w14:paraId="51B1E2A2" w14:textId="77777777" w:rsidR="00006C63" w:rsidRPr="00484B53" w:rsidRDefault="00006C63" w:rsidP="00006C63">
      <w:pPr>
        <w:spacing w:after="0"/>
      </w:pP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4BFB710B" w14:textId="77777777" w:rsidTr="000B4D87">
        <w:trPr>
          <w:cantSplit/>
        </w:trPr>
        <w:tc>
          <w:tcPr>
            <w:tcW w:w="8358" w:type="dxa"/>
          </w:tcPr>
          <w:p w14:paraId="57318C4A" w14:textId="77777777" w:rsidR="00024B94" w:rsidRDefault="00024B94" w:rsidP="00024B94">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permohonan</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7FC61AFA" w14:textId="77777777" w:rsidR="00024B94" w:rsidRDefault="00024B94" w:rsidP="00024B94">
            <w:pPr>
              <w:tabs>
                <w:tab w:val="left" w:pos="5670"/>
              </w:tabs>
              <w:jc w:val="both"/>
              <w:rPr>
                <w:rFonts w:ascii="Arial" w:hAnsi="Arial" w:cs="Arial"/>
              </w:rPr>
            </w:pPr>
          </w:p>
          <w:p w14:paraId="0168763D" w14:textId="77777777" w:rsidR="00024B94" w:rsidRDefault="00024B94" w:rsidP="00024B94">
            <w:pPr>
              <w:tabs>
                <w:tab w:val="left" w:pos="5670"/>
              </w:tabs>
              <w:jc w:val="both"/>
              <w:rPr>
                <w:rFonts w:ascii="Arial" w:hAnsi="Arial" w:cs="Arial"/>
              </w:rPr>
            </w:pPr>
          </w:p>
          <w:p w14:paraId="04D902F1" w14:textId="72808222" w:rsidR="00024B94" w:rsidRPr="00484B53" w:rsidRDefault="00024B94" w:rsidP="00024B94">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452887B" w14:textId="77777777" w:rsidR="00024B94" w:rsidRPr="00484B53" w:rsidRDefault="00024B94" w:rsidP="00024B94">
            <w:pPr>
              <w:tabs>
                <w:tab w:val="left" w:pos="4714"/>
                <w:tab w:val="left" w:pos="4856"/>
              </w:tabs>
              <w:jc w:val="center"/>
              <w:rPr>
                <w:rFonts w:ascii="Arial" w:hAnsi="Arial" w:cs="Arial"/>
              </w:rPr>
            </w:pPr>
          </w:p>
          <w:p w14:paraId="3D4AA19D" w14:textId="77777777" w:rsidR="00024B94" w:rsidRPr="00484B53" w:rsidRDefault="00024B94" w:rsidP="00024B94">
            <w:pPr>
              <w:tabs>
                <w:tab w:val="left" w:pos="4714"/>
                <w:tab w:val="left" w:pos="4856"/>
              </w:tabs>
              <w:jc w:val="center"/>
              <w:rPr>
                <w:rFonts w:ascii="Arial" w:hAnsi="Arial" w:cs="Arial"/>
              </w:rPr>
            </w:pPr>
          </w:p>
          <w:p w14:paraId="7326D016" w14:textId="77777777" w:rsidR="00024B94" w:rsidRPr="00484B53" w:rsidRDefault="00024B94" w:rsidP="00024B94">
            <w:pPr>
              <w:tabs>
                <w:tab w:val="left" w:pos="4714"/>
                <w:tab w:val="left" w:pos="4856"/>
              </w:tabs>
              <w:jc w:val="center"/>
              <w:rPr>
                <w:rFonts w:ascii="Arial" w:hAnsi="Arial" w:cs="Arial"/>
              </w:rPr>
            </w:pPr>
          </w:p>
          <w:p w14:paraId="3309C3D8" w14:textId="77777777" w:rsidR="00024B94" w:rsidRPr="00484B53" w:rsidRDefault="00024B94" w:rsidP="00024B94">
            <w:pPr>
              <w:tabs>
                <w:tab w:val="left" w:pos="4714"/>
                <w:tab w:val="left" w:pos="4856"/>
              </w:tabs>
              <w:jc w:val="center"/>
              <w:rPr>
                <w:rFonts w:ascii="Arial" w:hAnsi="Arial" w:cs="Arial"/>
              </w:rPr>
            </w:pPr>
          </w:p>
          <w:p w14:paraId="1389BF57" w14:textId="77777777" w:rsidR="00024B94" w:rsidRDefault="00024B94" w:rsidP="00024B94">
            <w:pPr>
              <w:tabs>
                <w:tab w:val="left" w:pos="4714"/>
              </w:tabs>
              <w:rPr>
                <w:rFonts w:ascii="Arial" w:hAnsi="Arial" w:cs="Arial"/>
              </w:rPr>
            </w:pPr>
            <w:r>
              <w:rPr>
                <w:rFonts w:ascii="Arial" w:hAnsi="Arial" w:cs="Arial"/>
              </w:rPr>
              <w:tab/>
            </w:r>
            <w:r w:rsidRPr="00484B53">
              <w:rPr>
                <w:rFonts w:ascii="Arial" w:hAnsi="Arial" w:cs="Arial"/>
              </w:rPr>
              <w:t>HARYATI, S.Pd.I.</w:t>
            </w:r>
          </w:p>
          <w:p w14:paraId="7412AB68" w14:textId="267E1AB0" w:rsidR="00024B94" w:rsidRPr="00484B53" w:rsidRDefault="00024B94" w:rsidP="00024B94">
            <w:pPr>
              <w:tabs>
                <w:tab w:val="left" w:pos="4714"/>
              </w:tabs>
              <w:rPr>
                <w:rFonts w:ascii="Arial" w:hAnsi="Arial" w:cs="Arial"/>
              </w:rPr>
            </w:pPr>
            <w:r>
              <w:rPr>
                <w:rFonts w:ascii="Arial" w:hAnsi="Arial" w:cs="Arial"/>
              </w:rPr>
              <w:tab/>
            </w:r>
            <w:r w:rsidRPr="00484B53">
              <w:rPr>
                <w:rFonts w:ascii="Arial" w:hAnsi="Arial" w:cs="Arial"/>
              </w:rPr>
              <w:t>NIP ‌197110161996062001</w:t>
            </w:r>
          </w:p>
          <w:p w14:paraId="746495F1" w14:textId="77777777" w:rsidR="00024B94" w:rsidRDefault="00024B94" w:rsidP="00024B94">
            <w:pPr>
              <w:tabs>
                <w:tab w:val="left" w:pos="5670"/>
              </w:tabs>
              <w:jc w:val="both"/>
              <w:rPr>
                <w:rFonts w:ascii="Arial" w:hAnsi="Arial" w:cs="Arial"/>
              </w:rPr>
            </w:pPr>
          </w:p>
          <w:p w14:paraId="7F611F51" w14:textId="714BA8EC" w:rsidR="00024B94" w:rsidRPr="00484B53" w:rsidRDefault="00024B94" w:rsidP="00024B94">
            <w:pPr>
              <w:tabs>
                <w:tab w:val="left" w:pos="5670"/>
              </w:tabs>
              <w:jc w:val="both"/>
              <w:rPr>
                <w:rFonts w:ascii="Arial" w:hAnsi="Arial" w:cs="Arial"/>
              </w:rPr>
            </w:pPr>
          </w:p>
        </w:tc>
      </w:tr>
    </w:tbl>
    <w:p w14:paraId="1CE4F74A" w14:textId="77777777" w:rsidR="00024B94" w:rsidRDefault="00024B94" w:rsidP="00481EE9"/>
    <w:p w14:paraId="1CCF6B64" w14:textId="7F31FCB3"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A5C793" w14:textId="77777777" w:rsidTr="00CE3584">
        <w:tc>
          <w:tcPr>
            <w:tcW w:w="1668" w:type="dxa"/>
          </w:tcPr>
          <w:p w14:paraId="419E0227" w14:textId="77777777" w:rsidR="00006C63" w:rsidRDefault="00006C63" w:rsidP="00CE3584">
            <w:pPr>
              <w:rPr>
                <w:rFonts w:ascii="Arial" w:eastAsia="Arial" w:hAnsi="Arial" w:cs="Arial"/>
              </w:rPr>
            </w:pPr>
            <w:r>
              <w:rPr>
                <w:noProof/>
              </w:rPr>
              <w:lastRenderedPageBreak/>
              <w:drawing>
                <wp:inline distT="0" distB="0" distL="0" distR="0" wp14:anchorId="77E0CA5F" wp14:editId="05C091FB">
                  <wp:extent cx="885536" cy="990600"/>
                  <wp:effectExtent l="0" t="0" r="0" b="0"/>
                  <wp:docPr id="1544724009"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65C56FE7"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6262D3AC"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045F56C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5890322F"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EE2098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09401FE"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391D3C79"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FE60F2B"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38FC6E9"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4CCCBB68" w14:textId="77777777" w:rsidTr="00CE432C">
        <w:tc>
          <w:tcPr>
            <w:tcW w:w="1123" w:type="dxa"/>
          </w:tcPr>
          <w:p w14:paraId="0DCE866E"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707DCC3"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13AD0487" w14:textId="2A792D20" w:rsidR="00C23FD9" w:rsidRPr="00484B53" w:rsidRDefault="009F0A91" w:rsidP="00C23FD9">
            <w:pPr>
              <w:rPr>
                <w:rFonts w:ascii="Arial" w:hAnsi="Arial" w:cs="Arial"/>
              </w:rPr>
            </w:pPr>
            <w:r w:rsidRPr="00484B53">
              <w:rPr>
                <w:rFonts w:ascii="Arial" w:hAnsi="Arial" w:cs="Arial"/>
              </w:rPr>
              <w:t> /UD.02.02</w:t>
            </w:r>
            <w:r w:rsidR="00C23FD9" w:rsidRPr="00484B53">
              <w:rPr>
                <w:rFonts w:ascii="Arial" w:hAnsi="Arial" w:cs="Arial"/>
              </w:rPr>
              <w:tab/>
            </w:r>
          </w:p>
        </w:tc>
        <w:tc>
          <w:tcPr>
            <w:tcW w:w="539" w:type="dxa"/>
          </w:tcPr>
          <w:p w14:paraId="6F9360CB" w14:textId="77777777" w:rsidR="00C23FD9" w:rsidRPr="00484B53" w:rsidRDefault="00C23FD9" w:rsidP="00C23FD9">
            <w:pPr>
              <w:rPr>
                <w:rFonts w:ascii="Arial" w:hAnsi="Arial" w:cs="Arial"/>
              </w:rPr>
            </w:pPr>
          </w:p>
        </w:tc>
        <w:tc>
          <w:tcPr>
            <w:tcW w:w="446" w:type="dxa"/>
          </w:tcPr>
          <w:p w14:paraId="03F53CF7" w14:textId="77777777" w:rsidR="00C23FD9" w:rsidRPr="00484B53" w:rsidRDefault="00C23FD9" w:rsidP="00C23FD9">
            <w:pPr>
              <w:rPr>
                <w:rFonts w:ascii="Arial" w:hAnsi="Arial" w:cs="Arial"/>
              </w:rPr>
            </w:pPr>
          </w:p>
        </w:tc>
        <w:tc>
          <w:tcPr>
            <w:tcW w:w="4513" w:type="dxa"/>
          </w:tcPr>
          <w:p w14:paraId="723094E3" w14:textId="16DF3E15" w:rsidR="00C23FD9" w:rsidRPr="00484B53" w:rsidRDefault="00C23FD9" w:rsidP="00C23FD9">
            <w:pPr>
              <w:rPr>
                <w:rFonts w:ascii="Arial" w:hAnsi="Arial" w:cs="Arial"/>
              </w:rPr>
            </w:pPr>
            <w:r w:rsidRPr="00484B53">
              <w:rPr>
                <w:rFonts w:ascii="Arial" w:hAnsi="Arial" w:cs="Arial"/>
              </w:rPr>
              <w:t/>
            </w:r>
          </w:p>
        </w:tc>
      </w:tr>
      <w:tr w:rsidR="00B44E4A" w:rsidRPr="00484B53" w14:paraId="217C595B" w14:textId="77777777" w:rsidTr="00CE432C">
        <w:tc>
          <w:tcPr>
            <w:tcW w:w="1123" w:type="dxa"/>
          </w:tcPr>
          <w:p w14:paraId="653E50D5"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22AFE33B"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50AD1ED5" w14:textId="77777777" w:rsidR="00B44E4A" w:rsidRPr="00484B53" w:rsidRDefault="00B44E4A" w:rsidP="00B44E4A">
            <w:pPr>
              <w:rPr>
                <w:rFonts w:ascii="Arial" w:hAnsi="Arial" w:cs="Arial"/>
              </w:rPr>
            </w:pPr>
            <w:proofErr w:type="spellStart"/>
            <w:r w:rsidRPr="00484B53">
              <w:rPr>
                <w:rFonts w:ascii="Arial" w:hAnsi="Arial" w:cs="Arial"/>
              </w:rPr>
              <w:t>Penting</w:t>
            </w:r>
            <w:proofErr w:type="spellEnd"/>
          </w:p>
        </w:tc>
        <w:tc>
          <w:tcPr>
            <w:tcW w:w="539" w:type="dxa"/>
          </w:tcPr>
          <w:p w14:paraId="1C84A766" w14:textId="77777777" w:rsidR="00B44E4A" w:rsidRPr="00484B53" w:rsidRDefault="00B44E4A" w:rsidP="00B44E4A">
            <w:pPr>
              <w:rPr>
                <w:rFonts w:ascii="Arial" w:hAnsi="Arial" w:cs="Arial"/>
              </w:rPr>
            </w:pPr>
          </w:p>
        </w:tc>
        <w:tc>
          <w:tcPr>
            <w:tcW w:w="446" w:type="dxa"/>
          </w:tcPr>
          <w:p w14:paraId="2816BB9D" w14:textId="77777777" w:rsidR="00B44E4A" w:rsidRPr="00484B53" w:rsidRDefault="00B44E4A" w:rsidP="00B44E4A">
            <w:pPr>
              <w:rPr>
                <w:rFonts w:ascii="Arial" w:hAnsi="Arial" w:cs="Arial"/>
              </w:rPr>
            </w:pPr>
          </w:p>
        </w:tc>
        <w:tc>
          <w:tcPr>
            <w:tcW w:w="4513" w:type="dxa"/>
          </w:tcPr>
          <w:p w14:paraId="0B283B6C" w14:textId="739A2865" w:rsidR="00B44E4A" w:rsidRPr="00484B53" w:rsidRDefault="00B44E4A" w:rsidP="00B44E4A">
            <w:pPr>
              <w:tabs>
                <w:tab w:val="left" w:pos="450"/>
              </w:tabs>
              <w:rPr>
                <w:rFonts w:ascii="Arial" w:hAnsi="Arial" w:cs="Arial"/>
              </w:rPr>
            </w:pPr>
          </w:p>
        </w:tc>
      </w:tr>
      <w:tr w:rsidR="00B44E4A" w:rsidRPr="00484B53" w14:paraId="5F98F17E" w14:textId="77777777" w:rsidTr="00CE432C">
        <w:tc>
          <w:tcPr>
            <w:tcW w:w="1123" w:type="dxa"/>
          </w:tcPr>
          <w:p w14:paraId="3A7CB799"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5D9C439E"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4EDAF8D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41890DEC" w14:textId="77777777" w:rsidR="00B44E4A" w:rsidRPr="00484B53" w:rsidRDefault="00B44E4A" w:rsidP="00B44E4A">
            <w:pPr>
              <w:rPr>
                <w:rFonts w:ascii="Arial" w:hAnsi="Arial" w:cs="Arial"/>
              </w:rPr>
            </w:pPr>
          </w:p>
        </w:tc>
        <w:tc>
          <w:tcPr>
            <w:tcW w:w="446" w:type="dxa"/>
          </w:tcPr>
          <w:p w14:paraId="41E7EAF4" w14:textId="0BEE1190" w:rsidR="00B44E4A" w:rsidRPr="00484B53" w:rsidRDefault="00B44E4A" w:rsidP="00B44E4A">
            <w:pPr>
              <w:rPr>
                <w:rFonts w:ascii="Arial" w:hAnsi="Arial" w:cs="Arial"/>
              </w:rPr>
            </w:pPr>
          </w:p>
        </w:tc>
        <w:tc>
          <w:tcPr>
            <w:tcW w:w="4513" w:type="dxa"/>
          </w:tcPr>
          <w:p w14:paraId="792D72C5" w14:textId="7C0CA39F" w:rsidR="00B44E4A" w:rsidRPr="00484B53" w:rsidRDefault="00B44E4A" w:rsidP="00B44E4A">
            <w:pPr>
              <w:rPr>
                <w:rFonts w:ascii="Arial" w:hAnsi="Arial" w:cs="Arial"/>
              </w:rPr>
            </w:pPr>
          </w:p>
        </w:tc>
      </w:tr>
      <w:tr w:rsidR="00CE432C" w:rsidRPr="00484B53" w14:paraId="12F5F9C4" w14:textId="77777777" w:rsidTr="00CE432C">
        <w:tc>
          <w:tcPr>
            <w:tcW w:w="1123" w:type="dxa"/>
          </w:tcPr>
          <w:p w14:paraId="0975476B"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734182C6"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39612BD7" w14:textId="106B3C9C" w:rsidR="00CE432C" w:rsidRPr="00484B53" w:rsidRDefault="00CE432C" w:rsidP="00CE432C">
            <w:pPr>
              <w:rPr>
                <w:rFonts w:ascii="Arial" w:hAnsi="Arial" w:cs="Arial"/>
              </w:rPr>
            </w:pPr>
            <w:proofErr w:type="spellStart"/>
            <w:r w:rsidRPr="00484B53">
              <w:rPr>
                <w:rFonts w:ascii="Arial" w:hAnsi="Arial" w:cs="Arial"/>
              </w:rPr>
              <w:t>Negosiasi</w:t>
            </w:r>
            <w:proofErr w:type="spellEnd"/>
            <w:r w:rsidRPr="00484B53">
              <w:rPr>
                <w:rFonts w:ascii="Arial" w:hAnsi="Arial" w:cs="Arial"/>
              </w:rPr>
              <w:t xml:space="preserve"> Harga Belanja Fotokopi Kegiatan Administrasi Perkantoran</w:t>
            </w:r>
          </w:p>
        </w:tc>
        <w:tc>
          <w:tcPr>
            <w:tcW w:w="539" w:type="dxa"/>
          </w:tcPr>
          <w:p w14:paraId="5FDBB5BD" w14:textId="77777777" w:rsidR="00CE432C" w:rsidRPr="00484B53" w:rsidRDefault="00CE432C" w:rsidP="00CE432C">
            <w:pPr>
              <w:rPr>
                <w:rFonts w:ascii="Arial" w:hAnsi="Arial" w:cs="Arial"/>
              </w:rPr>
            </w:pPr>
          </w:p>
        </w:tc>
        <w:tc>
          <w:tcPr>
            <w:tcW w:w="446" w:type="dxa"/>
          </w:tcPr>
          <w:p w14:paraId="0AD7FD50" w14:textId="77777777" w:rsidR="00CE432C" w:rsidRPr="00484B53" w:rsidRDefault="00CE432C" w:rsidP="00CE432C">
            <w:pPr>
              <w:rPr>
                <w:rFonts w:ascii="Arial" w:hAnsi="Arial" w:cs="Arial"/>
              </w:rPr>
            </w:pPr>
          </w:p>
        </w:tc>
        <w:tc>
          <w:tcPr>
            <w:tcW w:w="4513" w:type="dxa"/>
          </w:tcPr>
          <w:p w14:paraId="41BD370E" w14:textId="6D797B87"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079DCDED" w14:textId="77777777" w:rsidTr="009B5743">
        <w:trPr>
          <w:trHeight w:val="60"/>
        </w:trPr>
        <w:tc>
          <w:tcPr>
            <w:tcW w:w="1123" w:type="dxa"/>
          </w:tcPr>
          <w:p w14:paraId="017B9A57" w14:textId="77777777" w:rsidR="00CE432C" w:rsidRPr="00484B53" w:rsidRDefault="00CE432C" w:rsidP="00CE432C">
            <w:pPr>
              <w:rPr>
                <w:rFonts w:ascii="Arial" w:hAnsi="Arial" w:cs="Arial"/>
              </w:rPr>
            </w:pPr>
          </w:p>
        </w:tc>
        <w:tc>
          <w:tcPr>
            <w:tcW w:w="157" w:type="dxa"/>
          </w:tcPr>
          <w:p w14:paraId="7DDCAFAD" w14:textId="77777777" w:rsidR="00CE432C" w:rsidRPr="00484B53" w:rsidRDefault="00CE432C" w:rsidP="00CE432C">
            <w:pPr>
              <w:rPr>
                <w:rFonts w:ascii="Arial" w:hAnsi="Arial" w:cs="Arial"/>
              </w:rPr>
            </w:pPr>
          </w:p>
        </w:tc>
        <w:tc>
          <w:tcPr>
            <w:tcW w:w="2859" w:type="dxa"/>
            <w:vMerge/>
          </w:tcPr>
          <w:p w14:paraId="164C8945" w14:textId="77777777" w:rsidR="00CE432C" w:rsidRPr="00484B53" w:rsidRDefault="00CE432C" w:rsidP="00CE432C">
            <w:pPr>
              <w:rPr>
                <w:rFonts w:ascii="Arial" w:hAnsi="Arial" w:cs="Arial"/>
              </w:rPr>
            </w:pPr>
          </w:p>
        </w:tc>
        <w:tc>
          <w:tcPr>
            <w:tcW w:w="539" w:type="dxa"/>
          </w:tcPr>
          <w:p w14:paraId="113AE008" w14:textId="77777777" w:rsidR="00CE432C" w:rsidRPr="00484B53" w:rsidRDefault="00CE432C" w:rsidP="00CE432C">
            <w:pPr>
              <w:rPr>
                <w:rFonts w:ascii="Arial" w:hAnsi="Arial" w:cs="Arial"/>
              </w:rPr>
            </w:pPr>
          </w:p>
        </w:tc>
        <w:tc>
          <w:tcPr>
            <w:tcW w:w="446" w:type="dxa"/>
          </w:tcPr>
          <w:p w14:paraId="1AB13CB8" w14:textId="6884DDF4"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1C731FF5" w14:textId="4C43D9D8"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2084AC60" w14:textId="77777777" w:rsidTr="00CE432C">
        <w:trPr>
          <w:trHeight w:val="333"/>
        </w:trPr>
        <w:tc>
          <w:tcPr>
            <w:tcW w:w="1123" w:type="dxa"/>
          </w:tcPr>
          <w:p w14:paraId="4E7EAAF7" w14:textId="77777777" w:rsidR="00CE432C" w:rsidRPr="00484B53" w:rsidRDefault="00CE432C" w:rsidP="00CE432C">
            <w:pPr>
              <w:rPr>
                <w:rFonts w:ascii="Arial" w:hAnsi="Arial" w:cs="Arial"/>
              </w:rPr>
            </w:pPr>
          </w:p>
        </w:tc>
        <w:tc>
          <w:tcPr>
            <w:tcW w:w="157" w:type="dxa"/>
          </w:tcPr>
          <w:p w14:paraId="6C71A99C" w14:textId="77777777" w:rsidR="00CE432C" w:rsidRPr="00484B53" w:rsidRDefault="00CE432C" w:rsidP="00CE432C">
            <w:pPr>
              <w:rPr>
                <w:rFonts w:ascii="Arial" w:hAnsi="Arial" w:cs="Arial"/>
              </w:rPr>
            </w:pPr>
          </w:p>
        </w:tc>
        <w:tc>
          <w:tcPr>
            <w:tcW w:w="2859" w:type="dxa"/>
            <w:vMerge/>
          </w:tcPr>
          <w:p w14:paraId="5F84A461" w14:textId="77777777" w:rsidR="00CE432C" w:rsidRPr="00484B53" w:rsidRDefault="00CE432C" w:rsidP="00CE432C">
            <w:pPr>
              <w:rPr>
                <w:rFonts w:ascii="Arial" w:hAnsi="Arial" w:cs="Arial"/>
              </w:rPr>
            </w:pPr>
          </w:p>
        </w:tc>
        <w:tc>
          <w:tcPr>
            <w:tcW w:w="539" w:type="dxa"/>
          </w:tcPr>
          <w:p w14:paraId="7EA30DDA" w14:textId="77777777" w:rsidR="00CE432C" w:rsidRPr="00484B53" w:rsidRDefault="00CE432C" w:rsidP="00CE432C">
            <w:pPr>
              <w:rPr>
                <w:rFonts w:ascii="Arial" w:hAnsi="Arial" w:cs="Arial"/>
              </w:rPr>
            </w:pPr>
          </w:p>
        </w:tc>
        <w:tc>
          <w:tcPr>
            <w:tcW w:w="446" w:type="dxa"/>
          </w:tcPr>
          <w:p w14:paraId="5057649F" w14:textId="77777777" w:rsidR="00CE432C" w:rsidRPr="00484B53" w:rsidRDefault="00CE432C" w:rsidP="00CE432C">
            <w:pPr>
              <w:rPr>
                <w:rFonts w:ascii="Arial" w:hAnsi="Arial" w:cs="Arial"/>
              </w:rPr>
            </w:pPr>
          </w:p>
        </w:tc>
        <w:tc>
          <w:tcPr>
            <w:tcW w:w="4513" w:type="dxa"/>
          </w:tcPr>
          <w:p w14:paraId="62090524" w14:textId="77777777" w:rsidR="00CE432C" w:rsidRPr="00484B53" w:rsidRDefault="00CE432C" w:rsidP="00CE432C">
            <w:pPr>
              <w:rPr>
                <w:rFonts w:ascii="Arial" w:hAnsi="Arial" w:cs="Arial"/>
              </w:rPr>
            </w:pPr>
            <w:r w:rsidRPr="00484B53">
              <w:rPr>
                <w:rFonts w:ascii="Arial" w:hAnsi="Arial" w:cs="Arial"/>
              </w:rPr>
              <w:t>Ruko Kebun Jeruk Blok B6</w:t>
            </w:r>
          </w:p>
          <w:p w14:paraId="0F170F79"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02B93CD3" w14:textId="77777777" w:rsidR="00CE432C" w:rsidRPr="00484B53" w:rsidRDefault="00CE432C" w:rsidP="00CE432C">
            <w:pPr>
              <w:rPr>
                <w:rFonts w:ascii="Arial" w:hAnsi="Arial" w:cs="Arial"/>
              </w:rPr>
            </w:pPr>
            <w:r w:rsidRPr="00484B53">
              <w:rPr>
                <w:rFonts w:ascii="Arial" w:hAnsi="Arial" w:cs="Arial"/>
              </w:rPr>
              <w:t>di</w:t>
            </w:r>
          </w:p>
          <w:p w14:paraId="43BC0E7D" w14:textId="175F100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00E8B4B8" w14:textId="77777777" w:rsidTr="00CE432C">
        <w:trPr>
          <w:trHeight w:val="333"/>
        </w:trPr>
        <w:tc>
          <w:tcPr>
            <w:tcW w:w="1123" w:type="dxa"/>
          </w:tcPr>
          <w:p w14:paraId="1825CF28" w14:textId="77777777" w:rsidR="00CE432C" w:rsidRPr="00484B53" w:rsidRDefault="00CE432C" w:rsidP="00CE432C">
            <w:pPr>
              <w:rPr>
                <w:rFonts w:ascii="Arial" w:hAnsi="Arial" w:cs="Arial"/>
              </w:rPr>
            </w:pPr>
          </w:p>
        </w:tc>
        <w:tc>
          <w:tcPr>
            <w:tcW w:w="157" w:type="dxa"/>
          </w:tcPr>
          <w:p w14:paraId="7D88F8EF" w14:textId="77777777" w:rsidR="00CE432C" w:rsidRPr="00484B53" w:rsidRDefault="00CE432C" w:rsidP="00CE432C">
            <w:pPr>
              <w:rPr>
                <w:rFonts w:ascii="Arial" w:hAnsi="Arial" w:cs="Arial"/>
              </w:rPr>
            </w:pPr>
          </w:p>
        </w:tc>
        <w:tc>
          <w:tcPr>
            <w:tcW w:w="2859" w:type="dxa"/>
          </w:tcPr>
          <w:p w14:paraId="0AC2ED00" w14:textId="77777777" w:rsidR="00CE432C" w:rsidRPr="00484B53" w:rsidRDefault="00CE432C" w:rsidP="00CE432C">
            <w:pPr>
              <w:rPr>
                <w:rFonts w:ascii="Arial" w:hAnsi="Arial" w:cs="Arial"/>
              </w:rPr>
            </w:pPr>
          </w:p>
        </w:tc>
        <w:tc>
          <w:tcPr>
            <w:tcW w:w="539" w:type="dxa"/>
          </w:tcPr>
          <w:p w14:paraId="730ADC5C" w14:textId="77777777" w:rsidR="00CE432C" w:rsidRPr="00484B53" w:rsidRDefault="00CE432C" w:rsidP="00CE432C">
            <w:pPr>
              <w:rPr>
                <w:rFonts w:ascii="Arial" w:hAnsi="Arial" w:cs="Arial"/>
              </w:rPr>
            </w:pPr>
          </w:p>
        </w:tc>
        <w:tc>
          <w:tcPr>
            <w:tcW w:w="446" w:type="dxa"/>
          </w:tcPr>
          <w:p w14:paraId="02B49A94" w14:textId="77777777" w:rsidR="00CE432C" w:rsidRPr="00484B53" w:rsidRDefault="00CE432C" w:rsidP="00CE432C">
            <w:pPr>
              <w:rPr>
                <w:rFonts w:ascii="Arial" w:hAnsi="Arial" w:cs="Arial"/>
              </w:rPr>
            </w:pPr>
          </w:p>
        </w:tc>
        <w:tc>
          <w:tcPr>
            <w:tcW w:w="4513" w:type="dxa"/>
          </w:tcPr>
          <w:p w14:paraId="659ADBA2" w14:textId="77777777" w:rsidR="00CE432C" w:rsidRPr="00484B53" w:rsidRDefault="00CE432C" w:rsidP="00CE432C">
            <w:pPr>
              <w:rPr>
                <w:rFonts w:ascii="Arial" w:hAnsi="Arial" w:cs="Arial"/>
              </w:rPr>
            </w:pPr>
          </w:p>
        </w:tc>
      </w:tr>
      <w:tr w:rsidR="00CE432C" w:rsidRPr="00484B53" w14:paraId="5F64985A" w14:textId="77777777" w:rsidTr="00CE432C">
        <w:trPr>
          <w:trHeight w:val="333"/>
        </w:trPr>
        <w:tc>
          <w:tcPr>
            <w:tcW w:w="1123" w:type="dxa"/>
          </w:tcPr>
          <w:p w14:paraId="2F1D4D63" w14:textId="77777777" w:rsidR="00CE432C" w:rsidRPr="00484B53" w:rsidRDefault="00CE432C" w:rsidP="00CE432C">
            <w:pPr>
              <w:rPr>
                <w:rFonts w:ascii="Arial" w:hAnsi="Arial" w:cs="Arial"/>
              </w:rPr>
            </w:pPr>
          </w:p>
        </w:tc>
        <w:tc>
          <w:tcPr>
            <w:tcW w:w="157" w:type="dxa"/>
          </w:tcPr>
          <w:p w14:paraId="122EA117" w14:textId="77777777" w:rsidR="00CE432C" w:rsidRPr="00484B53" w:rsidRDefault="00CE432C" w:rsidP="00CE432C">
            <w:pPr>
              <w:rPr>
                <w:rFonts w:ascii="Arial" w:hAnsi="Arial" w:cs="Arial"/>
              </w:rPr>
            </w:pPr>
          </w:p>
        </w:tc>
        <w:tc>
          <w:tcPr>
            <w:tcW w:w="2859" w:type="dxa"/>
          </w:tcPr>
          <w:p w14:paraId="21E6A5D5" w14:textId="77777777" w:rsidR="00CE432C" w:rsidRPr="00484B53" w:rsidRDefault="00CE432C" w:rsidP="00CE432C">
            <w:pPr>
              <w:rPr>
                <w:rFonts w:ascii="Arial" w:hAnsi="Arial" w:cs="Arial"/>
              </w:rPr>
            </w:pPr>
          </w:p>
        </w:tc>
        <w:tc>
          <w:tcPr>
            <w:tcW w:w="539" w:type="dxa"/>
          </w:tcPr>
          <w:p w14:paraId="287491E1" w14:textId="77777777" w:rsidR="00CE432C" w:rsidRPr="00484B53" w:rsidRDefault="00CE432C" w:rsidP="00CE432C">
            <w:pPr>
              <w:rPr>
                <w:rFonts w:ascii="Arial" w:hAnsi="Arial" w:cs="Arial"/>
              </w:rPr>
            </w:pPr>
          </w:p>
        </w:tc>
        <w:tc>
          <w:tcPr>
            <w:tcW w:w="446" w:type="dxa"/>
          </w:tcPr>
          <w:p w14:paraId="1B0D32BE" w14:textId="77777777" w:rsidR="00CE432C" w:rsidRPr="00484B53" w:rsidRDefault="00CE432C" w:rsidP="00CE432C">
            <w:pPr>
              <w:rPr>
                <w:rFonts w:ascii="Arial" w:hAnsi="Arial" w:cs="Arial"/>
              </w:rPr>
            </w:pPr>
          </w:p>
        </w:tc>
        <w:tc>
          <w:tcPr>
            <w:tcW w:w="4513" w:type="dxa"/>
          </w:tcPr>
          <w:p w14:paraId="646059DE" w14:textId="77777777" w:rsidR="00CE432C" w:rsidRPr="00484B53" w:rsidRDefault="00CE432C" w:rsidP="00CE432C">
            <w:pPr>
              <w:rPr>
                <w:rFonts w:ascii="Arial" w:hAnsi="Arial" w:cs="Arial"/>
              </w:rPr>
            </w:pPr>
          </w:p>
        </w:tc>
      </w:tr>
      <w:tr w:rsidR="00CE432C" w:rsidRPr="00484B53" w14:paraId="73C7B3E3" w14:textId="77777777" w:rsidTr="00CE432C">
        <w:tc>
          <w:tcPr>
            <w:tcW w:w="1123" w:type="dxa"/>
          </w:tcPr>
          <w:p w14:paraId="4BF1C15B" w14:textId="77777777" w:rsidR="00CE432C" w:rsidRPr="00484B53" w:rsidRDefault="00CE432C" w:rsidP="00CE432C">
            <w:pPr>
              <w:rPr>
                <w:rFonts w:ascii="Arial" w:hAnsi="Arial" w:cs="Arial"/>
              </w:rPr>
            </w:pPr>
          </w:p>
        </w:tc>
        <w:tc>
          <w:tcPr>
            <w:tcW w:w="157" w:type="dxa"/>
          </w:tcPr>
          <w:p w14:paraId="1493AC1C" w14:textId="77777777" w:rsidR="00CE432C" w:rsidRPr="00484B53" w:rsidRDefault="00CE432C" w:rsidP="00CE432C">
            <w:pPr>
              <w:rPr>
                <w:rFonts w:ascii="Arial" w:hAnsi="Arial" w:cs="Arial"/>
              </w:rPr>
            </w:pPr>
          </w:p>
        </w:tc>
        <w:tc>
          <w:tcPr>
            <w:tcW w:w="8357" w:type="dxa"/>
            <w:gridSpan w:val="4"/>
          </w:tcPr>
          <w:p w14:paraId="003E5ECE" w14:textId="709E22AC"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E26142" w:rsidRPr="00484B53">
              <w:rPr>
                <w:rFonts w:ascii="Arial" w:hAnsi="Arial" w:cs="Arial"/>
              </w:rPr>
              <w:t>Berdasarkan Surat Penawaran yang kami terima dari CV. ROYAL JAYA INDONESIA, serta berdasarkan Anggaran yang kami miliki pada Kode Rekening 5.1.02.02.04.0115 Belanja Sewa Alat Reproduksi (Penggandaan) kegiatan Belanja Fotokopi Kegiatan Administrasi Perkantoran Tahun Anggaran 2025. Maka dengan ini kami mengajukan negosiasi harga sesuai dengan Komponen Barang / Jasa yang kami perlukan sebagai berikut :</w:t>
            </w:r>
            <w:r w:rsidRPr="00484B53">
              <w:rPr>
                <w:rFonts w:ascii="Arial" w:hAnsi="Arial" w:cs="Arial"/>
              </w:rPr>
              <w:tab/>
            </w:r>
          </w:p>
        </w:tc>
      </w:tr>
    </w:tbl>
    <w:tbl>
      <w:tblPr>
        <w:tblW w:w="8395" w:type="dxa"/>
        <w:tblInd w:w="1384" w:type="dxa"/>
        <w:tblCellMar>
          <w:left w:w="85" w:type="dxa"/>
          <w:right w:w="57" w:type="dxa"/>
        </w:tblCellMar>
        <w:tblLook w:val="04A0" w:firstRow="1" w:lastRow="0" w:firstColumn="1" w:lastColumn="0" w:noHBand="0" w:noVBand="1"/>
      </w:tblPr>
      <w:tblGrid>
        <w:gridCol w:w="743"/>
        <w:gridCol w:w="3203"/>
        <w:gridCol w:w="1546"/>
        <w:gridCol w:w="1280"/>
        <w:gridCol w:w="1623"/>
      </w:tblGrid>
      <w:tr w:rsidR="00481EE9" w:rsidRPr="00484B53" w14:paraId="3335167A" w14:textId="77777777" w:rsidTr="006B644E">
        <w:trPr>
          <w:trHeight w:val="510"/>
        </w:trPr>
        <w:tc>
          <w:tcPr>
            <w:tcW w:w="743" w:type="dxa"/>
            <w:tcBorders>
              <w:top w:val="single" w:sz="4" w:space="0" w:color="auto"/>
              <w:left w:val="single" w:sz="4" w:space="0" w:color="auto"/>
              <w:bottom w:val="single" w:sz="4" w:space="0" w:color="auto"/>
              <w:right w:val="single" w:sz="4" w:space="0" w:color="auto"/>
            </w:tcBorders>
            <w:noWrap/>
            <w:vAlign w:val="center"/>
            <w:hideMark/>
          </w:tcPr>
          <w:p w14:paraId="4F4D0E5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3203" w:type="dxa"/>
            <w:tcBorders>
              <w:top w:val="single" w:sz="4" w:space="0" w:color="auto"/>
              <w:left w:val="nil"/>
              <w:bottom w:val="single" w:sz="4" w:space="0" w:color="auto"/>
              <w:right w:val="single" w:sz="4" w:space="0" w:color="000000"/>
            </w:tcBorders>
            <w:noWrap/>
            <w:vAlign w:val="center"/>
            <w:hideMark/>
          </w:tcPr>
          <w:p w14:paraId="5A2CFA9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546" w:type="dxa"/>
            <w:tcBorders>
              <w:top w:val="single" w:sz="4" w:space="0" w:color="auto"/>
              <w:left w:val="nil"/>
              <w:bottom w:val="single" w:sz="4" w:space="0" w:color="auto"/>
              <w:right w:val="single" w:sz="4" w:space="0" w:color="auto"/>
            </w:tcBorders>
            <w:noWrap/>
            <w:vAlign w:val="center"/>
            <w:hideMark/>
          </w:tcPr>
          <w:p w14:paraId="0A96A03E"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280" w:type="dxa"/>
            <w:tcBorders>
              <w:top w:val="single" w:sz="4" w:space="0" w:color="auto"/>
              <w:left w:val="nil"/>
              <w:bottom w:val="single" w:sz="4" w:space="0" w:color="auto"/>
              <w:right w:val="single" w:sz="4" w:space="0" w:color="auto"/>
            </w:tcBorders>
            <w:noWrap/>
            <w:vAlign w:val="center"/>
            <w:hideMark/>
          </w:tcPr>
          <w:p w14:paraId="4F8E2A2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1BF362B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Penawaran</w:t>
            </w:r>
            <w:proofErr w:type="spellEnd"/>
          </w:p>
        </w:tc>
        <w:tc>
          <w:tcPr>
            <w:tcW w:w="1623" w:type="dxa"/>
            <w:tcBorders>
              <w:top w:val="single" w:sz="4" w:space="0" w:color="auto"/>
              <w:left w:val="nil"/>
              <w:bottom w:val="single" w:sz="4" w:space="0" w:color="auto"/>
              <w:right w:val="single" w:sz="4" w:space="0" w:color="auto"/>
            </w:tcBorders>
          </w:tcPr>
          <w:p w14:paraId="631F1D2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Harga</w:t>
            </w:r>
          </w:p>
          <w:p w14:paraId="3BAE9273"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Negosiasi</w:t>
            </w:r>
            <w:proofErr w:type="spellEnd"/>
          </w:p>
        </w:tc>
      </w:tr>
      <w:tr w:rsidR="00481EE9" w:rsidRPr="00484B53" w14:paraId="02E5EBD6" w14:textId="77777777" w:rsidTr="006B644E">
        <w:trPr>
          <w:trHeight w:val="360"/>
        </w:trPr>
        <w:tc>
          <w:tcPr>
            <w:tcW w:w="743" w:type="dxa"/>
            <w:tcBorders>
              <w:top w:val="single" w:sz="4" w:space="0" w:color="auto"/>
              <w:left w:val="single" w:sz="4" w:space="0" w:color="auto"/>
              <w:bottom w:val="single" w:sz="4" w:space="0" w:color="auto"/>
              <w:right w:val="single" w:sz="4" w:space="0" w:color="auto"/>
            </w:tcBorders>
            <w:noWrap/>
            <w:vAlign w:val="center"/>
          </w:tcPr>
          <w:p w14:paraId="16AC11DA"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203" w:type="dxa"/>
            <w:tcBorders>
              <w:top w:val="single" w:sz="4" w:space="0" w:color="auto"/>
              <w:left w:val="nil"/>
              <w:bottom w:val="single" w:sz="4" w:space="0" w:color="auto"/>
              <w:right w:val="single" w:sz="4" w:space="0" w:color="auto"/>
            </w:tcBorders>
            <w:noWrap/>
            <w:vAlign w:val="center"/>
          </w:tcPr>
          <w:p w14:paraId="62358F44"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546" w:type="dxa"/>
            <w:tcBorders>
              <w:top w:val="single" w:sz="4" w:space="0" w:color="auto"/>
              <w:left w:val="nil"/>
              <w:bottom w:val="single" w:sz="4" w:space="0" w:color="auto"/>
              <w:right w:val="single" w:sz="4" w:space="0" w:color="auto"/>
            </w:tcBorders>
            <w:noWrap/>
            <w:vAlign w:val="center"/>
          </w:tcPr>
          <w:p w14:paraId="3BC610F3" w14:textId="237AEFBF" w:rsidR="00481EE9" w:rsidRPr="00484B53" w:rsidRDefault="009B3884" w:rsidP="00C422DD">
            <w:pPr>
              <w:spacing w:after="0" w:line="240" w:lineRule="auto"/>
              <w:rPr>
                <w:rFonts w:ascii="Arial" w:eastAsia="Times New Roman" w:hAnsi="Arial" w:cs="Arial"/>
                <w:color w:val="000000"/>
                <w:sz w:val="20"/>
                <w:szCs w:val="20"/>
                <w:lang w:val="en-ID" w:eastAsia="en-ID"/>
              </w:rPr>
            </w:pPr>
            <w:r>
              <w:rPr>
                <w:rFonts w:ascii="Arial" w:hAnsi="Arial" w:cs="Arial"/>
                <w:sz w:val="20"/>
                <w:szCs w:val="20"/>
              </w:rPr>
              <w:t xml:space="preserve">1 </w:t>
            </w:r>
            <w:r w:rsidR="00481EE9" w:rsidRPr="00484B53">
              <w:rPr>
                <w:rFonts w:ascii="Arial" w:hAnsi="Arial" w:cs="Arial"/>
                <w:sz w:val="20"/>
                <w:szCs w:val="20"/>
              </w:rPr>
              <w:t>Lembar</w:t>
            </w:r>
          </w:p>
        </w:tc>
        <w:tc>
          <w:tcPr>
            <w:tcW w:w="1280" w:type="dxa"/>
            <w:tcBorders>
              <w:top w:val="single" w:sz="4" w:space="0" w:color="auto"/>
              <w:left w:val="nil"/>
              <w:bottom w:val="single" w:sz="4" w:space="0" w:color="auto"/>
              <w:right w:val="single" w:sz="4" w:space="0" w:color="auto"/>
            </w:tcBorders>
            <w:noWrap/>
            <w:vAlign w:val="center"/>
          </w:tcPr>
          <w:p w14:paraId="38850DAC" w14:textId="77777777" w:rsidR="00481EE9" w:rsidRPr="00484B53" w:rsidRDefault="00481EE9" w:rsidP="00AC6CA9">
            <w:pPr>
              <w:spacing w:after="0" w:line="240" w:lineRule="auto"/>
              <w:jc w:val="right"/>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623" w:type="dxa"/>
            <w:tcBorders>
              <w:top w:val="single" w:sz="4" w:space="0" w:color="auto"/>
              <w:left w:val="nil"/>
              <w:bottom w:val="single" w:sz="4" w:space="0" w:color="auto"/>
              <w:right w:val="single" w:sz="4" w:space="0" w:color="auto"/>
            </w:tcBorders>
            <w:vAlign w:val="center"/>
          </w:tcPr>
          <w:p w14:paraId="636A5FB1" w14:textId="77777777" w:rsidR="00481EE9" w:rsidRPr="00484B53" w:rsidRDefault="00481EE9" w:rsidP="00AC6CA9">
            <w:pPr>
              <w:spacing w:after="0" w:line="240" w:lineRule="auto"/>
              <w:jc w:val="right"/>
              <w:rPr>
                <w:rFonts w:ascii="Arial" w:hAnsi="Arial" w:cs="Arial"/>
                <w:sz w:val="20"/>
                <w:szCs w:val="20"/>
              </w:rPr>
            </w:pPr>
            <w:r w:rsidRPr="00484B53">
              <w:rPr>
                <w:rFonts w:ascii="Arial" w:hAnsi="Arial" w:cs="Arial"/>
                <w:sz w:val="20"/>
                <w:szCs w:val="20"/>
              </w:rPr>
              <w:t>300</w:t>
            </w:r>
          </w:p>
        </w:tc>
      </w:tr>
    </w:tbl>
    <w:p w14:paraId="49951EBF" w14:textId="1E16444B" w:rsidR="00481EE9" w:rsidRPr="00A12E15" w:rsidRDefault="004B650B" w:rsidP="004B650B">
      <w:pPr>
        <w:rPr>
          <w:sz w:val="2"/>
          <w:szCs w:val="2"/>
        </w:rPr>
      </w:pPr>
      <w:r>
        <w:rPr>
          <w:sz w:val="2"/>
          <w:szCs w:val="2"/>
        </w:rPr>
        <w:t>\</w:t>
      </w:r>
    </w:p>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70B41A5" w14:textId="77777777" w:rsidTr="00405453">
        <w:trPr>
          <w:cantSplit/>
        </w:trPr>
        <w:tc>
          <w:tcPr>
            <w:tcW w:w="8358" w:type="dxa"/>
          </w:tcPr>
          <w:p w14:paraId="76A140F6" w14:textId="1F2C0D7B"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Pr>
                <w:rFonts w:ascii="Arial" w:hAnsi="Arial" w:cs="Arial"/>
              </w:rPr>
              <w:t>negosiasi</w:t>
            </w:r>
            <w:proofErr w:type="spellEnd"/>
            <w:r w:rsidRPr="00484B53">
              <w:rPr>
                <w:rFonts w:ascii="Arial" w:hAnsi="Arial" w:cs="Arial"/>
              </w:rPr>
              <w:t xml:space="preserve"> </w:t>
            </w:r>
            <w:proofErr w:type="spellStart"/>
            <w:r w:rsidRPr="00484B53">
              <w:rPr>
                <w:rFonts w:ascii="Arial" w:hAnsi="Arial" w:cs="Arial"/>
              </w:rPr>
              <w:t>harga</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23460AFD" w14:textId="77777777" w:rsidR="00024B94" w:rsidRDefault="00024B94" w:rsidP="006E1293">
            <w:pPr>
              <w:tabs>
                <w:tab w:val="left" w:pos="5670"/>
              </w:tabs>
              <w:jc w:val="both"/>
              <w:rPr>
                <w:rFonts w:ascii="Arial" w:hAnsi="Arial" w:cs="Arial"/>
              </w:rPr>
            </w:pPr>
          </w:p>
          <w:p w14:paraId="51205BDC" w14:textId="77777777" w:rsidR="00024B94" w:rsidRDefault="00024B94" w:rsidP="006E1293">
            <w:pPr>
              <w:tabs>
                <w:tab w:val="left" w:pos="5670"/>
              </w:tabs>
              <w:jc w:val="both"/>
              <w:rPr>
                <w:rFonts w:ascii="Arial" w:hAnsi="Arial" w:cs="Arial"/>
              </w:rPr>
            </w:pPr>
          </w:p>
          <w:p w14:paraId="6170D97E"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4154970E" w14:textId="77777777" w:rsidR="00024B94" w:rsidRPr="00484B53" w:rsidRDefault="00024B94" w:rsidP="006E1293">
            <w:pPr>
              <w:tabs>
                <w:tab w:val="left" w:pos="4714"/>
                <w:tab w:val="left" w:pos="4856"/>
              </w:tabs>
              <w:jc w:val="center"/>
              <w:rPr>
                <w:rFonts w:ascii="Arial" w:hAnsi="Arial" w:cs="Arial"/>
              </w:rPr>
            </w:pPr>
          </w:p>
          <w:p w14:paraId="6533DD95" w14:textId="77777777" w:rsidR="00024B94" w:rsidRPr="00484B53" w:rsidRDefault="00024B94" w:rsidP="006E1293">
            <w:pPr>
              <w:tabs>
                <w:tab w:val="left" w:pos="4714"/>
                <w:tab w:val="left" w:pos="4856"/>
              </w:tabs>
              <w:jc w:val="center"/>
              <w:rPr>
                <w:rFonts w:ascii="Arial" w:hAnsi="Arial" w:cs="Arial"/>
              </w:rPr>
            </w:pPr>
          </w:p>
          <w:p w14:paraId="11C893BE" w14:textId="77777777" w:rsidR="00024B94" w:rsidRPr="00484B53" w:rsidRDefault="00024B94" w:rsidP="006E1293">
            <w:pPr>
              <w:tabs>
                <w:tab w:val="left" w:pos="4714"/>
                <w:tab w:val="left" w:pos="4856"/>
              </w:tabs>
              <w:jc w:val="center"/>
              <w:rPr>
                <w:rFonts w:ascii="Arial" w:hAnsi="Arial" w:cs="Arial"/>
              </w:rPr>
            </w:pPr>
          </w:p>
          <w:p w14:paraId="56D8A81A" w14:textId="77777777" w:rsidR="00024B94" w:rsidRPr="00484B53" w:rsidRDefault="00024B94" w:rsidP="006E1293">
            <w:pPr>
              <w:tabs>
                <w:tab w:val="left" w:pos="4714"/>
                <w:tab w:val="left" w:pos="4856"/>
              </w:tabs>
              <w:jc w:val="center"/>
              <w:rPr>
                <w:rFonts w:ascii="Arial" w:hAnsi="Arial" w:cs="Arial"/>
              </w:rPr>
            </w:pPr>
          </w:p>
          <w:p w14:paraId="50B5E39B"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6CE99C4E"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591E44DC" w14:textId="77777777" w:rsidR="00024B94" w:rsidRDefault="00024B94" w:rsidP="006E1293">
            <w:pPr>
              <w:tabs>
                <w:tab w:val="left" w:pos="5670"/>
              </w:tabs>
              <w:jc w:val="both"/>
              <w:rPr>
                <w:rFonts w:ascii="Arial" w:hAnsi="Arial" w:cs="Arial"/>
              </w:rPr>
            </w:pPr>
          </w:p>
          <w:p w14:paraId="794494BE" w14:textId="77777777" w:rsidR="00024B94" w:rsidRPr="00484B53" w:rsidRDefault="00024B94" w:rsidP="006E1293">
            <w:pPr>
              <w:tabs>
                <w:tab w:val="left" w:pos="5670"/>
              </w:tabs>
              <w:jc w:val="both"/>
              <w:rPr>
                <w:rFonts w:ascii="Arial" w:hAnsi="Arial" w:cs="Arial"/>
              </w:rPr>
            </w:pPr>
          </w:p>
        </w:tc>
      </w:tr>
    </w:tbl>
    <w:p w14:paraId="20DD598D" w14:textId="77777777" w:rsidR="00024B94" w:rsidRDefault="00024B94" w:rsidP="00481EE9"/>
    <w:p w14:paraId="527526D8" w14:textId="75A11927" w:rsidR="00481EE9" w:rsidRDefault="00481EE9" w:rsidP="00481EE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DEC9903" w14:textId="77777777" w:rsidTr="00CE3584">
        <w:tc>
          <w:tcPr>
            <w:tcW w:w="1668" w:type="dxa"/>
          </w:tcPr>
          <w:p w14:paraId="47ACFA36" w14:textId="77777777" w:rsidR="00006C63" w:rsidRDefault="00006C63" w:rsidP="00CE3584">
            <w:pPr>
              <w:rPr>
                <w:rFonts w:ascii="Arial" w:eastAsia="Arial" w:hAnsi="Arial" w:cs="Arial"/>
              </w:rPr>
            </w:pPr>
            <w:r>
              <w:rPr>
                <w:noProof/>
              </w:rPr>
              <w:lastRenderedPageBreak/>
              <w:drawing>
                <wp:inline distT="0" distB="0" distL="0" distR="0" wp14:anchorId="577CC1DF" wp14:editId="68265B2E">
                  <wp:extent cx="885536" cy="990600"/>
                  <wp:effectExtent l="0" t="0" r="0" b="0"/>
                  <wp:docPr id="12748297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207D40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15D7499"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494ECE93"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F57B1B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1248E0C5"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10E396A6"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061710CF"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8B6CA54"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FE2E33B" w14:textId="77777777" w:rsidR="00481EE9" w:rsidRPr="00484B53" w:rsidRDefault="00481EE9" w:rsidP="00481EE9">
      <w:pPr>
        <w:spacing w:after="0" w:line="240" w:lineRule="auto"/>
        <w:rPr>
          <w:rFonts w:ascii="Arial" w:eastAsia="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C23FD9" w:rsidRPr="00484B53" w14:paraId="635CBEFC" w14:textId="77777777" w:rsidTr="00CE432C">
        <w:tc>
          <w:tcPr>
            <w:tcW w:w="1123" w:type="dxa"/>
          </w:tcPr>
          <w:p w14:paraId="4E341C95" w14:textId="77777777" w:rsidR="00C23FD9" w:rsidRPr="00484B53" w:rsidRDefault="00C23FD9" w:rsidP="00C23FD9">
            <w:pPr>
              <w:rPr>
                <w:rFonts w:ascii="Arial" w:hAnsi="Arial" w:cs="Arial"/>
              </w:rPr>
            </w:pPr>
            <w:proofErr w:type="spellStart"/>
            <w:r w:rsidRPr="00484B53">
              <w:rPr>
                <w:rFonts w:ascii="Arial" w:hAnsi="Arial" w:cs="Arial"/>
              </w:rPr>
              <w:t>Nomor</w:t>
            </w:r>
            <w:proofErr w:type="spellEnd"/>
          </w:p>
        </w:tc>
        <w:tc>
          <w:tcPr>
            <w:tcW w:w="157" w:type="dxa"/>
          </w:tcPr>
          <w:p w14:paraId="40396B47" w14:textId="77777777" w:rsidR="00C23FD9" w:rsidRPr="00484B53" w:rsidRDefault="00C23FD9" w:rsidP="00C23FD9">
            <w:pPr>
              <w:rPr>
                <w:rFonts w:ascii="Arial" w:hAnsi="Arial" w:cs="Arial"/>
              </w:rPr>
            </w:pPr>
            <w:r w:rsidRPr="00484B53">
              <w:rPr>
                <w:rFonts w:ascii="Arial" w:hAnsi="Arial" w:cs="Arial"/>
              </w:rPr>
              <w:t>:</w:t>
            </w:r>
          </w:p>
        </w:tc>
        <w:tc>
          <w:tcPr>
            <w:tcW w:w="2859" w:type="dxa"/>
          </w:tcPr>
          <w:p w14:paraId="75D552E3" w14:textId="131D7B9C" w:rsidR="00C23FD9" w:rsidRPr="00484B53" w:rsidRDefault="00235F8D" w:rsidP="00C23FD9">
            <w:pPr>
              <w:rPr>
                <w:rFonts w:ascii="Arial" w:hAnsi="Arial" w:cs="Arial"/>
              </w:rPr>
            </w:pPr>
            <w:r w:rsidRPr="00484B53">
              <w:rPr>
                <w:rFonts w:ascii="Arial" w:hAnsi="Arial" w:cs="Arial"/>
              </w:rPr>
              <w:t>307 /UD.02.02</w:t>
            </w:r>
            <w:r w:rsidR="00C23FD9" w:rsidRPr="00484B53">
              <w:rPr>
                <w:rFonts w:ascii="Arial" w:hAnsi="Arial" w:cs="Arial"/>
              </w:rPr>
              <w:tab/>
            </w:r>
          </w:p>
        </w:tc>
        <w:tc>
          <w:tcPr>
            <w:tcW w:w="539" w:type="dxa"/>
          </w:tcPr>
          <w:p w14:paraId="13D9D557" w14:textId="77777777" w:rsidR="00C23FD9" w:rsidRPr="00484B53" w:rsidRDefault="00C23FD9" w:rsidP="00C23FD9">
            <w:pPr>
              <w:rPr>
                <w:rFonts w:ascii="Arial" w:hAnsi="Arial" w:cs="Arial"/>
              </w:rPr>
            </w:pPr>
          </w:p>
        </w:tc>
        <w:tc>
          <w:tcPr>
            <w:tcW w:w="446" w:type="dxa"/>
          </w:tcPr>
          <w:p w14:paraId="26DA1C49" w14:textId="77777777" w:rsidR="00C23FD9" w:rsidRPr="00484B53" w:rsidRDefault="00C23FD9" w:rsidP="00C23FD9">
            <w:pPr>
              <w:rPr>
                <w:rFonts w:ascii="Arial" w:hAnsi="Arial" w:cs="Arial"/>
              </w:rPr>
            </w:pPr>
          </w:p>
        </w:tc>
        <w:tc>
          <w:tcPr>
            <w:tcW w:w="4513" w:type="dxa"/>
          </w:tcPr>
          <w:p w14:paraId="187BE068" w14:textId="3204972C" w:rsidR="00C23FD9" w:rsidRPr="00484B53" w:rsidRDefault="00C23FD9" w:rsidP="00C23FD9">
            <w:pPr>
              <w:rPr>
                <w:rFonts w:ascii="Arial" w:hAnsi="Arial" w:cs="Arial"/>
              </w:rPr>
            </w:pPr>
            <w:r w:rsidRPr="00484B53">
              <w:rPr>
                <w:rFonts w:ascii="Arial" w:hAnsi="Arial" w:cs="Arial"/>
              </w:rPr>
              <w:t>20 November 2025</w:t>
            </w:r>
          </w:p>
        </w:tc>
      </w:tr>
      <w:tr w:rsidR="00B44E4A" w:rsidRPr="00484B53" w14:paraId="5BE14E08" w14:textId="77777777" w:rsidTr="00CE432C">
        <w:tc>
          <w:tcPr>
            <w:tcW w:w="1123" w:type="dxa"/>
          </w:tcPr>
          <w:p w14:paraId="7817B524" w14:textId="77777777" w:rsidR="00B44E4A" w:rsidRPr="00484B53" w:rsidRDefault="00B44E4A" w:rsidP="00B44E4A">
            <w:pPr>
              <w:rPr>
                <w:rFonts w:ascii="Arial" w:hAnsi="Arial" w:cs="Arial"/>
              </w:rPr>
            </w:pPr>
            <w:r w:rsidRPr="00484B53">
              <w:rPr>
                <w:rFonts w:ascii="Arial" w:hAnsi="Arial" w:cs="Arial"/>
              </w:rPr>
              <w:t>Sifat</w:t>
            </w:r>
          </w:p>
        </w:tc>
        <w:tc>
          <w:tcPr>
            <w:tcW w:w="157" w:type="dxa"/>
          </w:tcPr>
          <w:p w14:paraId="408D1FFD"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0110F4C5" w14:textId="77777777" w:rsidR="00B44E4A" w:rsidRPr="00484B53" w:rsidRDefault="00B44E4A" w:rsidP="00B44E4A">
            <w:pPr>
              <w:rPr>
                <w:rFonts w:ascii="Arial" w:hAnsi="Arial" w:cs="Arial"/>
                <w:i/>
                <w:iCs/>
              </w:rPr>
            </w:pPr>
            <w:proofErr w:type="spellStart"/>
            <w:r w:rsidRPr="00484B53">
              <w:rPr>
                <w:rFonts w:ascii="Arial" w:hAnsi="Arial" w:cs="Arial"/>
                <w:i/>
                <w:iCs/>
              </w:rPr>
              <w:t>Segera</w:t>
            </w:r>
            <w:proofErr w:type="spellEnd"/>
          </w:p>
        </w:tc>
        <w:tc>
          <w:tcPr>
            <w:tcW w:w="539" w:type="dxa"/>
          </w:tcPr>
          <w:p w14:paraId="028AE477" w14:textId="77777777" w:rsidR="00B44E4A" w:rsidRPr="00484B53" w:rsidRDefault="00B44E4A" w:rsidP="00B44E4A">
            <w:pPr>
              <w:rPr>
                <w:rFonts w:ascii="Arial" w:hAnsi="Arial" w:cs="Arial"/>
              </w:rPr>
            </w:pPr>
          </w:p>
        </w:tc>
        <w:tc>
          <w:tcPr>
            <w:tcW w:w="446" w:type="dxa"/>
          </w:tcPr>
          <w:p w14:paraId="256B53DE" w14:textId="77777777" w:rsidR="00B44E4A" w:rsidRPr="00484B53" w:rsidRDefault="00B44E4A" w:rsidP="00B44E4A">
            <w:pPr>
              <w:rPr>
                <w:rFonts w:ascii="Arial" w:hAnsi="Arial" w:cs="Arial"/>
              </w:rPr>
            </w:pPr>
          </w:p>
        </w:tc>
        <w:tc>
          <w:tcPr>
            <w:tcW w:w="4513" w:type="dxa"/>
          </w:tcPr>
          <w:p w14:paraId="217D3830" w14:textId="79BA2E72" w:rsidR="00B44E4A" w:rsidRPr="00484B53" w:rsidRDefault="00B44E4A" w:rsidP="00B44E4A">
            <w:pPr>
              <w:tabs>
                <w:tab w:val="left" w:pos="450"/>
              </w:tabs>
              <w:rPr>
                <w:rFonts w:ascii="Arial" w:hAnsi="Arial" w:cs="Arial"/>
              </w:rPr>
            </w:pPr>
          </w:p>
        </w:tc>
      </w:tr>
      <w:tr w:rsidR="00B44E4A" w:rsidRPr="00484B53" w14:paraId="21B5DF81" w14:textId="77777777" w:rsidTr="00CE432C">
        <w:tc>
          <w:tcPr>
            <w:tcW w:w="1123" w:type="dxa"/>
          </w:tcPr>
          <w:p w14:paraId="6D7B8120" w14:textId="77777777" w:rsidR="00B44E4A" w:rsidRPr="00484B53" w:rsidRDefault="00B44E4A" w:rsidP="00B44E4A">
            <w:pPr>
              <w:rPr>
                <w:rFonts w:ascii="Arial" w:hAnsi="Arial" w:cs="Arial"/>
              </w:rPr>
            </w:pPr>
            <w:r w:rsidRPr="00484B53">
              <w:rPr>
                <w:rFonts w:ascii="Arial" w:hAnsi="Arial" w:cs="Arial"/>
              </w:rPr>
              <w:t>Lampiran</w:t>
            </w:r>
          </w:p>
        </w:tc>
        <w:tc>
          <w:tcPr>
            <w:tcW w:w="157" w:type="dxa"/>
          </w:tcPr>
          <w:p w14:paraId="3615A6A8" w14:textId="77777777" w:rsidR="00B44E4A" w:rsidRPr="00484B53" w:rsidRDefault="00B44E4A" w:rsidP="00B44E4A">
            <w:pPr>
              <w:rPr>
                <w:rFonts w:ascii="Arial" w:hAnsi="Arial" w:cs="Arial"/>
              </w:rPr>
            </w:pPr>
            <w:r w:rsidRPr="00484B53">
              <w:rPr>
                <w:rFonts w:ascii="Arial" w:hAnsi="Arial" w:cs="Arial"/>
              </w:rPr>
              <w:t>:</w:t>
            </w:r>
          </w:p>
        </w:tc>
        <w:tc>
          <w:tcPr>
            <w:tcW w:w="2859" w:type="dxa"/>
          </w:tcPr>
          <w:p w14:paraId="77A74296" w14:textId="77777777" w:rsidR="00B44E4A" w:rsidRPr="00484B53" w:rsidRDefault="00B44E4A" w:rsidP="00B44E4A">
            <w:pPr>
              <w:rPr>
                <w:rFonts w:ascii="Arial" w:hAnsi="Arial" w:cs="Arial"/>
              </w:rPr>
            </w:pPr>
            <w:r w:rsidRPr="00484B53">
              <w:rPr>
                <w:rFonts w:ascii="Arial" w:hAnsi="Arial" w:cs="Arial"/>
              </w:rPr>
              <w:t xml:space="preserve"> -</w:t>
            </w:r>
          </w:p>
        </w:tc>
        <w:tc>
          <w:tcPr>
            <w:tcW w:w="539" w:type="dxa"/>
          </w:tcPr>
          <w:p w14:paraId="66B2603D" w14:textId="77777777" w:rsidR="00B44E4A" w:rsidRPr="00484B53" w:rsidRDefault="00B44E4A" w:rsidP="00B44E4A">
            <w:pPr>
              <w:rPr>
                <w:rFonts w:ascii="Arial" w:hAnsi="Arial" w:cs="Arial"/>
              </w:rPr>
            </w:pPr>
          </w:p>
        </w:tc>
        <w:tc>
          <w:tcPr>
            <w:tcW w:w="446" w:type="dxa"/>
          </w:tcPr>
          <w:p w14:paraId="6422E5CA" w14:textId="45FAF6A5" w:rsidR="00B44E4A" w:rsidRPr="00484B53" w:rsidRDefault="00B44E4A" w:rsidP="00B44E4A">
            <w:pPr>
              <w:rPr>
                <w:rFonts w:ascii="Arial" w:hAnsi="Arial" w:cs="Arial"/>
              </w:rPr>
            </w:pPr>
          </w:p>
        </w:tc>
        <w:tc>
          <w:tcPr>
            <w:tcW w:w="4513" w:type="dxa"/>
          </w:tcPr>
          <w:p w14:paraId="29D66A39" w14:textId="7694CFF6" w:rsidR="00B44E4A" w:rsidRPr="00484B53" w:rsidRDefault="00B44E4A" w:rsidP="00B44E4A">
            <w:pPr>
              <w:rPr>
                <w:rFonts w:ascii="Arial" w:hAnsi="Arial" w:cs="Arial"/>
              </w:rPr>
            </w:pPr>
          </w:p>
        </w:tc>
      </w:tr>
      <w:tr w:rsidR="00CE432C" w:rsidRPr="00484B53" w14:paraId="0B1059A8" w14:textId="77777777" w:rsidTr="00CE432C">
        <w:tc>
          <w:tcPr>
            <w:tcW w:w="1123" w:type="dxa"/>
          </w:tcPr>
          <w:p w14:paraId="594C26B0" w14:textId="77777777" w:rsidR="00CE432C" w:rsidRPr="00484B53" w:rsidRDefault="00CE432C" w:rsidP="00CE432C">
            <w:pPr>
              <w:rPr>
                <w:rFonts w:ascii="Arial" w:hAnsi="Arial" w:cs="Arial"/>
              </w:rPr>
            </w:pPr>
            <w:proofErr w:type="spellStart"/>
            <w:r w:rsidRPr="00484B53">
              <w:rPr>
                <w:rFonts w:ascii="Arial" w:hAnsi="Arial" w:cs="Arial"/>
              </w:rPr>
              <w:t>Perihal</w:t>
            </w:r>
            <w:proofErr w:type="spellEnd"/>
          </w:p>
        </w:tc>
        <w:tc>
          <w:tcPr>
            <w:tcW w:w="157" w:type="dxa"/>
          </w:tcPr>
          <w:p w14:paraId="59750B12" w14:textId="77777777" w:rsidR="00CE432C" w:rsidRPr="00484B53" w:rsidRDefault="00CE432C" w:rsidP="00CE432C">
            <w:pPr>
              <w:rPr>
                <w:rFonts w:ascii="Arial" w:hAnsi="Arial" w:cs="Arial"/>
              </w:rPr>
            </w:pPr>
            <w:r w:rsidRPr="00484B53">
              <w:rPr>
                <w:rFonts w:ascii="Arial" w:hAnsi="Arial" w:cs="Arial"/>
              </w:rPr>
              <w:t>:</w:t>
            </w:r>
          </w:p>
        </w:tc>
        <w:tc>
          <w:tcPr>
            <w:tcW w:w="2859" w:type="dxa"/>
            <w:vMerge w:val="restart"/>
          </w:tcPr>
          <w:p w14:paraId="51ACA37C" w14:textId="0CC4F943" w:rsidR="00CE432C" w:rsidRPr="00484B53" w:rsidRDefault="00CE432C" w:rsidP="00CE432C">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Fotokopi Kegiatan Administrasi Perkantoran</w:t>
            </w:r>
            <w:r w:rsidRPr="00484B53">
              <w:rPr>
                <w:rFonts w:ascii="Arial" w:hAnsi="Arial" w:cs="Arial"/>
              </w:rPr>
              <w:tab/>
            </w:r>
          </w:p>
        </w:tc>
        <w:tc>
          <w:tcPr>
            <w:tcW w:w="539" w:type="dxa"/>
          </w:tcPr>
          <w:p w14:paraId="67089D44" w14:textId="77777777" w:rsidR="00CE432C" w:rsidRPr="00484B53" w:rsidRDefault="00CE432C" w:rsidP="00CE432C">
            <w:pPr>
              <w:rPr>
                <w:rFonts w:ascii="Arial" w:hAnsi="Arial" w:cs="Arial"/>
              </w:rPr>
            </w:pPr>
          </w:p>
        </w:tc>
        <w:tc>
          <w:tcPr>
            <w:tcW w:w="446" w:type="dxa"/>
          </w:tcPr>
          <w:p w14:paraId="50863602" w14:textId="77777777" w:rsidR="00CE432C" w:rsidRPr="00484B53" w:rsidRDefault="00CE432C" w:rsidP="00CE432C">
            <w:pPr>
              <w:rPr>
                <w:rFonts w:ascii="Arial" w:hAnsi="Arial" w:cs="Arial"/>
              </w:rPr>
            </w:pPr>
          </w:p>
        </w:tc>
        <w:tc>
          <w:tcPr>
            <w:tcW w:w="4513" w:type="dxa"/>
          </w:tcPr>
          <w:p w14:paraId="778A2DEA" w14:textId="3E7D2D12" w:rsidR="00CE432C" w:rsidRPr="00484B53" w:rsidRDefault="00CE432C" w:rsidP="00CE432C">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CE432C" w:rsidRPr="00484B53" w14:paraId="701D2885" w14:textId="77777777" w:rsidTr="00BD6779">
        <w:trPr>
          <w:trHeight w:val="60"/>
        </w:trPr>
        <w:tc>
          <w:tcPr>
            <w:tcW w:w="1123" w:type="dxa"/>
          </w:tcPr>
          <w:p w14:paraId="2FCDB597" w14:textId="77777777" w:rsidR="00CE432C" w:rsidRPr="00484B53" w:rsidRDefault="00CE432C" w:rsidP="00CE432C">
            <w:pPr>
              <w:rPr>
                <w:rFonts w:ascii="Arial" w:hAnsi="Arial" w:cs="Arial"/>
              </w:rPr>
            </w:pPr>
          </w:p>
        </w:tc>
        <w:tc>
          <w:tcPr>
            <w:tcW w:w="157" w:type="dxa"/>
          </w:tcPr>
          <w:p w14:paraId="01BC1C3B" w14:textId="77777777" w:rsidR="00CE432C" w:rsidRPr="00484B53" w:rsidRDefault="00CE432C" w:rsidP="00CE432C">
            <w:pPr>
              <w:rPr>
                <w:rFonts w:ascii="Arial" w:hAnsi="Arial" w:cs="Arial"/>
              </w:rPr>
            </w:pPr>
          </w:p>
        </w:tc>
        <w:tc>
          <w:tcPr>
            <w:tcW w:w="2859" w:type="dxa"/>
            <w:vMerge/>
          </w:tcPr>
          <w:p w14:paraId="2893A3A8" w14:textId="77777777" w:rsidR="00CE432C" w:rsidRPr="00484B53" w:rsidRDefault="00CE432C" w:rsidP="00CE432C">
            <w:pPr>
              <w:rPr>
                <w:rFonts w:ascii="Arial" w:hAnsi="Arial" w:cs="Arial"/>
              </w:rPr>
            </w:pPr>
          </w:p>
        </w:tc>
        <w:tc>
          <w:tcPr>
            <w:tcW w:w="539" w:type="dxa"/>
          </w:tcPr>
          <w:p w14:paraId="42FA1B8E" w14:textId="77777777" w:rsidR="00CE432C" w:rsidRPr="00484B53" w:rsidRDefault="00CE432C" w:rsidP="00CE432C">
            <w:pPr>
              <w:rPr>
                <w:rFonts w:ascii="Arial" w:hAnsi="Arial" w:cs="Arial"/>
              </w:rPr>
            </w:pPr>
          </w:p>
        </w:tc>
        <w:tc>
          <w:tcPr>
            <w:tcW w:w="446" w:type="dxa"/>
          </w:tcPr>
          <w:p w14:paraId="0FFFF7EC" w14:textId="6336DFAF" w:rsidR="00CE432C" w:rsidRPr="00484B53" w:rsidRDefault="00CE432C" w:rsidP="00CE432C">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9D6CA56" w14:textId="4B3015BD" w:rsidR="00CE432C" w:rsidRPr="00484B53" w:rsidRDefault="00CE432C" w:rsidP="00CE432C">
            <w:pPr>
              <w:rPr>
                <w:rFonts w:ascii="Arial" w:hAnsi="Arial" w:cs="Arial"/>
              </w:rPr>
            </w:pPr>
            <w:r w:rsidRPr="00484B53">
              <w:rPr>
                <w:rFonts w:ascii="Arial" w:hAnsi="Arial" w:cs="Arial"/>
              </w:rPr>
              <w:t>CV. ROYAL JAYA INDONESIA</w:t>
            </w:r>
          </w:p>
        </w:tc>
      </w:tr>
      <w:tr w:rsidR="00CE432C" w:rsidRPr="00484B53" w14:paraId="3FBA67EC" w14:textId="77777777" w:rsidTr="00CE432C">
        <w:tc>
          <w:tcPr>
            <w:tcW w:w="1123" w:type="dxa"/>
          </w:tcPr>
          <w:p w14:paraId="63DB8D96" w14:textId="77777777" w:rsidR="00CE432C" w:rsidRPr="00484B53" w:rsidRDefault="00CE432C" w:rsidP="00CE432C">
            <w:pPr>
              <w:rPr>
                <w:rFonts w:ascii="Arial" w:hAnsi="Arial" w:cs="Arial"/>
              </w:rPr>
            </w:pPr>
          </w:p>
        </w:tc>
        <w:tc>
          <w:tcPr>
            <w:tcW w:w="157" w:type="dxa"/>
          </w:tcPr>
          <w:p w14:paraId="78D3A155" w14:textId="77777777" w:rsidR="00CE432C" w:rsidRPr="00484B53" w:rsidRDefault="00CE432C" w:rsidP="00CE432C">
            <w:pPr>
              <w:rPr>
                <w:rFonts w:ascii="Arial" w:hAnsi="Arial" w:cs="Arial"/>
              </w:rPr>
            </w:pPr>
          </w:p>
        </w:tc>
        <w:tc>
          <w:tcPr>
            <w:tcW w:w="2859" w:type="dxa"/>
            <w:vMerge/>
          </w:tcPr>
          <w:p w14:paraId="69E14505" w14:textId="77777777" w:rsidR="00CE432C" w:rsidRPr="00484B53" w:rsidRDefault="00CE432C" w:rsidP="00CE432C">
            <w:pPr>
              <w:rPr>
                <w:rFonts w:ascii="Arial" w:hAnsi="Arial" w:cs="Arial"/>
              </w:rPr>
            </w:pPr>
          </w:p>
        </w:tc>
        <w:tc>
          <w:tcPr>
            <w:tcW w:w="539" w:type="dxa"/>
          </w:tcPr>
          <w:p w14:paraId="0221B680" w14:textId="77777777" w:rsidR="00CE432C" w:rsidRPr="00484B53" w:rsidRDefault="00CE432C" w:rsidP="00CE432C">
            <w:pPr>
              <w:rPr>
                <w:rFonts w:ascii="Arial" w:hAnsi="Arial" w:cs="Arial"/>
              </w:rPr>
            </w:pPr>
          </w:p>
        </w:tc>
        <w:tc>
          <w:tcPr>
            <w:tcW w:w="446" w:type="dxa"/>
          </w:tcPr>
          <w:p w14:paraId="6262EC45" w14:textId="77777777" w:rsidR="00CE432C" w:rsidRPr="00484B53" w:rsidRDefault="00CE432C" w:rsidP="00CE432C">
            <w:pPr>
              <w:rPr>
                <w:rFonts w:ascii="Arial" w:hAnsi="Arial" w:cs="Arial"/>
              </w:rPr>
            </w:pPr>
          </w:p>
        </w:tc>
        <w:tc>
          <w:tcPr>
            <w:tcW w:w="4513" w:type="dxa"/>
          </w:tcPr>
          <w:p w14:paraId="0EBED359" w14:textId="77777777" w:rsidR="00CE432C" w:rsidRPr="00484B53" w:rsidRDefault="00CE432C" w:rsidP="00CE432C">
            <w:pPr>
              <w:rPr>
                <w:rFonts w:ascii="Arial" w:hAnsi="Arial" w:cs="Arial"/>
              </w:rPr>
            </w:pPr>
            <w:r w:rsidRPr="00484B53">
              <w:rPr>
                <w:rFonts w:ascii="Arial" w:hAnsi="Arial" w:cs="Arial"/>
              </w:rPr>
              <w:t>Ruko Kebun Jeruk Blok B6</w:t>
            </w:r>
          </w:p>
          <w:p w14:paraId="49BEAF16" w14:textId="77777777" w:rsidR="00CE432C" w:rsidRPr="00484B53" w:rsidRDefault="00CE432C" w:rsidP="00CE432C">
            <w:pPr>
              <w:rPr>
                <w:rFonts w:ascii="Arial" w:hAnsi="Arial" w:cs="Arial"/>
              </w:rPr>
            </w:pPr>
            <w:r w:rsidRPr="00484B53">
              <w:rPr>
                <w:rFonts w:ascii="Arial" w:hAnsi="Arial" w:cs="Arial"/>
              </w:rPr>
              <w:t xml:space="preserve">Kel. Kebon Jeruk, Kec. Kebon Jeruk </w:t>
            </w:r>
          </w:p>
          <w:p w14:paraId="334FA9D9" w14:textId="77777777" w:rsidR="00CE432C" w:rsidRPr="00484B53" w:rsidRDefault="00CE432C" w:rsidP="00CE432C">
            <w:pPr>
              <w:rPr>
                <w:rFonts w:ascii="Arial" w:hAnsi="Arial" w:cs="Arial"/>
              </w:rPr>
            </w:pPr>
            <w:r w:rsidRPr="00484B53">
              <w:rPr>
                <w:rFonts w:ascii="Arial" w:hAnsi="Arial" w:cs="Arial"/>
              </w:rPr>
              <w:t>di</w:t>
            </w:r>
          </w:p>
          <w:p w14:paraId="080EED83" w14:textId="1233AEEB" w:rsidR="00CE432C" w:rsidRPr="00484B53" w:rsidRDefault="00CE432C" w:rsidP="00CE432C">
            <w:pPr>
              <w:tabs>
                <w:tab w:val="left" w:pos="409"/>
              </w:tabs>
              <w:rPr>
                <w:rFonts w:ascii="Arial" w:hAnsi="Arial" w:cs="Arial"/>
              </w:rPr>
            </w:pPr>
            <w:r w:rsidRPr="00484B53">
              <w:rPr>
                <w:rFonts w:ascii="Arial" w:hAnsi="Arial" w:cs="Arial"/>
              </w:rPr>
              <w:tab/>
              <w:t>Jakarta</w:t>
            </w:r>
          </w:p>
        </w:tc>
      </w:tr>
      <w:tr w:rsidR="00CE432C" w:rsidRPr="00484B53" w14:paraId="49362A90" w14:textId="77777777" w:rsidTr="00CE432C">
        <w:tc>
          <w:tcPr>
            <w:tcW w:w="1123" w:type="dxa"/>
          </w:tcPr>
          <w:p w14:paraId="5950C758" w14:textId="77777777" w:rsidR="00CE432C" w:rsidRPr="00484B53" w:rsidRDefault="00CE432C" w:rsidP="00CE432C">
            <w:pPr>
              <w:rPr>
                <w:rFonts w:ascii="Arial" w:hAnsi="Arial" w:cs="Arial"/>
              </w:rPr>
            </w:pPr>
          </w:p>
        </w:tc>
        <w:tc>
          <w:tcPr>
            <w:tcW w:w="157" w:type="dxa"/>
          </w:tcPr>
          <w:p w14:paraId="0AFC667F" w14:textId="77777777" w:rsidR="00CE432C" w:rsidRPr="00484B53" w:rsidRDefault="00CE432C" w:rsidP="00CE432C">
            <w:pPr>
              <w:rPr>
                <w:rFonts w:ascii="Arial" w:hAnsi="Arial" w:cs="Arial"/>
              </w:rPr>
            </w:pPr>
          </w:p>
        </w:tc>
        <w:tc>
          <w:tcPr>
            <w:tcW w:w="2859" w:type="dxa"/>
          </w:tcPr>
          <w:p w14:paraId="0FF4BC5A" w14:textId="77777777" w:rsidR="00CE432C" w:rsidRPr="00484B53" w:rsidRDefault="00CE432C" w:rsidP="00CE432C">
            <w:pPr>
              <w:rPr>
                <w:rFonts w:ascii="Arial" w:hAnsi="Arial" w:cs="Arial"/>
              </w:rPr>
            </w:pPr>
          </w:p>
        </w:tc>
        <w:tc>
          <w:tcPr>
            <w:tcW w:w="539" w:type="dxa"/>
          </w:tcPr>
          <w:p w14:paraId="3AEA9499" w14:textId="77777777" w:rsidR="00CE432C" w:rsidRPr="00484B53" w:rsidRDefault="00CE432C" w:rsidP="00CE432C">
            <w:pPr>
              <w:rPr>
                <w:rFonts w:ascii="Arial" w:hAnsi="Arial" w:cs="Arial"/>
              </w:rPr>
            </w:pPr>
          </w:p>
        </w:tc>
        <w:tc>
          <w:tcPr>
            <w:tcW w:w="446" w:type="dxa"/>
          </w:tcPr>
          <w:p w14:paraId="54538B7F" w14:textId="77777777" w:rsidR="00CE432C" w:rsidRPr="00484B53" w:rsidRDefault="00CE432C" w:rsidP="00CE432C">
            <w:pPr>
              <w:rPr>
                <w:rFonts w:ascii="Arial" w:hAnsi="Arial" w:cs="Arial"/>
              </w:rPr>
            </w:pPr>
          </w:p>
        </w:tc>
        <w:tc>
          <w:tcPr>
            <w:tcW w:w="4513" w:type="dxa"/>
          </w:tcPr>
          <w:p w14:paraId="241B5FC7" w14:textId="77777777" w:rsidR="00CE432C" w:rsidRPr="00484B53" w:rsidRDefault="00CE432C" w:rsidP="00CE432C">
            <w:pPr>
              <w:rPr>
                <w:rFonts w:ascii="Arial" w:hAnsi="Arial" w:cs="Arial"/>
              </w:rPr>
            </w:pPr>
          </w:p>
        </w:tc>
      </w:tr>
      <w:tr w:rsidR="00CE432C" w:rsidRPr="00484B53" w14:paraId="3DB0DD24" w14:textId="77777777" w:rsidTr="00CE432C">
        <w:trPr>
          <w:trHeight w:val="333"/>
        </w:trPr>
        <w:tc>
          <w:tcPr>
            <w:tcW w:w="1123" w:type="dxa"/>
          </w:tcPr>
          <w:p w14:paraId="0D4C2806" w14:textId="77777777" w:rsidR="00CE432C" w:rsidRPr="00484B53" w:rsidRDefault="00CE432C" w:rsidP="00CE432C">
            <w:pPr>
              <w:rPr>
                <w:rFonts w:ascii="Arial" w:hAnsi="Arial" w:cs="Arial"/>
              </w:rPr>
            </w:pPr>
          </w:p>
        </w:tc>
        <w:tc>
          <w:tcPr>
            <w:tcW w:w="157" w:type="dxa"/>
          </w:tcPr>
          <w:p w14:paraId="3DA8252D" w14:textId="77777777" w:rsidR="00CE432C" w:rsidRPr="00484B53" w:rsidRDefault="00CE432C" w:rsidP="00CE432C">
            <w:pPr>
              <w:rPr>
                <w:rFonts w:ascii="Arial" w:hAnsi="Arial" w:cs="Arial"/>
              </w:rPr>
            </w:pPr>
          </w:p>
        </w:tc>
        <w:tc>
          <w:tcPr>
            <w:tcW w:w="2859" w:type="dxa"/>
          </w:tcPr>
          <w:p w14:paraId="76A7159F" w14:textId="77777777" w:rsidR="00CE432C" w:rsidRPr="00484B53" w:rsidRDefault="00CE432C" w:rsidP="00CE432C">
            <w:pPr>
              <w:rPr>
                <w:rFonts w:ascii="Arial" w:hAnsi="Arial" w:cs="Arial"/>
              </w:rPr>
            </w:pPr>
          </w:p>
        </w:tc>
        <w:tc>
          <w:tcPr>
            <w:tcW w:w="539" w:type="dxa"/>
          </w:tcPr>
          <w:p w14:paraId="02F572A5" w14:textId="77777777" w:rsidR="00CE432C" w:rsidRPr="00484B53" w:rsidRDefault="00CE432C" w:rsidP="00CE432C">
            <w:pPr>
              <w:rPr>
                <w:rFonts w:ascii="Arial" w:hAnsi="Arial" w:cs="Arial"/>
              </w:rPr>
            </w:pPr>
          </w:p>
        </w:tc>
        <w:tc>
          <w:tcPr>
            <w:tcW w:w="446" w:type="dxa"/>
          </w:tcPr>
          <w:p w14:paraId="1D3BDD6A" w14:textId="77777777" w:rsidR="00CE432C" w:rsidRPr="00484B53" w:rsidRDefault="00CE432C" w:rsidP="00CE432C">
            <w:pPr>
              <w:rPr>
                <w:rFonts w:ascii="Arial" w:hAnsi="Arial" w:cs="Arial"/>
              </w:rPr>
            </w:pPr>
          </w:p>
        </w:tc>
        <w:tc>
          <w:tcPr>
            <w:tcW w:w="4513" w:type="dxa"/>
          </w:tcPr>
          <w:p w14:paraId="1CA9EB34" w14:textId="77777777" w:rsidR="00CE432C" w:rsidRPr="00484B53" w:rsidRDefault="00CE432C" w:rsidP="00CE432C">
            <w:pPr>
              <w:rPr>
                <w:rFonts w:ascii="Arial" w:hAnsi="Arial" w:cs="Arial"/>
              </w:rPr>
            </w:pPr>
          </w:p>
        </w:tc>
      </w:tr>
      <w:tr w:rsidR="00CE432C" w:rsidRPr="00484B53" w14:paraId="3DA75455" w14:textId="77777777" w:rsidTr="00CE432C">
        <w:tc>
          <w:tcPr>
            <w:tcW w:w="1123" w:type="dxa"/>
          </w:tcPr>
          <w:p w14:paraId="45209135" w14:textId="77777777" w:rsidR="00CE432C" w:rsidRPr="00484B53" w:rsidRDefault="00CE432C" w:rsidP="00CE432C">
            <w:pPr>
              <w:rPr>
                <w:rFonts w:ascii="Arial" w:hAnsi="Arial" w:cs="Arial"/>
              </w:rPr>
            </w:pPr>
          </w:p>
        </w:tc>
        <w:tc>
          <w:tcPr>
            <w:tcW w:w="157" w:type="dxa"/>
          </w:tcPr>
          <w:p w14:paraId="0D6F8403" w14:textId="77777777" w:rsidR="00CE432C" w:rsidRPr="00484B53" w:rsidRDefault="00CE432C" w:rsidP="00CE432C">
            <w:pPr>
              <w:rPr>
                <w:rFonts w:ascii="Arial" w:hAnsi="Arial" w:cs="Arial"/>
              </w:rPr>
            </w:pPr>
          </w:p>
        </w:tc>
        <w:tc>
          <w:tcPr>
            <w:tcW w:w="8357" w:type="dxa"/>
            <w:gridSpan w:val="4"/>
          </w:tcPr>
          <w:p w14:paraId="0A280DD5" w14:textId="449E9AA7" w:rsidR="00CE432C" w:rsidRPr="00484B53" w:rsidRDefault="00CE432C" w:rsidP="00CE432C">
            <w:pPr>
              <w:spacing w:after="120" w:line="276" w:lineRule="auto"/>
              <w:jc w:val="both"/>
              <w:rPr>
                <w:rFonts w:ascii="Arial" w:hAnsi="Arial" w:cs="Arial"/>
              </w:rPr>
            </w:pPr>
            <w:r w:rsidRPr="00484B53">
              <w:rPr>
                <w:rFonts w:ascii="Arial" w:hAnsi="Arial" w:cs="Arial"/>
              </w:rPr>
              <w:t xml:space="preserve">         </w:t>
            </w:r>
            <w:r w:rsidR="00DC6566" w:rsidRPr="00484B53">
              <w:rPr>
                <w:rFonts w:ascii="Arial" w:hAnsi="Arial" w:cs="Arial"/>
              </w:rPr>
              <w:t>Berdasarkan Surat Kesepakatan Negosiasi yang kami terima dari CV. ROYAL JAYA INDONESIA, serta berdasarkan Anggaran Bantuan Operasional Pendidikan Triwulan IV Tahun Anggaran 2025 dengan Kode Rekening 5.1.02.02.04.0115 Belanja Sewa Alat Reproduksi (Penggandaan) di SD Negeri Tomang 03 pada kegiatan Belanja Fotokopi Kegiatan Administrasi Perkantoran.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481EE9" w:rsidRPr="00484B53" w14:paraId="5CE0D626" w14:textId="77777777" w:rsidTr="00AC6CA9">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575B244F"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5E8CC5F6"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59935159"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03A49B27" w14:textId="77777777" w:rsidR="00481EE9" w:rsidRPr="00484B53" w:rsidRDefault="00481EE9" w:rsidP="00AC6CA9">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481EE9" w:rsidRPr="00484B53" w14:paraId="0345DD73" w14:textId="77777777" w:rsidTr="00AC6CA9">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38844560" w14:textId="77777777" w:rsidR="00481EE9" w:rsidRPr="00484B53" w:rsidRDefault="00481EE9" w:rsidP="00AC6CA9">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456637FC" w14:textId="77777777" w:rsidR="00481EE9" w:rsidRPr="00484B53" w:rsidRDefault="00481EE9" w:rsidP="00AC6CA9">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134" w:type="dxa"/>
            <w:tcBorders>
              <w:top w:val="single" w:sz="4" w:space="0" w:color="auto"/>
              <w:left w:val="nil"/>
              <w:bottom w:val="single" w:sz="4" w:space="0" w:color="auto"/>
              <w:right w:val="single" w:sz="4" w:space="0" w:color="auto"/>
            </w:tcBorders>
            <w:noWrap/>
            <w:vAlign w:val="center"/>
          </w:tcPr>
          <w:p w14:paraId="7D7E9CA7" w14:textId="784EAA59" w:rsidR="00481EE9" w:rsidRPr="00484B53" w:rsidRDefault="00481EE9"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1.000</w:t>
            </w:r>
          </w:p>
        </w:tc>
        <w:tc>
          <w:tcPr>
            <w:tcW w:w="1842" w:type="dxa"/>
            <w:tcBorders>
              <w:top w:val="single" w:sz="4" w:space="0" w:color="auto"/>
              <w:left w:val="nil"/>
              <w:bottom w:val="single" w:sz="4" w:space="0" w:color="auto"/>
              <w:right w:val="single" w:sz="4" w:space="0" w:color="auto"/>
            </w:tcBorders>
            <w:vAlign w:val="center"/>
          </w:tcPr>
          <w:p w14:paraId="7D4CB843" w14:textId="77777777" w:rsidR="00481EE9" w:rsidRPr="00484B53" w:rsidRDefault="00481EE9" w:rsidP="00CA050F">
            <w:pPr>
              <w:spacing w:after="0" w:line="240" w:lineRule="auto"/>
              <w:jc w:val="center"/>
              <w:rPr>
                <w:rFonts w:ascii="Arial" w:hAnsi="Arial" w:cs="Arial"/>
                <w:sz w:val="20"/>
                <w:szCs w:val="20"/>
              </w:rPr>
            </w:pPr>
            <w:r w:rsidRPr="00484B53">
              <w:rPr>
                <w:rFonts w:ascii="Arial" w:hAnsi="Arial" w:cs="Arial"/>
                <w:sz w:val="20"/>
                <w:szCs w:val="20"/>
              </w:rPr>
              <w:t>Lembar</w:t>
            </w:r>
          </w:p>
        </w:tc>
      </w:tr>
    </w:tbl>
    <w:p w14:paraId="2A4D490A" w14:textId="77777777" w:rsidR="00481EE9" w:rsidRPr="00A12E15" w:rsidRDefault="00481EE9" w:rsidP="00481EE9">
      <w:pPr>
        <w:rPr>
          <w:sz w:val="2"/>
          <w:szCs w:val="2"/>
        </w:rPr>
      </w:pP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58"/>
      </w:tblGrid>
      <w:tr w:rsidR="00024B94" w:rsidRPr="00484B53" w14:paraId="47557E79" w14:textId="77777777" w:rsidTr="00024B94">
        <w:tc>
          <w:tcPr>
            <w:tcW w:w="8358" w:type="dxa"/>
          </w:tcPr>
          <w:p w14:paraId="06CED1DB" w14:textId="542792CB" w:rsidR="00024B94" w:rsidRPr="00484B53" w:rsidRDefault="00024B94" w:rsidP="007A75FE">
            <w:pPr>
              <w:spacing w:after="120"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tc>
      </w:tr>
    </w:tbl>
    <w:tbl>
      <w:tblPr>
        <w:tblStyle w:val="TableGrid"/>
        <w:tblW w:w="8358"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58"/>
      </w:tblGrid>
      <w:tr w:rsidR="00024B94" w:rsidRPr="00484B53" w14:paraId="5A056DBF" w14:textId="77777777" w:rsidTr="00B20A3E">
        <w:trPr>
          <w:cantSplit/>
        </w:trPr>
        <w:tc>
          <w:tcPr>
            <w:tcW w:w="8358" w:type="dxa"/>
          </w:tcPr>
          <w:p w14:paraId="1D095C44" w14:textId="1CBC0C15" w:rsidR="00024B94" w:rsidRDefault="00024B94" w:rsidP="006E1293">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p w14:paraId="0B25683C" w14:textId="77777777" w:rsidR="00024B94" w:rsidRDefault="00024B94" w:rsidP="006E1293">
            <w:pPr>
              <w:tabs>
                <w:tab w:val="left" w:pos="5670"/>
              </w:tabs>
              <w:jc w:val="both"/>
              <w:rPr>
                <w:rFonts w:ascii="Arial" w:hAnsi="Arial" w:cs="Arial"/>
              </w:rPr>
            </w:pPr>
          </w:p>
          <w:p w14:paraId="351C7CDF" w14:textId="77777777" w:rsidR="00024B94" w:rsidRDefault="00024B94" w:rsidP="006E1293">
            <w:pPr>
              <w:tabs>
                <w:tab w:val="left" w:pos="5670"/>
              </w:tabs>
              <w:jc w:val="both"/>
              <w:rPr>
                <w:rFonts w:ascii="Arial" w:hAnsi="Arial" w:cs="Arial"/>
              </w:rPr>
            </w:pPr>
          </w:p>
          <w:p w14:paraId="20EF3DE5" w14:textId="77777777" w:rsidR="00024B94" w:rsidRPr="00484B53" w:rsidRDefault="00024B94" w:rsidP="006E1293">
            <w:pPr>
              <w:tabs>
                <w:tab w:val="left" w:pos="4714"/>
              </w:tabs>
              <w:rPr>
                <w:rFonts w:ascii="Arial" w:hAnsi="Arial" w:cs="Arial"/>
              </w:rPr>
            </w:pPr>
            <w:r>
              <w:rPr>
                <w:rFonts w:ascii="Arial" w:hAnsi="Arial" w:cs="Arial"/>
              </w:rPr>
              <w:tab/>
            </w:r>
            <w:proofErr w:type="spellStart"/>
            <w:r w:rsidRPr="00484B53">
              <w:rPr>
                <w:rFonts w:ascii="Arial" w:hAnsi="Arial" w:cs="Arial"/>
              </w:rPr>
              <w:t>Kepala</w:t>
            </w:r>
            <w:proofErr w:type="spellEnd"/>
            <w:r w:rsidRPr="00484B53">
              <w:rPr>
                <w:rFonts w:ascii="Arial" w:hAnsi="Arial" w:cs="Arial"/>
              </w:rPr>
              <w:t xml:space="preserve"> SD Negeri Tomang 03</w:t>
            </w:r>
          </w:p>
          <w:p w14:paraId="15264D97" w14:textId="77777777" w:rsidR="00024B94" w:rsidRPr="00484B53" w:rsidRDefault="00024B94" w:rsidP="006E1293">
            <w:pPr>
              <w:tabs>
                <w:tab w:val="left" w:pos="4714"/>
                <w:tab w:val="left" w:pos="4856"/>
              </w:tabs>
              <w:jc w:val="center"/>
              <w:rPr>
                <w:rFonts w:ascii="Arial" w:hAnsi="Arial" w:cs="Arial"/>
              </w:rPr>
            </w:pPr>
          </w:p>
          <w:p w14:paraId="797B53B2" w14:textId="77777777" w:rsidR="00024B94" w:rsidRPr="00484B53" w:rsidRDefault="00024B94" w:rsidP="006E1293">
            <w:pPr>
              <w:tabs>
                <w:tab w:val="left" w:pos="4714"/>
                <w:tab w:val="left" w:pos="4856"/>
              </w:tabs>
              <w:jc w:val="center"/>
              <w:rPr>
                <w:rFonts w:ascii="Arial" w:hAnsi="Arial" w:cs="Arial"/>
              </w:rPr>
            </w:pPr>
          </w:p>
          <w:p w14:paraId="0B46DC90" w14:textId="77777777" w:rsidR="00024B94" w:rsidRPr="00484B53" w:rsidRDefault="00024B94" w:rsidP="006E1293">
            <w:pPr>
              <w:tabs>
                <w:tab w:val="left" w:pos="4714"/>
                <w:tab w:val="left" w:pos="4856"/>
              </w:tabs>
              <w:jc w:val="center"/>
              <w:rPr>
                <w:rFonts w:ascii="Arial" w:hAnsi="Arial" w:cs="Arial"/>
              </w:rPr>
            </w:pPr>
          </w:p>
          <w:p w14:paraId="38882E65" w14:textId="77777777" w:rsidR="00024B94" w:rsidRPr="00484B53" w:rsidRDefault="00024B94" w:rsidP="006E1293">
            <w:pPr>
              <w:tabs>
                <w:tab w:val="left" w:pos="4714"/>
                <w:tab w:val="left" w:pos="4856"/>
              </w:tabs>
              <w:jc w:val="center"/>
              <w:rPr>
                <w:rFonts w:ascii="Arial" w:hAnsi="Arial" w:cs="Arial"/>
              </w:rPr>
            </w:pPr>
          </w:p>
          <w:p w14:paraId="5B68A75D" w14:textId="77777777" w:rsidR="00024B94" w:rsidRDefault="00024B94" w:rsidP="006E1293">
            <w:pPr>
              <w:tabs>
                <w:tab w:val="left" w:pos="4714"/>
              </w:tabs>
              <w:rPr>
                <w:rFonts w:ascii="Arial" w:hAnsi="Arial" w:cs="Arial"/>
              </w:rPr>
            </w:pPr>
            <w:r>
              <w:rPr>
                <w:rFonts w:ascii="Arial" w:hAnsi="Arial" w:cs="Arial"/>
              </w:rPr>
              <w:tab/>
            </w:r>
            <w:r w:rsidRPr="00484B53">
              <w:rPr>
                <w:rFonts w:ascii="Arial" w:hAnsi="Arial" w:cs="Arial"/>
              </w:rPr>
              <w:t>HARYATI, S.Pd.I.</w:t>
            </w:r>
          </w:p>
          <w:p w14:paraId="58E99059" w14:textId="77777777" w:rsidR="00024B94" w:rsidRPr="00484B53" w:rsidRDefault="00024B94" w:rsidP="006E1293">
            <w:pPr>
              <w:tabs>
                <w:tab w:val="left" w:pos="4714"/>
              </w:tabs>
              <w:rPr>
                <w:rFonts w:ascii="Arial" w:hAnsi="Arial" w:cs="Arial"/>
              </w:rPr>
            </w:pPr>
            <w:r>
              <w:rPr>
                <w:rFonts w:ascii="Arial" w:hAnsi="Arial" w:cs="Arial"/>
              </w:rPr>
              <w:tab/>
            </w:r>
            <w:r w:rsidRPr="00484B53">
              <w:rPr>
                <w:rFonts w:ascii="Arial" w:hAnsi="Arial" w:cs="Arial"/>
              </w:rPr>
              <w:t>NIP ‌197110161996062001</w:t>
            </w:r>
          </w:p>
          <w:p w14:paraId="13537FF3" w14:textId="77777777" w:rsidR="00024B94" w:rsidRDefault="00024B94" w:rsidP="006E1293">
            <w:pPr>
              <w:tabs>
                <w:tab w:val="left" w:pos="5670"/>
              </w:tabs>
              <w:jc w:val="both"/>
              <w:rPr>
                <w:rFonts w:ascii="Arial" w:hAnsi="Arial" w:cs="Arial"/>
              </w:rPr>
            </w:pPr>
          </w:p>
          <w:p w14:paraId="05604A0C" w14:textId="77777777" w:rsidR="00024B94" w:rsidRPr="00484B53" w:rsidRDefault="00024B94" w:rsidP="006E1293">
            <w:pPr>
              <w:tabs>
                <w:tab w:val="left" w:pos="5670"/>
              </w:tabs>
              <w:jc w:val="both"/>
              <w:rPr>
                <w:rFonts w:ascii="Arial" w:hAnsi="Arial" w:cs="Arial"/>
              </w:rPr>
            </w:pPr>
          </w:p>
        </w:tc>
      </w:tr>
    </w:tbl>
    <w:p w14:paraId="189EBEC5" w14:textId="77777777" w:rsidR="00024B94" w:rsidRDefault="00024B94"/>
    <w:p w14:paraId="2C44EBF7" w14:textId="354E51A4"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7D6975F5" w14:textId="77777777" w:rsidTr="00CE3584">
        <w:tc>
          <w:tcPr>
            <w:tcW w:w="1668" w:type="dxa"/>
          </w:tcPr>
          <w:p w14:paraId="2284E561" w14:textId="77777777" w:rsidR="00006C63" w:rsidRDefault="00006C63" w:rsidP="00CE3584">
            <w:pPr>
              <w:rPr>
                <w:rFonts w:ascii="Arial" w:eastAsia="Arial" w:hAnsi="Arial" w:cs="Arial"/>
              </w:rPr>
            </w:pPr>
            <w:r>
              <w:rPr>
                <w:noProof/>
              </w:rPr>
              <w:lastRenderedPageBreak/>
              <w:drawing>
                <wp:inline distT="0" distB="0" distL="0" distR="0" wp14:anchorId="7945D48D" wp14:editId="06F812C6">
                  <wp:extent cx="885536" cy="990600"/>
                  <wp:effectExtent l="0" t="0" r="0" b="0"/>
                  <wp:docPr id="999465815"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5F6082C4"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148592D1"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635E07D5"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95F6127"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B1EE8CA"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BD55C21"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433C5A85"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51DF2972"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310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Dua Puluh Satu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421/RJI-T03/SJ/XI/2025</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21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Fotokopi Kegiatan Administrasi Perkantoran</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YANUAR ARFAN</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ROYAL JAYA INDONESIA</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5B5822EC" w:rsidR="00546C6B" w:rsidRPr="00484B53" w:rsidRDefault="00B44E4A" w:rsidP="00546C6B">
            <w:pPr>
              <w:rPr>
                <w:rFonts w:ascii="Arial" w:hAnsi="Arial" w:cs="Arial"/>
              </w:rPr>
            </w:pPr>
            <w:r w:rsidRPr="00484B53">
              <w:rPr>
                <w:rFonts w:ascii="Arial" w:hAnsi="Arial" w:cs="Arial"/>
              </w:rPr>
              <w:t>Ruko Kebun Jeruk Blok B6</w:t>
            </w:r>
            <w:r w:rsidR="00FC4566">
              <w:rPr>
                <w:rFonts w:ascii="Arial" w:hAnsi="Arial" w:cs="Arial"/>
              </w:rPr>
              <w:t xml:space="preserve"> </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081314083382</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28F691EB" w:rsidR="00124A29" w:rsidRPr="00484B53" w:rsidRDefault="00124A29" w:rsidP="00E27593">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A5555D" w:rsidRPr="00A5555D">
        <w:rPr>
          <w:rFonts w:ascii="Arial" w:hAnsi="Arial" w:cs="Arial"/>
        </w:rPr>
        <w:t>Belanja Fotokopi Kegiatan Administrasi Perkantoran</w:t>
      </w:r>
      <w:r w:rsidR="00A5555D">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4E779E91"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51DF05BB" w14:textId="54B3447C" w:rsidR="009735A7" w:rsidRPr="00484B53" w:rsidRDefault="009735A7" w:rsidP="009735A7">
            <w:pPr>
              <w:spacing w:after="0" w:line="240" w:lineRule="auto"/>
              <w:rPr>
                <w:rFonts w:ascii="Arial" w:eastAsia="Times New Roman" w:hAnsi="Arial" w:cs="Arial"/>
                <w:color w:val="000000"/>
                <w:sz w:val="20"/>
                <w:szCs w:val="20"/>
                <w:lang w:val="en-ID" w:eastAsia="en-ID"/>
              </w:rPr>
            </w:pPr>
            <w:r w:rsidRPr="00484B53">
              <w:rPr>
                <w:rFonts w:ascii="Arial" w:hAnsi="Arial" w:cs="Arial"/>
                <w:sz w:val="20"/>
                <w:szCs w:val="20"/>
              </w:rPr>
              <w:t>Foto Copy</w:t>
            </w:r>
          </w:p>
        </w:tc>
        <w:tc>
          <w:tcPr>
            <w:tcW w:w="1276" w:type="dxa"/>
            <w:tcBorders>
              <w:top w:val="nil"/>
              <w:left w:val="nil"/>
              <w:bottom w:val="single" w:sz="4" w:space="0" w:color="auto"/>
              <w:right w:val="single" w:sz="4" w:space="0" w:color="auto"/>
            </w:tcBorders>
            <w:noWrap/>
            <w:vAlign w:val="center"/>
          </w:tcPr>
          <w:p w14:paraId="73EBAD79" w14:textId="78A31C3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1.000</w:t>
            </w:r>
          </w:p>
        </w:tc>
        <w:tc>
          <w:tcPr>
            <w:tcW w:w="1134" w:type="dxa"/>
            <w:tcBorders>
              <w:top w:val="nil"/>
              <w:left w:val="nil"/>
              <w:bottom w:val="single" w:sz="4" w:space="0" w:color="auto"/>
              <w:right w:val="single" w:sz="4" w:space="0" w:color="auto"/>
            </w:tcBorders>
            <w:noWrap/>
            <w:vAlign w:val="center"/>
          </w:tcPr>
          <w:p w14:paraId="336AF34B" w14:textId="7583A7CF"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Lembar</w:t>
            </w:r>
          </w:p>
        </w:tc>
        <w:tc>
          <w:tcPr>
            <w:tcW w:w="1134" w:type="dxa"/>
            <w:tcBorders>
              <w:top w:val="nil"/>
              <w:left w:val="nil"/>
              <w:bottom w:val="single" w:sz="4" w:space="0" w:color="auto"/>
              <w:right w:val="single" w:sz="4" w:space="0" w:color="auto"/>
            </w:tcBorders>
            <w:noWrap/>
            <w:vAlign w:val="center"/>
          </w:tcPr>
          <w:p w14:paraId="2904534C" w14:textId="0CBBA6DE"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1.000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1DFCB758"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1.000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81381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024B94">
        <w:trPr>
          <w:cantSplit/>
        </w:trPr>
        <w:tc>
          <w:tcPr>
            <w:tcW w:w="9853" w:type="dxa"/>
          </w:tcPr>
          <w:p w14:paraId="6C5C431A" w14:textId="77777777" w:rsidR="0081381F" w:rsidRDefault="00842A5E" w:rsidP="0081381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2A872C64" w:rsidR="00AF49B7" w:rsidRPr="00484B53" w:rsidRDefault="00842A5E" w:rsidP="0081381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YANUAR ARFAN</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ROYAL JAYA INDONESIA</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006C63" w14:paraId="314B6B2A" w14:textId="77777777" w:rsidTr="00CE3584">
        <w:tc>
          <w:tcPr>
            <w:tcW w:w="1668" w:type="dxa"/>
          </w:tcPr>
          <w:p w14:paraId="75F4D89E" w14:textId="77777777" w:rsidR="00006C63" w:rsidRDefault="00006C63" w:rsidP="00CE3584">
            <w:pPr>
              <w:rPr>
                <w:rFonts w:ascii="Arial" w:eastAsia="Arial" w:hAnsi="Arial" w:cs="Arial"/>
              </w:rPr>
            </w:pPr>
            <w:r>
              <w:rPr>
                <w:noProof/>
              </w:rPr>
              <w:lastRenderedPageBreak/>
              <w:drawing>
                <wp:inline distT="0" distB="0" distL="0" distR="0" wp14:anchorId="7F5A2905" wp14:editId="40E4931C">
                  <wp:extent cx="885536" cy="990600"/>
                  <wp:effectExtent l="0" t="0" r="0" b="0"/>
                  <wp:docPr id="192779275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D27296C" w14:textId="77777777" w:rsidR="00006C63" w:rsidRPr="00C30283" w:rsidRDefault="00006C63" w:rsidP="00CE3584">
            <w:pPr>
              <w:jc w:val="center"/>
              <w:rPr>
                <w:rFonts w:ascii="Arial" w:eastAsia="Arial" w:hAnsi="Arial" w:cs="Arial"/>
              </w:rPr>
            </w:pPr>
            <w:r w:rsidRPr="00C30283">
              <w:rPr>
                <w:rFonts w:ascii="Arial" w:eastAsia="Arial" w:hAnsi="Arial" w:cs="Arial"/>
              </w:rPr>
              <w:t>PEMERINTAH PROVINSI DAERAH KHUSUS IBUKOTA JAKARTA</w:t>
            </w:r>
          </w:p>
          <w:p w14:paraId="726CF02B" w14:textId="77777777" w:rsidR="00006C63" w:rsidRPr="00C30283" w:rsidRDefault="00006C63" w:rsidP="00CE3584">
            <w:pPr>
              <w:jc w:val="center"/>
              <w:rPr>
                <w:rFonts w:ascii="Arial" w:eastAsia="Arial" w:hAnsi="Arial" w:cs="Arial"/>
              </w:rPr>
            </w:pPr>
            <w:r w:rsidRPr="00C30283">
              <w:rPr>
                <w:rFonts w:ascii="Arial" w:eastAsia="Arial" w:hAnsi="Arial" w:cs="Arial"/>
              </w:rPr>
              <w:t>DINAS PENDIDIKAN</w:t>
            </w:r>
          </w:p>
          <w:p w14:paraId="58469CF4" w14:textId="77777777" w:rsidR="00006C63" w:rsidRPr="00C30283" w:rsidRDefault="00006C63"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280015E2" w14:textId="77777777" w:rsidR="00006C63" w:rsidRPr="00C30283" w:rsidRDefault="00006C63"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Kel.</w:t>
            </w:r>
            <w:r>
              <w:rPr>
                <w:rFonts w:ascii="Arial" w:eastAsia="Arial" w:hAnsi="Arial" w:cs="Arial"/>
              </w:rPr>
              <w:t>Tomang</w:t>
            </w:r>
            <w:r w:rsidRPr="00C30283">
              <w:rPr>
                <w:rFonts w:ascii="Arial" w:eastAsia="Arial" w:hAnsi="Arial" w:cs="Arial"/>
              </w:rPr>
              <w:t xml:space="preserve">, </w:t>
            </w:r>
            <w:proofErr w:type="spell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26543F64" w14:textId="77777777" w:rsidR="00006C63" w:rsidRPr="00C30283" w:rsidRDefault="00006C63"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0910B354" w14:textId="77777777" w:rsidR="00006C63" w:rsidRPr="00C30283" w:rsidRDefault="00006C63" w:rsidP="00CE3584">
            <w:pPr>
              <w:jc w:val="center"/>
              <w:rPr>
                <w:rFonts w:ascii="Arial" w:eastAsia="Arial" w:hAnsi="Arial" w:cs="Arial"/>
              </w:rPr>
            </w:pPr>
            <w:r w:rsidRPr="00C30283">
              <w:rPr>
                <w:rFonts w:ascii="Arial" w:eastAsia="Arial" w:hAnsi="Arial" w:cs="Arial"/>
              </w:rPr>
              <w:t>JAKARTA</w:t>
            </w:r>
          </w:p>
          <w:p w14:paraId="60BC4261" w14:textId="77777777" w:rsidR="00006C63" w:rsidRDefault="00006C63"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355B01A0" w14:textId="77777777" w:rsidR="00006C63" w:rsidRPr="0065292D" w:rsidRDefault="00006C63" w:rsidP="00006C63">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5.1.02.02.04.0115 Belanja Sewa Alat Reproduksi (Penggandaan)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Fotokopi Kegiatan Administrasi Perkantoran</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BE5E1" w14:textId="77777777" w:rsidR="00695DE4" w:rsidRDefault="00695DE4" w:rsidP="00891FDB">
      <w:pPr>
        <w:spacing w:after="0" w:line="240" w:lineRule="auto"/>
      </w:pPr>
      <w:r>
        <w:separator/>
      </w:r>
    </w:p>
  </w:endnote>
  <w:endnote w:type="continuationSeparator" w:id="0">
    <w:p w14:paraId="437E18FE" w14:textId="77777777" w:rsidR="00695DE4" w:rsidRDefault="00695DE4"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A1EC4" w14:textId="77777777" w:rsidR="00695DE4" w:rsidRDefault="00695DE4" w:rsidP="00891FDB">
      <w:pPr>
        <w:spacing w:after="0" w:line="240" w:lineRule="auto"/>
      </w:pPr>
      <w:r>
        <w:separator/>
      </w:r>
    </w:p>
  </w:footnote>
  <w:footnote w:type="continuationSeparator" w:id="0">
    <w:p w14:paraId="02912A94" w14:textId="77777777" w:rsidR="00695DE4" w:rsidRDefault="00695DE4"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06C63"/>
    <w:rsid w:val="00024B94"/>
    <w:rsid w:val="00025031"/>
    <w:rsid w:val="00034616"/>
    <w:rsid w:val="0005059F"/>
    <w:rsid w:val="0006063C"/>
    <w:rsid w:val="000671FF"/>
    <w:rsid w:val="00067ECB"/>
    <w:rsid w:val="00070B4A"/>
    <w:rsid w:val="00086C67"/>
    <w:rsid w:val="000970DA"/>
    <w:rsid w:val="000A1CCB"/>
    <w:rsid w:val="000B4D87"/>
    <w:rsid w:val="000B7E99"/>
    <w:rsid w:val="000C7ABC"/>
    <w:rsid w:val="000D7B2C"/>
    <w:rsid w:val="000E1921"/>
    <w:rsid w:val="000E60A1"/>
    <w:rsid w:val="000F16DA"/>
    <w:rsid w:val="00100A45"/>
    <w:rsid w:val="00107470"/>
    <w:rsid w:val="00124A29"/>
    <w:rsid w:val="0014653C"/>
    <w:rsid w:val="001475B2"/>
    <w:rsid w:val="0015074B"/>
    <w:rsid w:val="0015279A"/>
    <w:rsid w:val="00154232"/>
    <w:rsid w:val="00186960"/>
    <w:rsid w:val="00196350"/>
    <w:rsid w:val="001A2038"/>
    <w:rsid w:val="001D04B8"/>
    <w:rsid w:val="001D0E2C"/>
    <w:rsid w:val="001D3196"/>
    <w:rsid w:val="00220BBD"/>
    <w:rsid w:val="002245E7"/>
    <w:rsid w:val="00235F8D"/>
    <w:rsid w:val="0026103C"/>
    <w:rsid w:val="00294025"/>
    <w:rsid w:val="0029639D"/>
    <w:rsid w:val="002A534B"/>
    <w:rsid w:val="002B0F8D"/>
    <w:rsid w:val="002D6708"/>
    <w:rsid w:val="002E1170"/>
    <w:rsid w:val="002E4CB6"/>
    <w:rsid w:val="0031058E"/>
    <w:rsid w:val="00314051"/>
    <w:rsid w:val="00326F90"/>
    <w:rsid w:val="0035321A"/>
    <w:rsid w:val="00353D53"/>
    <w:rsid w:val="00375037"/>
    <w:rsid w:val="00375EE9"/>
    <w:rsid w:val="003907A3"/>
    <w:rsid w:val="00390F3F"/>
    <w:rsid w:val="003B00D3"/>
    <w:rsid w:val="003B759C"/>
    <w:rsid w:val="003D57EF"/>
    <w:rsid w:val="003D62FC"/>
    <w:rsid w:val="003D63F0"/>
    <w:rsid w:val="003E3B49"/>
    <w:rsid w:val="003F0582"/>
    <w:rsid w:val="003F20FD"/>
    <w:rsid w:val="00405453"/>
    <w:rsid w:val="0041345D"/>
    <w:rsid w:val="00417A54"/>
    <w:rsid w:val="00423D35"/>
    <w:rsid w:val="00432CD7"/>
    <w:rsid w:val="00453F73"/>
    <w:rsid w:val="0045684C"/>
    <w:rsid w:val="00475A7C"/>
    <w:rsid w:val="00481EE9"/>
    <w:rsid w:val="00484B53"/>
    <w:rsid w:val="004A33CF"/>
    <w:rsid w:val="004B18A6"/>
    <w:rsid w:val="004B4364"/>
    <w:rsid w:val="004B650B"/>
    <w:rsid w:val="004B675E"/>
    <w:rsid w:val="004B7129"/>
    <w:rsid w:val="004E55FC"/>
    <w:rsid w:val="004F61A0"/>
    <w:rsid w:val="00516BA7"/>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24932"/>
    <w:rsid w:val="0064340B"/>
    <w:rsid w:val="00652014"/>
    <w:rsid w:val="0065292D"/>
    <w:rsid w:val="0065302B"/>
    <w:rsid w:val="00663005"/>
    <w:rsid w:val="00665F17"/>
    <w:rsid w:val="006921F8"/>
    <w:rsid w:val="00695DE4"/>
    <w:rsid w:val="006B644E"/>
    <w:rsid w:val="006C5F14"/>
    <w:rsid w:val="006D0485"/>
    <w:rsid w:val="006E3D56"/>
    <w:rsid w:val="006E6433"/>
    <w:rsid w:val="0070097F"/>
    <w:rsid w:val="0070319E"/>
    <w:rsid w:val="0073720F"/>
    <w:rsid w:val="007469B6"/>
    <w:rsid w:val="0075312C"/>
    <w:rsid w:val="007540C2"/>
    <w:rsid w:val="007570F3"/>
    <w:rsid w:val="00761789"/>
    <w:rsid w:val="00775F73"/>
    <w:rsid w:val="007764BB"/>
    <w:rsid w:val="0078529B"/>
    <w:rsid w:val="0078775A"/>
    <w:rsid w:val="007A75FE"/>
    <w:rsid w:val="007B4EDB"/>
    <w:rsid w:val="007B5B00"/>
    <w:rsid w:val="007D1CBA"/>
    <w:rsid w:val="007E1A07"/>
    <w:rsid w:val="00804DE9"/>
    <w:rsid w:val="00812880"/>
    <w:rsid w:val="0081381F"/>
    <w:rsid w:val="00814CA3"/>
    <w:rsid w:val="00815C0A"/>
    <w:rsid w:val="00831979"/>
    <w:rsid w:val="008376C6"/>
    <w:rsid w:val="00842A5E"/>
    <w:rsid w:val="00844CBE"/>
    <w:rsid w:val="00864098"/>
    <w:rsid w:val="0088458F"/>
    <w:rsid w:val="00886FEF"/>
    <w:rsid w:val="00891FDB"/>
    <w:rsid w:val="00895FC4"/>
    <w:rsid w:val="008A4E26"/>
    <w:rsid w:val="008B7638"/>
    <w:rsid w:val="008D53B1"/>
    <w:rsid w:val="008E7519"/>
    <w:rsid w:val="009155A7"/>
    <w:rsid w:val="009233AA"/>
    <w:rsid w:val="009329E0"/>
    <w:rsid w:val="00935A30"/>
    <w:rsid w:val="00941234"/>
    <w:rsid w:val="00952D80"/>
    <w:rsid w:val="0096457E"/>
    <w:rsid w:val="0097352F"/>
    <w:rsid w:val="009735A7"/>
    <w:rsid w:val="00977112"/>
    <w:rsid w:val="00984327"/>
    <w:rsid w:val="009960E7"/>
    <w:rsid w:val="009A5E9B"/>
    <w:rsid w:val="009A648C"/>
    <w:rsid w:val="009A7ECE"/>
    <w:rsid w:val="009B3884"/>
    <w:rsid w:val="009B5743"/>
    <w:rsid w:val="009C0E40"/>
    <w:rsid w:val="009D0BE4"/>
    <w:rsid w:val="009D52AC"/>
    <w:rsid w:val="009D5C20"/>
    <w:rsid w:val="009E098C"/>
    <w:rsid w:val="009F0A91"/>
    <w:rsid w:val="00A027BF"/>
    <w:rsid w:val="00A12E15"/>
    <w:rsid w:val="00A1779C"/>
    <w:rsid w:val="00A25021"/>
    <w:rsid w:val="00A32A05"/>
    <w:rsid w:val="00A503FB"/>
    <w:rsid w:val="00A51CA4"/>
    <w:rsid w:val="00A5555D"/>
    <w:rsid w:val="00A97E1A"/>
    <w:rsid w:val="00AA1D8D"/>
    <w:rsid w:val="00AA3A8D"/>
    <w:rsid w:val="00AB2F7C"/>
    <w:rsid w:val="00AC75A9"/>
    <w:rsid w:val="00AD6583"/>
    <w:rsid w:val="00AF4246"/>
    <w:rsid w:val="00AF49B7"/>
    <w:rsid w:val="00B102B6"/>
    <w:rsid w:val="00B20A3E"/>
    <w:rsid w:val="00B2100D"/>
    <w:rsid w:val="00B35141"/>
    <w:rsid w:val="00B435DF"/>
    <w:rsid w:val="00B43E16"/>
    <w:rsid w:val="00B44E4A"/>
    <w:rsid w:val="00B44FA9"/>
    <w:rsid w:val="00B45075"/>
    <w:rsid w:val="00B47730"/>
    <w:rsid w:val="00B63225"/>
    <w:rsid w:val="00B75816"/>
    <w:rsid w:val="00BC2262"/>
    <w:rsid w:val="00BD6779"/>
    <w:rsid w:val="00BE36E6"/>
    <w:rsid w:val="00BE70AA"/>
    <w:rsid w:val="00C10267"/>
    <w:rsid w:val="00C11A80"/>
    <w:rsid w:val="00C11CEC"/>
    <w:rsid w:val="00C151FE"/>
    <w:rsid w:val="00C23FD9"/>
    <w:rsid w:val="00C247ED"/>
    <w:rsid w:val="00C25BBB"/>
    <w:rsid w:val="00C32FA7"/>
    <w:rsid w:val="00C422DD"/>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07C41"/>
    <w:rsid w:val="00D403D1"/>
    <w:rsid w:val="00D53A55"/>
    <w:rsid w:val="00D62509"/>
    <w:rsid w:val="00D77228"/>
    <w:rsid w:val="00D8735A"/>
    <w:rsid w:val="00D93785"/>
    <w:rsid w:val="00D950A2"/>
    <w:rsid w:val="00DA3122"/>
    <w:rsid w:val="00DB4A21"/>
    <w:rsid w:val="00DC6566"/>
    <w:rsid w:val="00DD3A51"/>
    <w:rsid w:val="00DD43B3"/>
    <w:rsid w:val="00DD4B90"/>
    <w:rsid w:val="00E110E8"/>
    <w:rsid w:val="00E26142"/>
    <w:rsid w:val="00E27593"/>
    <w:rsid w:val="00E41668"/>
    <w:rsid w:val="00E50303"/>
    <w:rsid w:val="00E55590"/>
    <w:rsid w:val="00E71C39"/>
    <w:rsid w:val="00EA0CF5"/>
    <w:rsid w:val="00EB0704"/>
    <w:rsid w:val="00ED0C70"/>
    <w:rsid w:val="00ED3823"/>
    <w:rsid w:val="00EE13B5"/>
    <w:rsid w:val="00EF618A"/>
    <w:rsid w:val="00F0513E"/>
    <w:rsid w:val="00F30020"/>
    <w:rsid w:val="00F31075"/>
    <w:rsid w:val="00F500DB"/>
    <w:rsid w:val="00F579CC"/>
    <w:rsid w:val="00F94F59"/>
    <w:rsid w:val="00F96064"/>
    <w:rsid w:val="00F97374"/>
    <w:rsid w:val="00FC4566"/>
    <w:rsid w:val="00FC693F"/>
    <w:rsid w:val="00FF0AFD"/>
    <w:rsid w:val="00FF2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0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5</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192</cp:revision>
  <dcterms:created xsi:type="dcterms:W3CDTF">2013-12-23T23:15:00Z</dcterms:created>
  <dcterms:modified xsi:type="dcterms:W3CDTF">2026-01-15T22:19:00Z</dcterms:modified>
  <cp:category/>
</cp:coreProperties>
</file>